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CF78E" w14:textId="06F929EA" w:rsidR="006A4010" w:rsidRDefault="006A4010" w:rsidP="000135AE">
      <w:pPr>
        <w:spacing w:line="240" w:lineRule="auto"/>
        <w:jc w:val="center"/>
        <w:rPr>
          <w:rFonts w:ascii="Microsoft JhengHei" w:eastAsia="Microsoft JhengHei" w:hAnsi="Microsoft JhengHei" w:cs="Calibri"/>
          <w:b/>
          <w:bCs/>
          <w:sz w:val="32"/>
          <w:szCs w:val="32"/>
          <w:lang w:eastAsia="zh-TW"/>
        </w:rPr>
      </w:pPr>
      <w:r>
        <w:rPr>
          <w:noProof/>
        </w:rPr>
        <w:drawing>
          <wp:inline distT="0" distB="0" distL="0" distR="0" wp14:anchorId="1FC9AFC8" wp14:editId="23A7130D">
            <wp:extent cx="1591056" cy="1435608"/>
            <wp:effectExtent l="0" t="0" r="0" b="0"/>
            <wp:docPr id="1689804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04455"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1056" cy="1435608"/>
                    </a:xfrm>
                    <a:prstGeom prst="rect">
                      <a:avLst/>
                    </a:prstGeom>
                  </pic:spPr>
                </pic:pic>
              </a:graphicData>
            </a:graphic>
          </wp:inline>
        </w:drawing>
      </w:r>
    </w:p>
    <w:p w14:paraId="628FD59B" w14:textId="73FAA6C8" w:rsidR="006A4010" w:rsidRPr="00C017B5" w:rsidRDefault="006A4010" w:rsidP="00C017B5">
      <w:pPr>
        <w:pStyle w:val="Title"/>
      </w:pPr>
      <w:r w:rsidRPr="00C017B5">
        <w:t>2027 研究</w:t>
      </w:r>
      <w:r w:rsidR="00AA779E">
        <w:rPr>
          <w:rFonts w:hint="eastAsia"/>
        </w:rPr>
        <w:t>生</w:t>
      </w:r>
      <w:r w:rsidRPr="00C017B5">
        <w:t>獎助計劃申請表</w:t>
      </w:r>
    </w:p>
    <w:p w14:paraId="43029392" w14:textId="79325E02" w:rsidR="006A4010" w:rsidRDefault="006A4010" w:rsidP="006A4010">
      <w:pPr>
        <w:spacing w:after="0" w:line="240" w:lineRule="auto"/>
        <w:jc w:val="center"/>
        <w:rPr>
          <w:rFonts w:ascii="Calibri" w:eastAsia="Microsoft JhengHei" w:hAnsi="Calibri" w:cs="Times New Roman"/>
          <w:b/>
          <w:bCs/>
          <w:sz w:val="20"/>
          <w:szCs w:val="20"/>
          <w:lang w:eastAsia="zh-TW"/>
        </w:rPr>
      </w:pPr>
      <w:r w:rsidRPr="006A4010">
        <w:rPr>
          <w:rFonts w:ascii="Calibri" w:eastAsia="Microsoft JhengHei" w:hAnsi="Calibri" w:cs="Times New Roman"/>
          <w:b/>
          <w:bCs/>
          <w:sz w:val="20"/>
          <w:szCs w:val="20"/>
          <w:lang w:eastAsia="zh-TW"/>
        </w:rPr>
        <w:t>供</w:t>
      </w:r>
      <w:r w:rsidR="00E219C4" w:rsidRPr="006A4010">
        <w:rPr>
          <w:rFonts w:ascii="Microsoft JhengHei" w:eastAsia="Microsoft JhengHei" w:hAnsi="Microsoft JhengHei" w:cs="MS PGothic"/>
          <w:b/>
          <w:bCs/>
          <w:color w:val="000000"/>
          <w:sz w:val="20"/>
          <w:szCs w:val="20"/>
          <w:bdr w:val="none" w:sz="0" w:space="0" w:color="auto" w:frame="1"/>
          <w:lang w:eastAsia="zh-TW"/>
        </w:rPr>
        <w:t>中國</w:t>
      </w:r>
      <w:r w:rsidR="00E219C4" w:rsidRPr="00311A58">
        <w:rPr>
          <w:rFonts w:ascii="Microsoft JhengHei UI" w:eastAsia="Microsoft JhengHei UI" w:hAnsi="Microsoft JhengHei UI"/>
          <w:b/>
          <w:bCs/>
          <w:sz w:val="20"/>
          <w:szCs w:val="20"/>
          <w:lang w:eastAsia="zh-TW"/>
        </w:rPr>
        <w:t>內地</w:t>
      </w:r>
      <w:r w:rsidR="00E219C4" w:rsidRPr="006A4010">
        <w:rPr>
          <w:rFonts w:ascii="Microsoft JhengHei" w:eastAsia="Microsoft JhengHei" w:hAnsi="Microsoft JhengHei" w:cs="MS PGothic"/>
          <w:b/>
          <w:bCs/>
          <w:color w:val="000000"/>
          <w:sz w:val="20"/>
          <w:szCs w:val="20"/>
          <w:bdr w:val="none" w:sz="0" w:space="0" w:color="auto" w:frame="1"/>
          <w:lang w:eastAsia="zh-TW"/>
        </w:rPr>
        <w:t>、</w:t>
      </w:r>
      <w:r w:rsidRPr="006A4010">
        <w:rPr>
          <w:rFonts w:ascii="Microsoft JhengHei" w:eastAsia="Microsoft JhengHei" w:hAnsi="Microsoft JhengHei" w:cs="MS PGothic"/>
          <w:b/>
          <w:bCs/>
          <w:color w:val="000000"/>
          <w:sz w:val="20"/>
          <w:szCs w:val="20"/>
          <w:bdr w:val="none" w:sz="0" w:space="0" w:color="auto" w:frame="1"/>
          <w:lang w:eastAsia="zh-TW"/>
        </w:rPr>
        <w:t>香港特別行政區</w:t>
      </w:r>
      <w:r w:rsidR="00E219C4" w:rsidRPr="006A4010">
        <w:rPr>
          <w:rFonts w:ascii="Microsoft JhengHei" w:eastAsia="Microsoft JhengHei" w:hAnsi="Microsoft JhengHei" w:cs="MS PGothic"/>
          <w:b/>
          <w:bCs/>
          <w:color w:val="000000"/>
          <w:sz w:val="20"/>
          <w:szCs w:val="20"/>
          <w:bdr w:val="none" w:sz="0" w:space="0" w:color="auto" w:frame="1"/>
          <w:lang w:eastAsia="zh-TW"/>
        </w:rPr>
        <w:t>及</w:t>
      </w:r>
      <w:r w:rsidRPr="006A4010">
        <w:rPr>
          <w:rFonts w:ascii="Microsoft JhengHei" w:eastAsia="Microsoft JhengHei" w:hAnsi="Microsoft JhengHei" w:cs="MS PGothic"/>
          <w:b/>
          <w:bCs/>
          <w:color w:val="000000"/>
          <w:sz w:val="20"/>
          <w:szCs w:val="20"/>
          <w:bdr w:val="none" w:sz="0" w:space="0" w:color="auto" w:frame="1"/>
          <w:lang w:eastAsia="zh-TW"/>
        </w:rPr>
        <w:t>澳門特別行政區</w:t>
      </w:r>
      <w:r w:rsidR="005104F8" w:rsidRPr="0093047B">
        <w:rPr>
          <w:rFonts w:ascii="Microsoft JhengHei" w:eastAsia="Microsoft JhengHei" w:hAnsi="Microsoft JhengHei" w:cs="Microsoft JhengHei"/>
          <w:b/>
          <w:bCs/>
          <w:color w:val="000000" w:themeColor="text1"/>
          <w:sz w:val="20"/>
          <w:szCs w:val="20"/>
          <w:lang w:eastAsia="zh-TW"/>
        </w:rPr>
        <w:t>申請者</w:t>
      </w:r>
      <w:r w:rsidRPr="006A4010">
        <w:rPr>
          <w:rFonts w:ascii="Calibri" w:eastAsia="Microsoft JhengHei" w:hAnsi="Calibri" w:cs="Times New Roman"/>
          <w:b/>
          <w:bCs/>
          <w:sz w:val="20"/>
          <w:szCs w:val="20"/>
          <w:lang w:eastAsia="zh-TW"/>
        </w:rPr>
        <w:t>使用</w:t>
      </w:r>
    </w:p>
    <w:p w14:paraId="4D9E8FBF" w14:textId="77777777" w:rsidR="00311A58" w:rsidRPr="006A4010" w:rsidRDefault="00311A58" w:rsidP="006A4010">
      <w:pPr>
        <w:spacing w:after="0" w:line="240" w:lineRule="auto"/>
        <w:jc w:val="center"/>
        <w:rPr>
          <w:rFonts w:ascii="Calibri" w:eastAsia="Microsoft JhengHei" w:hAnsi="Calibri" w:cs="Times New Roman"/>
          <w:b/>
          <w:bCs/>
          <w:sz w:val="20"/>
          <w:szCs w:val="20"/>
          <w:lang w:eastAsia="zh-TW"/>
        </w:rPr>
      </w:pPr>
    </w:p>
    <w:tbl>
      <w:tblPr>
        <w:tblStyle w:val="TableGrid"/>
        <w:tblW w:w="0" w:type="auto"/>
        <w:tblLook w:val="04A0" w:firstRow="1" w:lastRow="0" w:firstColumn="1" w:lastColumn="0" w:noHBand="0" w:noVBand="1"/>
      </w:tblPr>
      <w:tblGrid>
        <w:gridCol w:w="8856"/>
      </w:tblGrid>
      <w:tr w:rsidR="006A4010" w14:paraId="17B2CACB" w14:textId="77777777" w:rsidTr="000135AE">
        <w:tc>
          <w:tcPr>
            <w:tcW w:w="8856" w:type="dxa"/>
          </w:tcPr>
          <w:p w14:paraId="6CFFC979" w14:textId="61619017" w:rsidR="006A4010" w:rsidRPr="00311A58" w:rsidRDefault="00E219C4" w:rsidP="005245F9">
            <w:pPr>
              <w:pStyle w:val="ListParagraph"/>
              <w:numPr>
                <w:ilvl w:val="0"/>
                <w:numId w:val="17"/>
              </w:numPr>
              <w:pBdr>
                <w:top w:val="nil"/>
                <w:left w:val="nil"/>
                <w:bottom w:val="nil"/>
                <w:right w:val="nil"/>
                <w:between w:val="nil"/>
              </w:pBdr>
              <w:contextualSpacing w:val="0"/>
              <w:rPr>
                <w:rFonts w:ascii="Microsoft JhengHei" w:eastAsia="Microsoft JhengHei" w:hAnsi="Microsoft JhengHei" w:cs="Microsoft JhengHei"/>
                <w:color w:val="000000"/>
                <w:lang w:eastAsia="zh-TW"/>
              </w:rPr>
            </w:pPr>
            <w:r w:rsidRPr="00311A58">
              <w:rPr>
                <w:rFonts w:ascii="Microsoft JhengHei UI" w:eastAsia="Microsoft JhengHei UI" w:hAnsi="Microsoft JhengHei UI"/>
                <w:sz w:val="20"/>
                <w:szCs w:val="20"/>
                <w:lang w:eastAsia="zh-TW"/>
              </w:rPr>
              <w:t>在</w:t>
            </w:r>
            <w:r w:rsidR="006A4010" w:rsidRPr="00311A58">
              <w:rPr>
                <w:rFonts w:ascii="Microsoft JhengHei" w:eastAsia="Microsoft JhengHei" w:hAnsi="Microsoft JhengHei" w:cs="Microsoft JhengHei"/>
                <w:color w:val="000000" w:themeColor="text1"/>
                <w:sz w:val="20"/>
                <w:szCs w:val="20"/>
                <w:lang w:eastAsia="zh-TW"/>
              </w:rPr>
              <w:t>填寫</w:t>
            </w:r>
            <w:r>
              <w:rPr>
                <w:rFonts w:ascii="Microsoft JhengHei" w:eastAsia="Microsoft JhengHei" w:hAnsi="Microsoft JhengHei" w:cs="Microsoft JhengHei" w:hint="eastAsia"/>
                <w:color w:val="000000" w:themeColor="text1"/>
                <w:sz w:val="20"/>
                <w:szCs w:val="20"/>
                <w:lang w:eastAsia="zh-TW"/>
              </w:rPr>
              <w:t>此</w:t>
            </w:r>
            <w:r w:rsidR="006A4010" w:rsidRPr="00311A58">
              <w:rPr>
                <w:rFonts w:ascii="Microsoft JhengHei" w:eastAsia="Microsoft JhengHei" w:hAnsi="Microsoft JhengHei" w:cs="Microsoft JhengHei"/>
                <w:color w:val="000000" w:themeColor="text1"/>
                <w:sz w:val="20"/>
                <w:szCs w:val="20"/>
                <w:lang w:eastAsia="zh-TW"/>
              </w:rPr>
              <w:t>獎助計劃申請表前，請詳閱</w:t>
            </w:r>
            <w:r w:rsidR="006A4010" w:rsidRPr="00311A58">
              <w:rPr>
                <w:rFonts w:ascii="Calibri" w:eastAsia="Calibri" w:hAnsi="Calibri" w:cs="Calibri"/>
                <w:color w:val="000000" w:themeColor="text1"/>
                <w:sz w:val="20"/>
                <w:szCs w:val="20"/>
                <w:lang w:eastAsia="zh-TW"/>
              </w:rPr>
              <w:t>ACC</w:t>
            </w:r>
            <w:r w:rsidR="006A4010" w:rsidRPr="00311A58">
              <w:rPr>
                <w:rFonts w:ascii="Microsoft JhengHei" w:eastAsia="Microsoft JhengHei" w:hAnsi="Microsoft JhengHei" w:cs="Microsoft JhengHei"/>
                <w:color w:val="000000" w:themeColor="text1"/>
                <w:sz w:val="20"/>
                <w:szCs w:val="20"/>
                <w:lang w:eastAsia="zh-TW"/>
              </w:rPr>
              <w:t>網</w:t>
            </w:r>
            <w:r w:rsidRPr="00FF2102">
              <w:rPr>
                <w:rFonts w:ascii="Microsoft JhengHei UI" w:eastAsia="Microsoft JhengHei UI" w:hAnsi="Microsoft JhengHei UI"/>
                <w:sz w:val="20"/>
                <w:szCs w:val="20"/>
                <w:lang w:eastAsia="zh-TW"/>
              </w:rPr>
              <w:t>站</w:t>
            </w:r>
            <w:r w:rsidR="006A4010" w:rsidRPr="00311A58">
              <w:rPr>
                <w:rFonts w:ascii="Microsoft JhengHei" w:eastAsia="Microsoft JhengHei" w:hAnsi="Microsoft JhengHei" w:cs="Microsoft JhengHei"/>
                <w:color w:val="000000" w:themeColor="text1"/>
                <w:sz w:val="20"/>
                <w:szCs w:val="20"/>
                <w:lang w:eastAsia="zh-TW"/>
              </w:rPr>
              <w:t>上</w:t>
            </w:r>
            <w:r w:rsidRPr="00FF2102">
              <w:rPr>
                <w:rFonts w:ascii="Microsoft JhengHei UI" w:eastAsia="Microsoft JhengHei UI" w:hAnsi="Microsoft JhengHei UI"/>
                <w:sz w:val="20"/>
                <w:szCs w:val="20"/>
                <w:lang w:eastAsia="zh-TW"/>
              </w:rPr>
              <w:t>的</w:t>
            </w:r>
            <w:r w:rsidRPr="0093047B">
              <w:rPr>
                <w:rFonts w:ascii="Microsoft JhengHei UI" w:eastAsia="Microsoft JhengHei UI" w:hAnsi="Microsoft JhengHei UI"/>
                <w:sz w:val="20"/>
                <w:szCs w:val="20"/>
                <w:lang w:eastAsia="zh-TW"/>
              </w:rPr>
              <w:t>獎助計劃</w:t>
            </w:r>
            <w:r w:rsidR="006A4010" w:rsidRPr="00311A58">
              <w:rPr>
                <w:rFonts w:ascii="Microsoft JhengHei" w:eastAsia="Microsoft JhengHei" w:hAnsi="Microsoft JhengHei" w:cs="Microsoft JhengHei"/>
                <w:color w:val="000000" w:themeColor="text1"/>
                <w:sz w:val="20"/>
                <w:szCs w:val="20"/>
                <w:lang w:eastAsia="zh-TW"/>
              </w:rPr>
              <w:t>指南和常見問題。</w:t>
            </w:r>
          </w:p>
          <w:p w14:paraId="2BE12583" w14:textId="76E1A628" w:rsidR="006A4010" w:rsidRPr="00311A58" w:rsidRDefault="006A4010" w:rsidP="005245F9">
            <w:pPr>
              <w:pStyle w:val="ListParagraph"/>
              <w:numPr>
                <w:ilvl w:val="0"/>
                <w:numId w:val="17"/>
              </w:numPr>
              <w:pBdr>
                <w:top w:val="nil"/>
                <w:left w:val="nil"/>
                <w:bottom w:val="nil"/>
                <w:right w:val="nil"/>
                <w:between w:val="nil"/>
              </w:pBdr>
              <w:contextualSpacing w:val="0"/>
              <w:rPr>
                <w:rFonts w:ascii="Calibri" w:eastAsia="Calibri" w:hAnsi="Calibri" w:cs="Calibri"/>
                <w:color w:val="000000"/>
                <w:lang w:eastAsia="zh-TW"/>
              </w:rPr>
            </w:pPr>
            <w:r w:rsidRPr="00311A58">
              <w:rPr>
                <w:rFonts w:ascii="Microsoft JhengHei" w:eastAsia="Microsoft JhengHei" w:hAnsi="Microsoft JhengHei" w:cs="Microsoft JhengHei"/>
                <w:color w:val="000000" w:themeColor="text1"/>
                <w:sz w:val="20"/>
                <w:szCs w:val="20"/>
                <w:lang w:eastAsia="zh-TW"/>
              </w:rPr>
              <w:t>每</w:t>
            </w:r>
            <w:r w:rsidR="00E219C4">
              <w:rPr>
                <w:rFonts w:ascii="Microsoft JhengHei" w:eastAsia="Microsoft JhengHei" w:hAnsi="Microsoft JhengHei" w:cs="Microsoft JhengHei" w:hint="eastAsia"/>
                <w:color w:val="000000" w:themeColor="text1"/>
                <w:sz w:val="20"/>
                <w:szCs w:val="20"/>
                <w:lang w:eastAsia="zh-TW"/>
              </w:rPr>
              <w:t>名</w:t>
            </w:r>
            <w:r w:rsidRPr="00311A58">
              <w:rPr>
                <w:rFonts w:ascii="Microsoft JhengHei" w:eastAsia="Microsoft JhengHei" w:hAnsi="Microsoft JhengHei" w:cs="Microsoft JhengHei"/>
                <w:color w:val="000000" w:themeColor="text1"/>
                <w:sz w:val="20"/>
                <w:szCs w:val="20"/>
                <w:lang w:eastAsia="zh-TW"/>
              </w:rPr>
              <w:t>申請者僅可申請一項獎助計劃並只能提交一份申請表</w:t>
            </w:r>
            <w:r w:rsidRPr="00311A58">
              <w:rPr>
                <w:rFonts w:ascii="Calibri" w:eastAsia="Calibri" w:hAnsi="Calibri" w:cs="Calibri"/>
                <w:color w:val="000000" w:themeColor="text1"/>
                <w:sz w:val="20"/>
                <w:szCs w:val="20"/>
                <w:lang w:eastAsia="zh-TW"/>
              </w:rPr>
              <w:t>。</w:t>
            </w:r>
          </w:p>
          <w:p w14:paraId="7768E47C" w14:textId="1A61007E" w:rsidR="006A4010" w:rsidRPr="00311A58" w:rsidRDefault="006A4010" w:rsidP="005245F9">
            <w:pPr>
              <w:pStyle w:val="ListParagraph"/>
              <w:numPr>
                <w:ilvl w:val="0"/>
                <w:numId w:val="17"/>
              </w:numPr>
              <w:pBdr>
                <w:top w:val="nil"/>
                <w:left w:val="nil"/>
                <w:bottom w:val="nil"/>
                <w:right w:val="nil"/>
                <w:between w:val="nil"/>
              </w:pBdr>
              <w:contextualSpacing w:val="0"/>
              <w:rPr>
                <w:rFonts w:ascii="Calibri" w:eastAsia="Calibri" w:hAnsi="Calibri" w:cs="Calibri"/>
                <w:color w:val="000000"/>
              </w:rPr>
            </w:pPr>
            <w:r w:rsidRPr="00311A58">
              <w:rPr>
                <w:rFonts w:ascii="Microsoft JhengHei" w:eastAsia="Microsoft JhengHei" w:hAnsi="Microsoft JhengHei" w:cs="Microsoft JhengHei"/>
                <w:color w:val="000000" w:themeColor="text1"/>
                <w:sz w:val="20"/>
                <w:szCs w:val="20"/>
              </w:rPr>
              <w:t>請將中文申請表以</w:t>
            </w:r>
            <w:r w:rsidRPr="00311A58">
              <w:rPr>
                <w:rFonts w:ascii="Calibri" w:eastAsia="Calibri" w:hAnsi="Calibri" w:cs="Calibri"/>
                <w:color w:val="000000" w:themeColor="text1"/>
                <w:sz w:val="20"/>
                <w:szCs w:val="20"/>
              </w:rPr>
              <w:t xml:space="preserve"> doc </w:t>
            </w:r>
            <w:r w:rsidRPr="00311A58">
              <w:rPr>
                <w:rFonts w:ascii="Microsoft JhengHei" w:eastAsia="Microsoft JhengHei" w:hAnsi="Microsoft JhengHei" w:cs="Microsoft JhengHei"/>
                <w:color w:val="000000" w:themeColor="text1"/>
                <w:sz w:val="20"/>
                <w:szCs w:val="20"/>
              </w:rPr>
              <w:t>或</w:t>
            </w:r>
            <w:r w:rsidRPr="00311A58">
              <w:rPr>
                <w:rFonts w:ascii="Calibri" w:eastAsia="Calibri" w:hAnsi="Calibri" w:cs="Calibri"/>
                <w:color w:val="000000" w:themeColor="text1"/>
                <w:sz w:val="20"/>
                <w:szCs w:val="20"/>
              </w:rPr>
              <w:t xml:space="preserve"> docx </w:t>
            </w:r>
            <w:r w:rsidRPr="00311A58">
              <w:rPr>
                <w:rFonts w:ascii="Microsoft JhengHei" w:eastAsia="Microsoft JhengHei" w:hAnsi="Microsoft JhengHei" w:cs="Microsoft JhengHei"/>
                <w:color w:val="000000" w:themeColor="text1"/>
                <w:sz w:val="20"/>
                <w:szCs w:val="20"/>
              </w:rPr>
              <w:t>文件格式（恕不接受</w:t>
            </w:r>
            <w:r w:rsidRPr="00311A58">
              <w:rPr>
                <w:rFonts w:ascii="Calibri" w:eastAsia="Calibri" w:hAnsi="Calibri" w:cs="Calibri"/>
                <w:color w:val="000000" w:themeColor="text1"/>
                <w:sz w:val="20"/>
                <w:szCs w:val="20"/>
              </w:rPr>
              <w:t>PDF）</w:t>
            </w:r>
            <w:r w:rsidRPr="00311A58">
              <w:rPr>
                <w:rFonts w:ascii="Microsoft JhengHei" w:eastAsia="Microsoft JhengHei" w:hAnsi="Microsoft JhengHei" w:cs="Microsoft JhengHei"/>
                <w:color w:val="000000" w:themeColor="text1"/>
                <w:sz w:val="20"/>
                <w:szCs w:val="20"/>
              </w:rPr>
              <w:t>上載</w:t>
            </w:r>
            <w:r w:rsidR="00E219C4">
              <w:rPr>
                <w:rFonts w:ascii="Microsoft JhengHei" w:eastAsia="Microsoft JhengHei" w:hAnsi="Microsoft JhengHei" w:cs="Microsoft JhengHei" w:hint="eastAsia"/>
                <w:color w:val="000000" w:themeColor="text1"/>
                <w:sz w:val="20"/>
                <w:szCs w:val="20"/>
              </w:rPr>
              <w:t>至</w:t>
            </w:r>
            <w:r w:rsidRPr="00311A58">
              <w:rPr>
                <w:rFonts w:ascii="Calibri" w:eastAsia="Calibri" w:hAnsi="Calibri" w:cs="Calibri"/>
                <w:color w:val="000000" w:themeColor="text1"/>
                <w:sz w:val="20"/>
                <w:szCs w:val="20"/>
              </w:rPr>
              <w:t>GoApply</w:t>
            </w:r>
            <w:r w:rsidRPr="00311A58">
              <w:rPr>
                <w:rFonts w:ascii="Microsoft JhengHei" w:eastAsia="Microsoft JhengHei" w:hAnsi="Microsoft JhengHei" w:cs="Microsoft JhengHei"/>
                <w:color w:val="000000" w:themeColor="text1"/>
                <w:sz w:val="20"/>
                <w:szCs w:val="20"/>
              </w:rPr>
              <w:t>的「</w:t>
            </w:r>
            <w:r w:rsidRPr="00311A58">
              <w:rPr>
                <w:rFonts w:ascii="Calibri" w:eastAsia="Calibri" w:hAnsi="Calibri" w:cs="Calibri"/>
                <w:color w:val="000000" w:themeColor="text1"/>
                <w:sz w:val="20"/>
                <w:szCs w:val="20"/>
              </w:rPr>
              <w:t>Bilingual Application」。</w:t>
            </w:r>
            <w:r w:rsidRPr="00311A58">
              <w:rPr>
                <w:rFonts w:ascii="Microsoft JhengHei" w:eastAsia="Microsoft JhengHei" w:hAnsi="Microsoft JhengHei" w:cs="Microsoft JhengHei"/>
                <w:color w:val="000000" w:themeColor="text1"/>
                <w:sz w:val="20"/>
                <w:szCs w:val="20"/>
              </w:rPr>
              <w:t>請以英文按照以下格式命名檔案後上載</w:t>
            </w:r>
            <w:r w:rsidRPr="00311A58">
              <w:rPr>
                <w:rFonts w:ascii="Calibri" w:eastAsia="Calibri" w:hAnsi="Calibri" w:cs="Calibri"/>
                <w:color w:val="000000" w:themeColor="text1"/>
                <w:sz w:val="20"/>
                <w:szCs w:val="20"/>
              </w:rPr>
              <w:t>：</w:t>
            </w:r>
          </w:p>
          <w:p w14:paraId="0E125758" w14:textId="011D352D" w:rsidR="006A4010" w:rsidRPr="00311A58" w:rsidRDefault="006A4010" w:rsidP="006A4010">
            <w:pPr>
              <w:pStyle w:val="ListParagraph"/>
              <w:pBdr>
                <w:top w:val="nil"/>
                <w:left w:val="nil"/>
                <w:bottom w:val="nil"/>
                <w:right w:val="nil"/>
                <w:between w:val="nil"/>
              </w:pBdr>
              <w:rPr>
                <w:rFonts w:ascii="Calibri" w:eastAsia="Calibri" w:hAnsi="Calibri" w:cs="Calibri"/>
                <w:color w:val="000000"/>
              </w:rPr>
            </w:pPr>
            <w:r w:rsidRPr="00311A58">
              <w:rPr>
                <w:rFonts w:ascii="Microsoft JhengHei" w:eastAsia="Microsoft JhengHei" w:hAnsi="Microsoft JhengHei" w:cs="Microsoft JhengHei"/>
                <w:i/>
                <w:iCs/>
                <w:color w:val="000000" w:themeColor="text1"/>
                <w:sz w:val="20"/>
                <w:szCs w:val="20"/>
              </w:rPr>
              <w:t>姓氏（大寫）</w:t>
            </w:r>
            <w:r w:rsidRPr="00311A58">
              <w:rPr>
                <w:rFonts w:ascii="Calibri" w:eastAsia="Calibri" w:hAnsi="Calibri" w:cs="Calibri"/>
                <w:i/>
                <w:iCs/>
                <w:color w:val="000000" w:themeColor="text1"/>
                <w:sz w:val="20"/>
                <w:szCs w:val="20"/>
              </w:rPr>
              <w:t>-</w:t>
            </w:r>
            <w:r w:rsidRPr="00311A58">
              <w:rPr>
                <w:rFonts w:ascii="Microsoft JhengHei" w:eastAsia="Microsoft JhengHei" w:hAnsi="Microsoft JhengHei" w:cs="Microsoft JhengHei"/>
                <w:i/>
                <w:iCs/>
                <w:color w:val="000000" w:themeColor="text1"/>
                <w:sz w:val="20"/>
                <w:szCs w:val="20"/>
              </w:rPr>
              <w:t>名字</w:t>
            </w:r>
            <w:r w:rsidRPr="00311A58">
              <w:rPr>
                <w:rFonts w:ascii="Calibri" w:eastAsia="Calibri" w:hAnsi="Calibri" w:cs="Calibri"/>
                <w:i/>
                <w:iCs/>
                <w:color w:val="000000" w:themeColor="text1"/>
                <w:sz w:val="20"/>
                <w:szCs w:val="20"/>
              </w:rPr>
              <w:t>_</w:t>
            </w:r>
            <w:r w:rsidRPr="00311A58">
              <w:rPr>
                <w:rFonts w:ascii="Calibri" w:eastAsia="Calibri" w:hAnsi="Calibri" w:cs="Calibri"/>
                <w:i/>
                <w:iCs/>
                <w:color w:val="000000" w:themeColor="text1"/>
              </w:rPr>
              <w:t xml:space="preserve"> </w:t>
            </w:r>
            <w:r w:rsidRPr="00311A58">
              <w:rPr>
                <w:rFonts w:ascii="Calibri" w:eastAsia="Calibri" w:hAnsi="Calibri" w:cs="Calibri"/>
                <w:i/>
                <w:iCs/>
                <w:color w:val="000000" w:themeColor="text1"/>
                <w:sz w:val="20"/>
                <w:szCs w:val="20"/>
              </w:rPr>
              <w:t>ApplicationHK_2027GRAD （</w:t>
            </w:r>
            <w:r w:rsidRPr="00311A58">
              <w:rPr>
                <w:rFonts w:ascii="Microsoft JhengHei" w:eastAsia="Microsoft JhengHei" w:hAnsi="Microsoft JhengHei" w:cs="Microsoft JhengHei"/>
                <w:i/>
                <w:iCs/>
                <w:color w:val="000000" w:themeColor="text1"/>
                <w:sz w:val="20"/>
                <w:szCs w:val="20"/>
              </w:rPr>
              <w:t>例</w:t>
            </w:r>
            <w:r w:rsidRPr="00311A58">
              <w:rPr>
                <w:rFonts w:ascii="Calibri" w:eastAsia="Calibri" w:hAnsi="Calibri" w:cs="Calibri"/>
                <w:i/>
                <w:iCs/>
                <w:color w:val="000000" w:themeColor="text1"/>
                <w:sz w:val="20"/>
                <w:szCs w:val="20"/>
              </w:rPr>
              <w:t>：SMITH-Jane_ ApplicationHK_2027GRAD）</w:t>
            </w:r>
          </w:p>
          <w:p w14:paraId="70AD8CD4" w14:textId="77777777" w:rsidR="006A4010" w:rsidRPr="00311A58" w:rsidRDefault="006A4010" w:rsidP="005245F9">
            <w:pPr>
              <w:pStyle w:val="ListParagraph"/>
              <w:numPr>
                <w:ilvl w:val="0"/>
                <w:numId w:val="17"/>
              </w:numPr>
              <w:pBdr>
                <w:top w:val="nil"/>
                <w:left w:val="nil"/>
                <w:bottom w:val="nil"/>
                <w:right w:val="nil"/>
                <w:between w:val="nil"/>
              </w:pBdr>
              <w:contextualSpacing w:val="0"/>
              <w:rPr>
                <w:rFonts w:ascii="Calibri" w:eastAsia="Calibri" w:hAnsi="Calibri" w:cs="Calibri"/>
                <w:color w:val="000000"/>
                <w:lang w:eastAsia="zh-TW"/>
              </w:rPr>
            </w:pPr>
            <w:r w:rsidRPr="00311A58">
              <w:rPr>
                <w:rFonts w:ascii="Microsoft JhengHei" w:eastAsia="Microsoft JhengHei" w:hAnsi="Microsoft JhengHei" w:cs="Microsoft JhengHei"/>
                <w:color w:val="000000" w:themeColor="text1"/>
                <w:sz w:val="20"/>
                <w:szCs w:val="20"/>
                <w:lang w:eastAsia="zh-TW"/>
              </w:rPr>
              <w:t>請以中文填寫以下申請表（繁體及簡體皆可）</w:t>
            </w:r>
            <w:r w:rsidRPr="00311A58">
              <w:rPr>
                <w:rFonts w:ascii="Calibri" w:eastAsia="Calibri" w:hAnsi="Calibri" w:cs="Calibri"/>
                <w:color w:val="000000" w:themeColor="text1"/>
                <w:sz w:val="20"/>
                <w:szCs w:val="20"/>
                <w:lang w:eastAsia="zh-TW"/>
              </w:rPr>
              <w:t>。</w:t>
            </w:r>
            <w:r w:rsidRPr="00311A58">
              <w:rPr>
                <w:rFonts w:ascii="Microsoft JhengHei" w:eastAsia="Microsoft JhengHei" w:hAnsi="Microsoft JhengHei" w:cs="Microsoft JhengHei"/>
                <w:color w:val="000000" w:themeColor="text1"/>
                <w:sz w:val="20"/>
                <w:szCs w:val="20"/>
                <w:lang w:eastAsia="zh-TW"/>
              </w:rPr>
              <w:t>必填問題以星號</w:t>
            </w:r>
            <w:r w:rsidRPr="00311A58">
              <w:rPr>
                <w:rFonts w:ascii="Calibri" w:eastAsia="Calibri" w:hAnsi="Calibri" w:cs="Calibri"/>
                <w:color w:val="000000" w:themeColor="text1"/>
                <w:sz w:val="20"/>
                <w:szCs w:val="20"/>
                <w:lang w:eastAsia="zh-TW"/>
              </w:rPr>
              <w:t xml:space="preserve"> (＊)</w:t>
            </w:r>
            <w:r w:rsidRPr="00311A58">
              <w:rPr>
                <w:rFonts w:ascii="Microsoft JhengHei" w:eastAsia="Microsoft JhengHei" w:hAnsi="Microsoft JhengHei" w:cs="Microsoft JhengHei"/>
                <w:color w:val="000000" w:themeColor="text1"/>
                <w:sz w:val="20"/>
                <w:szCs w:val="20"/>
                <w:lang w:eastAsia="zh-TW"/>
              </w:rPr>
              <w:t>標註</w:t>
            </w:r>
            <w:r w:rsidRPr="00311A58">
              <w:rPr>
                <w:rFonts w:ascii="Calibri" w:eastAsia="Calibri" w:hAnsi="Calibri" w:cs="Calibri"/>
                <w:color w:val="000000" w:themeColor="text1"/>
                <w:sz w:val="20"/>
                <w:szCs w:val="20"/>
                <w:lang w:eastAsia="zh-TW"/>
              </w:rPr>
              <w:t>。</w:t>
            </w:r>
          </w:p>
          <w:p w14:paraId="1CEBA8AE" w14:textId="0D26950B" w:rsidR="006A4010" w:rsidRPr="006A4010" w:rsidRDefault="002B6850" w:rsidP="005245F9">
            <w:pPr>
              <w:pStyle w:val="ListParagraph"/>
              <w:numPr>
                <w:ilvl w:val="0"/>
                <w:numId w:val="17"/>
              </w:numPr>
              <w:pBdr>
                <w:top w:val="nil"/>
                <w:left w:val="nil"/>
                <w:bottom w:val="nil"/>
                <w:right w:val="nil"/>
                <w:between w:val="nil"/>
              </w:pBdr>
              <w:contextualSpacing w:val="0"/>
              <w:rPr>
                <w:rFonts w:ascii="Calibri" w:eastAsia="Calibri" w:hAnsi="Calibri" w:cs="Calibri"/>
                <w:color w:val="000000"/>
                <w:lang w:eastAsia="zh-TW"/>
              </w:rPr>
            </w:pPr>
            <w:r>
              <w:rPr>
                <w:rFonts w:ascii="Microsoft JhengHei" w:eastAsia="Microsoft JhengHei" w:hAnsi="Microsoft JhengHei" w:cs="Microsoft JhengHei" w:hint="eastAsia"/>
                <w:color w:val="000000" w:themeColor="text1"/>
                <w:sz w:val="20"/>
                <w:szCs w:val="20"/>
                <w:lang w:eastAsia="zh-TW"/>
              </w:rPr>
              <w:t>凡</w:t>
            </w:r>
            <w:r w:rsidR="006A4010" w:rsidRPr="00311A58">
              <w:rPr>
                <w:rFonts w:ascii="Microsoft JhengHei" w:eastAsia="Microsoft JhengHei" w:hAnsi="Microsoft JhengHei" w:cs="Microsoft JhengHei"/>
                <w:color w:val="000000" w:themeColor="text1"/>
                <w:sz w:val="20"/>
                <w:szCs w:val="20"/>
                <w:lang w:eastAsia="zh-TW"/>
              </w:rPr>
              <w:t>標示</w:t>
            </w:r>
            <w:r w:rsidR="006A4010" w:rsidRPr="00311A58">
              <w:rPr>
                <w:rFonts w:ascii="Calibri" w:eastAsia="Calibri" w:hAnsi="Calibri" w:cs="Calibri"/>
                <w:color w:val="0066FF"/>
                <w:sz w:val="20"/>
                <w:szCs w:val="20"/>
                <w:lang w:eastAsia="zh-TW"/>
              </w:rPr>
              <w:t>【GoApply</w:t>
            </w:r>
            <w:r w:rsidR="006A4010" w:rsidRPr="00311A58">
              <w:rPr>
                <w:rFonts w:ascii="Microsoft JhengHei" w:eastAsia="Microsoft JhengHei" w:hAnsi="Microsoft JhengHei" w:cs="Microsoft JhengHei"/>
                <w:color w:val="0066FF"/>
                <w:sz w:val="20"/>
                <w:szCs w:val="20"/>
                <w:lang w:eastAsia="zh-TW"/>
              </w:rPr>
              <w:t>上填寫即可</w:t>
            </w:r>
            <w:r w:rsidR="006A4010" w:rsidRPr="00311A58">
              <w:rPr>
                <w:rFonts w:ascii="Calibri" w:eastAsia="Calibri" w:hAnsi="Calibri" w:cs="Calibri"/>
                <w:color w:val="0066FF"/>
                <w:sz w:val="20"/>
                <w:szCs w:val="20"/>
                <w:lang w:eastAsia="zh-TW"/>
              </w:rPr>
              <w:t>】</w:t>
            </w:r>
            <w:r w:rsidR="005104F8">
              <w:rPr>
                <w:rFonts w:ascii="Microsoft JhengHei" w:eastAsia="Microsoft JhengHei" w:hAnsi="Microsoft JhengHei" w:cs="Microsoft JhengHei" w:hint="eastAsia"/>
                <w:color w:val="0066FF"/>
                <w:sz w:val="20"/>
                <w:szCs w:val="20"/>
                <w:lang w:eastAsia="zh-TW"/>
              </w:rPr>
              <w:t>的項目</w:t>
            </w:r>
            <w:r w:rsidR="006A4010" w:rsidRPr="00311A58">
              <w:rPr>
                <w:rFonts w:ascii="Calibri" w:eastAsia="Calibri" w:hAnsi="Calibri" w:cs="Calibri"/>
                <w:color w:val="000000" w:themeColor="text1"/>
                <w:sz w:val="20"/>
                <w:szCs w:val="20"/>
                <w:lang w:eastAsia="zh-TW"/>
              </w:rPr>
              <w:t>，</w:t>
            </w:r>
            <w:r w:rsidR="006A4010" w:rsidRPr="00311A58">
              <w:rPr>
                <w:rFonts w:ascii="Microsoft JhengHei" w:eastAsia="Microsoft JhengHei" w:hAnsi="Microsoft JhengHei" w:cs="Microsoft JhengHei"/>
                <w:color w:val="000000" w:themeColor="text1"/>
                <w:sz w:val="20"/>
                <w:szCs w:val="20"/>
                <w:lang w:eastAsia="zh-TW"/>
              </w:rPr>
              <w:t>申請者</w:t>
            </w:r>
            <w:r>
              <w:rPr>
                <w:rFonts w:ascii="Microsoft JhengHei" w:eastAsia="Microsoft JhengHei" w:hAnsi="Microsoft JhengHei" w:cs="Microsoft JhengHei" w:hint="eastAsia"/>
                <w:color w:val="000000" w:themeColor="text1"/>
                <w:sz w:val="20"/>
                <w:szCs w:val="20"/>
                <w:lang w:eastAsia="zh-TW"/>
              </w:rPr>
              <w:t>只需</w:t>
            </w:r>
            <w:r w:rsidR="006A4010" w:rsidRPr="00311A58">
              <w:rPr>
                <w:rFonts w:ascii="Microsoft JhengHei" w:eastAsia="Microsoft JhengHei" w:hAnsi="Microsoft JhengHei" w:cs="Microsoft JhengHei"/>
                <w:color w:val="000000" w:themeColor="text1"/>
                <w:sz w:val="20"/>
                <w:szCs w:val="20"/>
                <w:lang w:eastAsia="zh-TW"/>
              </w:rPr>
              <w:t>在</w:t>
            </w:r>
            <w:r w:rsidR="006A4010" w:rsidRPr="00311A58">
              <w:rPr>
                <w:rFonts w:ascii="Calibri" w:eastAsia="Calibri" w:hAnsi="Calibri" w:cs="Calibri"/>
                <w:color w:val="000000" w:themeColor="text1"/>
                <w:sz w:val="20"/>
                <w:szCs w:val="20"/>
                <w:lang w:eastAsia="zh-TW"/>
              </w:rPr>
              <w:t>GoApply</w:t>
            </w:r>
            <w:r w:rsidR="006A4010" w:rsidRPr="00311A58">
              <w:rPr>
                <w:rFonts w:ascii="Microsoft JhengHei" w:eastAsia="Microsoft JhengHei" w:hAnsi="Microsoft JhengHei" w:cs="Microsoft JhengHei"/>
                <w:color w:val="000000" w:themeColor="text1"/>
                <w:sz w:val="20"/>
                <w:szCs w:val="20"/>
                <w:lang w:eastAsia="zh-TW"/>
              </w:rPr>
              <w:t>申請平台上</w:t>
            </w:r>
            <w:r w:rsidRPr="00311A58">
              <w:rPr>
                <w:rFonts w:ascii="Microsoft JhengHei" w:eastAsia="Microsoft JhengHei" w:hAnsi="Microsoft JhengHei" w:cs="Microsoft JhengHei"/>
                <w:color w:val="000000" w:themeColor="text1"/>
                <w:sz w:val="20"/>
                <w:szCs w:val="20"/>
                <w:lang w:eastAsia="zh-TW"/>
              </w:rPr>
              <w:t>以英文</w:t>
            </w:r>
            <w:r w:rsidR="006A4010" w:rsidRPr="00311A58">
              <w:rPr>
                <w:rFonts w:ascii="Microsoft JhengHei" w:eastAsia="Microsoft JhengHei" w:hAnsi="Microsoft JhengHei" w:cs="Microsoft JhengHei"/>
                <w:color w:val="000000" w:themeColor="text1"/>
                <w:sz w:val="20"/>
                <w:szCs w:val="20"/>
                <w:lang w:eastAsia="zh-TW"/>
              </w:rPr>
              <w:t>回答</w:t>
            </w:r>
            <w:r w:rsidR="006A4010" w:rsidRPr="00311A58">
              <w:rPr>
                <w:rFonts w:ascii="Calibri" w:eastAsia="Calibri" w:hAnsi="Calibri" w:cs="Calibri"/>
                <w:color w:val="000000" w:themeColor="text1"/>
                <w:sz w:val="20"/>
                <w:szCs w:val="20"/>
                <w:lang w:eastAsia="zh-TW"/>
              </w:rPr>
              <w:t>。</w:t>
            </w:r>
          </w:p>
        </w:tc>
      </w:tr>
    </w:tbl>
    <w:p w14:paraId="53651E24" w14:textId="5E545C7D" w:rsidR="001067FD" w:rsidRDefault="001067FD" w:rsidP="006026E8">
      <w:pPr>
        <w:spacing w:after="0"/>
        <w:rPr>
          <w:rFonts w:ascii="Microsoft JhengHei UI" w:eastAsia="Microsoft JhengHei UI" w:hAnsi="Microsoft JhengHei UI"/>
          <w:color w:val="EE0000"/>
          <w:sz w:val="24"/>
          <w:szCs w:val="24"/>
          <w:lang w:eastAsia="zh-TW"/>
        </w:rPr>
      </w:pPr>
    </w:p>
    <w:p w14:paraId="41586582" w14:textId="064F3F64" w:rsidR="001067FD" w:rsidRPr="00FF2102" w:rsidRDefault="00CB435D" w:rsidP="006026E8">
      <w:pPr>
        <w:spacing w:after="0"/>
        <w:rPr>
          <w:rFonts w:ascii="Microsoft JhengHei UI" w:eastAsia="Microsoft JhengHei UI" w:hAnsi="Microsoft JhengHei UI"/>
          <w:b/>
          <w:bCs/>
          <w:sz w:val="20"/>
          <w:szCs w:val="20"/>
          <w:lang w:eastAsia="zh-TW"/>
        </w:rPr>
      </w:pPr>
      <w:r w:rsidRPr="00FF2102">
        <w:rPr>
          <w:rFonts w:ascii="Microsoft JhengHei UI" w:eastAsia="Microsoft JhengHei UI" w:hAnsi="Microsoft JhengHei UI" w:cs="Microsoft JhengHei" w:hint="eastAsia"/>
          <w:b/>
          <w:bCs/>
          <w:color w:val="000000"/>
          <w:sz w:val="20"/>
          <w:szCs w:val="20"/>
          <w:lang w:eastAsia="zh-TW"/>
        </w:rPr>
        <w:t>歡迎</w:t>
      </w:r>
      <w:r w:rsidRPr="00FF2102">
        <w:rPr>
          <w:rFonts w:ascii="Microsoft JhengHei UI" w:eastAsia="Microsoft JhengHei UI" w:hAnsi="Microsoft JhengHei UI"/>
          <w:b/>
          <w:bCs/>
          <w:sz w:val="20"/>
          <w:szCs w:val="20"/>
          <w:lang w:eastAsia="zh-TW"/>
        </w:rPr>
        <w:t xml:space="preserve">申請亞洲文化協會（ACC）的研究生獎助計劃。在開始申請前，請閱讀以下有關在 GoApply </w:t>
      </w:r>
      <w:r w:rsidR="003A2FD0" w:rsidRPr="00FF2102">
        <w:rPr>
          <w:rFonts w:ascii="Microsoft JhengHei UI" w:eastAsia="Microsoft JhengHei UI" w:hAnsi="Microsoft JhengHei UI"/>
          <w:b/>
          <w:bCs/>
          <w:sz w:val="20"/>
          <w:szCs w:val="20"/>
          <w:lang w:eastAsia="zh-TW"/>
        </w:rPr>
        <w:t>申請</w:t>
      </w:r>
      <w:r w:rsidR="003A2FD0" w:rsidRPr="00FF2102">
        <w:rPr>
          <w:rFonts w:ascii="Microsoft JhengHei UI" w:eastAsia="Microsoft JhengHei UI" w:hAnsi="Microsoft JhengHei UI"/>
          <w:b/>
          <w:bCs/>
          <w:sz w:val="20"/>
          <w:szCs w:val="20"/>
          <w:lang w:eastAsia="zh-HK"/>
        </w:rPr>
        <w:t>平</w:t>
      </w:r>
      <w:r w:rsidR="003A2FD0" w:rsidRPr="00FF2102">
        <w:rPr>
          <w:rFonts w:ascii="Microsoft JhengHei UI" w:eastAsia="Microsoft JhengHei UI" w:hAnsi="Microsoft JhengHei UI" w:cs="Microsoft JhengHei" w:hint="eastAsia"/>
          <w:b/>
          <w:bCs/>
          <w:sz w:val="20"/>
          <w:szCs w:val="20"/>
          <w:lang w:eastAsia="zh-TW"/>
        </w:rPr>
        <w:t>台</w:t>
      </w:r>
      <w:r w:rsidRPr="00FF2102">
        <w:rPr>
          <w:rFonts w:ascii="Microsoft JhengHei UI" w:eastAsia="Microsoft JhengHei UI" w:hAnsi="Microsoft JhengHei UI"/>
          <w:b/>
          <w:bCs/>
          <w:sz w:val="20"/>
          <w:szCs w:val="20"/>
          <w:lang w:eastAsia="zh-TW"/>
        </w:rPr>
        <w:t>準備和提交申請的說明：</w:t>
      </w:r>
    </w:p>
    <w:p w14:paraId="6B5917CE" w14:textId="77777777" w:rsidR="00CB435D" w:rsidRPr="00FF2102" w:rsidRDefault="00CB435D" w:rsidP="00CB435D">
      <w:pPr>
        <w:pStyle w:val="ListBullet"/>
        <w:spacing w:after="0"/>
        <w:ind w:left="567" w:hanging="283"/>
        <w:rPr>
          <w:rFonts w:ascii="Microsoft JhengHei UI" w:eastAsia="Microsoft JhengHei UI" w:hAnsi="Microsoft JhengHei UI"/>
          <w:sz w:val="20"/>
          <w:szCs w:val="20"/>
          <w:lang w:eastAsia="zh-TW"/>
        </w:rPr>
      </w:pPr>
      <w:r w:rsidRPr="00FF2102">
        <w:rPr>
          <w:rFonts w:ascii="Microsoft JhengHei UI" w:eastAsia="Microsoft JhengHei UI" w:hAnsi="Microsoft JhengHei UI"/>
          <w:sz w:val="20"/>
          <w:szCs w:val="20"/>
          <w:lang w:eastAsia="zh-TW"/>
        </w:rPr>
        <w:t>請閱讀ACC網站上的</w:t>
      </w:r>
      <w:hyperlink r:id="rId12" w:history="1">
        <w:r w:rsidRPr="00FF2102">
          <w:rPr>
            <w:rStyle w:val="Hyperlink"/>
            <w:rFonts w:ascii="Microsoft JhengHei UI" w:eastAsia="Microsoft JhengHei UI" w:hAnsi="Microsoft JhengHei UI"/>
            <w:sz w:val="20"/>
            <w:szCs w:val="20"/>
            <w:lang w:eastAsia="zh-TW"/>
          </w:rPr>
          <w:t>獎助計劃指南</w:t>
        </w:r>
      </w:hyperlink>
      <w:r w:rsidRPr="00FF2102">
        <w:rPr>
          <w:rFonts w:ascii="Microsoft JhengHei UI" w:eastAsia="Microsoft JhengHei UI" w:hAnsi="Microsoft JhengHei UI"/>
          <w:sz w:val="20"/>
          <w:szCs w:val="20"/>
          <w:lang w:eastAsia="zh-TW"/>
        </w:rPr>
        <w:t>，當中包括資格要求、說明，以及填寫和提交申請所需的材料與資料清單。</w:t>
      </w:r>
    </w:p>
    <w:p w14:paraId="53F32E20"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FF2102">
        <w:rPr>
          <w:rFonts w:ascii="Microsoft JhengHei UI" w:eastAsia="Microsoft JhengHei UI" w:hAnsi="Microsoft JhengHei UI"/>
          <w:sz w:val="20"/>
          <w:szCs w:val="20"/>
          <w:lang w:eastAsia="zh-TW"/>
        </w:rPr>
        <w:t>您必須通過下一頁的資格審</w:t>
      </w:r>
      <w:r w:rsidRPr="00311A58">
        <w:rPr>
          <w:rFonts w:ascii="Microsoft JhengHei UI" w:eastAsia="Microsoft JhengHei UI" w:hAnsi="Microsoft JhengHei UI"/>
          <w:sz w:val="20"/>
          <w:szCs w:val="20"/>
          <w:lang w:eastAsia="zh-TW"/>
        </w:rPr>
        <w:t>查，方可準備和提交申請。</w:t>
      </w:r>
    </w:p>
    <w:p w14:paraId="333D57DE"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311A58">
        <w:rPr>
          <w:rFonts w:ascii="Microsoft JhengHei UI" w:eastAsia="Microsoft JhengHei UI" w:hAnsi="Microsoft JhengHei UI"/>
          <w:sz w:val="20"/>
          <w:szCs w:val="20"/>
          <w:lang w:eastAsia="zh-TW"/>
        </w:rPr>
        <w:t>請</w:t>
      </w:r>
      <w:r w:rsidRPr="00311A58">
        <w:rPr>
          <w:rFonts w:ascii="Microsoft JhengHei UI" w:eastAsia="Microsoft JhengHei UI" w:hAnsi="Microsoft JhengHei UI"/>
          <w:sz w:val="20"/>
          <w:szCs w:val="20"/>
          <w:lang w:eastAsia="zh-HK"/>
        </w:rPr>
        <w:t>經常</w:t>
      </w:r>
      <w:r w:rsidRPr="00311A58">
        <w:rPr>
          <w:rFonts w:ascii="Microsoft JhengHei UI" w:eastAsia="Microsoft JhengHei UI" w:hAnsi="Microsoft JhengHei UI"/>
          <w:sz w:val="20"/>
          <w:szCs w:val="20"/>
          <w:lang w:eastAsia="zh-TW"/>
        </w:rPr>
        <w:t>儲存您的進度。</w:t>
      </w:r>
      <w:r w:rsidRPr="00311A58">
        <w:rPr>
          <w:rFonts w:ascii="Microsoft JhengHei UI" w:eastAsia="Microsoft JhengHei UI" w:hAnsi="Microsoft JhengHei UI"/>
          <w:sz w:val="20"/>
          <w:szCs w:val="20"/>
          <w:lang w:eastAsia="zh-HK"/>
        </w:rPr>
        <w:t>切</w:t>
      </w:r>
      <w:r w:rsidRPr="00311A58">
        <w:rPr>
          <w:rFonts w:ascii="Microsoft JhengHei UI" w:eastAsia="Microsoft JhengHei UI" w:hAnsi="Microsoft JhengHei UI"/>
          <w:sz w:val="20"/>
          <w:szCs w:val="20"/>
          <w:lang w:eastAsia="zh-TW"/>
        </w:rPr>
        <w:t>勿使用網頁瀏覽器的「返回」或「重新整理」按鈕，以免導致資料遺失。</w:t>
      </w:r>
    </w:p>
    <w:p w14:paraId="5360BC1C"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rPr>
      </w:pPr>
      <w:r w:rsidRPr="00311A58">
        <w:rPr>
          <w:rFonts w:ascii="Microsoft JhengHei UI" w:eastAsia="Microsoft JhengHei UI" w:hAnsi="Microsoft JhengHei UI"/>
          <w:sz w:val="20"/>
          <w:szCs w:val="20"/>
        </w:rPr>
        <w:t>請使用最新版本的 Apple Safari、Google Chrome 或 Mozilla Firefox 瀏覽器，</w:t>
      </w:r>
      <w:r w:rsidRPr="00311A58">
        <w:rPr>
          <w:rFonts w:ascii="Microsoft JhengHei UI" w:eastAsia="Microsoft JhengHei UI" w:hAnsi="Microsoft JhengHei UI" w:cs="Microsoft JhengHei" w:hint="eastAsia"/>
          <w:sz w:val="20"/>
          <w:szCs w:val="20"/>
        </w:rPr>
        <w:t>以減少平台</w:t>
      </w:r>
      <w:r w:rsidRPr="00311A58">
        <w:rPr>
          <w:rFonts w:ascii="Microsoft JhengHei UI" w:eastAsia="Microsoft JhengHei UI" w:hAnsi="Microsoft JhengHei UI" w:cs="Microsoft JhengHei"/>
          <w:sz w:val="20"/>
          <w:szCs w:val="20"/>
          <w:lang w:eastAsia="zh-HK"/>
        </w:rPr>
        <w:t>可能產生</w:t>
      </w:r>
      <w:r w:rsidRPr="00311A58">
        <w:rPr>
          <w:rFonts w:ascii="Microsoft JhengHei UI" w:eastAsia="Microsoft JhengHei UI" w:hAnsi="Microsoft JhengHei UI" w:cs="Microsoft JhengHei" w:hint="eastAsia"/>
          <w:sz w:val="20"/>
          <w:szCs w:val="20"/>
        </w:rPr>
        <w:t>的技術錯誤</w:t>
      </w:r>
      <w:r w:rsidRPr="00311A58">
        <w:rPr>
          <w:rFonts w:ascii="Microsoft JhengHei UI" w:eastAsia="Microsoft JhengHei UI" w:hAnsi="Microsoft JhengHei UI"/>
          <w:sz w:val="20"/>
          <w:szCs w:val="20"/>
        </w:rPr>
        <w:t>。</w:t>
      </w:r>
    </w:p>
    <w:p w14:paraId="411D5D8E"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311A58">
        <w:rPr>
          <w:rFonts w:ascii="Microsoft JhengHei UI" w:eastAsia="Microsoft JhengHei UI" w:hAnsi="Microsoft JhengHei UI"/>
          <w:sz w:val="20"/>
          <w:szCs w:val="20"/>
          <w:lang w:eastAsia="zh-TW"/>
        </w:rPr>
        <w:t>GoApply申請表中的所有回覆必須以英文填寫。</w:t>
      </w:r>
    </w:p>
    <w:p w14:paraId="1E9AF332"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311A58">
        <w:rPr>
          <w:rFonts w:ascii="Microsoft JhengHei UI" w:eastAsia="Microsoft JhengHei UI" w:hAnsi="Microsoft JhengHei UI"/>
          <w:sz w:val="20"/>
          <w:szCs w:val="20"/>
          <w:lang w:eastAsia="zh-TW"/>
        </w:rPr>
        <w:t>您只</w:t>
      </w:r>
      <w:r w:rsidRPr="00311A58">
        <w:rPr>
          <w:rFonts w:ascii="Microsoft JhengHei UI" w:eastAsia="Microsoft JhengHei UI" w:hAnsi="Microsoft JhengHei UI"/>
          <w:sz w:val="20"/>
          <w:szCs w:val="20"/>
          <w:lang w:eastAsia="zh-HK"/>
        </w:rPr>
        <w:t>能</w:t>
      </w:r>
      <w:r w:rsidRPr="00311A58">
        <w:rPr>
          <w:rFonts w:ascii="Microsoft JhengHei UI" w:eastAsia="Microsoft JhengHei UI" w:hAnsi="Microsoft JhengHei UI"/>
          <w:sz w:val="20"/>
          <w:szCs w:val="20"/>
          <w:lang w:eastAsia="zh-TW"/>
        </w:rPr>
        <w:t>在</w:t>
      </w:r>
      <w:r w:rsidRPr="00311A58">
        <w:rPr>
          <w:rFonts w:ascii="Microsoft JhengHei UI" w:eastAsia="Microsoft JhengHei UI" w:hAnsi="Microsoft JhengHei UI" w:cs="Microsoft JhengHei"/>
          <w:sz w:val="20"/>
          <w:szCs w:val="20"/>
          <w:lang w:eastAsia="zh-HK"/>
        </w:rPr>
        <w:t>必須</w:t>
      </w:r>
      <w:r w:rsidRPr="00311A58">
        <w:rPr>
          <w:rFonts w:ascii="Microsoft JhengHei UI" w:eastAsia="Microsoft JhengHei UI" w:hAnsi="Microsoft JhengHei UI"/>
          <w:sz w:val="20"/>
          <w:szCs w:val="20"/>
          <w:lang w:eastAsia="zh-TW"/>
        </w:rPr>
        <w:t>或向您提供</w:t>
      </w:r>
      <w:r w:rsidRPr="00311A58">
        <w:rPr>
          <w:rFonts w:ascii="Microsoft JhengHei UI" w:eastAsia="Microsoft JhengHei UI" w:hAnsi="Microsoft JhengHei UI" w:cs="Microsoft JhengHei" w:hint="eastAsia"/>
          <w:sz w:val="20"/>
          <w:szCs w:val="20"/>
          <w:lang w:eastAsia="zh-TW"/>
        </w:rPr>
        <w:t>雙語</w:t>
      </w:r>
      <w:r w:rsidRPr="00311A58">
        <w:rPr>
          <w:rFonts w:ascii="Microsoft JhengHei UI" w:eastAsia="Microsoft JhengHei UI" w:hAnsi="Microsoft JhengHei UI"/>
          <w:sz w:val="20"/>
          <w:szCs w:val="20"/>
          <w:lang w:eastAsia="zh-TW"/>
        </w:rPr>
        <w:t>申請表的情況下，才可使用其他語言。</w:t>
      </w:r>
    </w:p>
    <w:p w14:paraId="39707A24"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311A58">
        <w:rPr>
          <w:rFonts w:ascii="Microsoft JhengHei UI" w:eastAsia="Microsoft JhengHei UI" w:hAnsi="Microsoft JhengHei UI"/>
          <w:sz w:val="20"/>
          <w:szCs w:val="20"/>
          <w:lang w:eastAsia="zh-TW"/>
        </w:rPr>
        <w:t>請勿將帶格式</w:t>
      </w:r>
      <w:r w:rsidRPr="00311A58">
        <w:rPr>
          <w:rFonts w:ascii="Microsoft JhengHei UI" w:eastAsia="Microsoft JhengHei UI" w:hAnsi="Microsoft JhengHei UI"/>
          <w:sz w:val="20"/>
          <w:szCs w:val="20"/>
          <w:lang w:eastAsia="zh-HK"/>
        </w:rPr>
        <w:t>或</w:t>
      </w:r>
      <w:r w:rsidRPr="00311A58">
        <w:rPr>
          <w:rFonts w:ascii="Microsoft JhengHei UI" w:eastAsia="Microsoft JhengHei UI" w:hAnsi="Microsoft JhengHei UI"/>
          <w:sz w:val="20"/>
          <w:szCs w:val="20"/>
          <w:lang w:eastAsia="zh-TW"/>
        </w:rPr>
        <w:t>富文本（例如項目符號、自動編號清單、縮排等）複製並貼上 GoApply 的填寫欄位中，</w:t>
      </w:r>
      <w:r w:rsidRPr="00311A58">
        <w:rPr>
          <w:rFonts w:ascii="Microsoft JhengHei UI" w:eastAsia="Microsoft JhengHei UI" w:hAnsi="Microsoft JhengHei UI"/>
          <w:sz w:val="20"/>
          <w:szCs w:val="20"/>
          <w:lang w:eastAsia="zh-HK"/>
        </w:rPr>
        <w:t>以免</w:t>
      </w:r>
      <w:r w:rsidRPr="00311A58">
        <w:rPr>
          <w:rFonts w:ascii="Microsoft JhengHei UI" w:eastAsia="Microsoft JhengHei UI" w:hAnsi="Microsoft JhengHei UI"/>
          <w:sz w:val="20"/>
          <w:szCs w:val="20"/>
          <w:lang w:eastAsia="zh-TW"/>
        </w:rPr>
        <w:t>導致內容出錯。</w:t>
      </w:r>
    </w:p>
    <w:p w14:paraId="2B0A7AAA"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311A58">
        <w:rPr>
          <w:rFonts w:ascii="Microsoft JhengHei UI" w:eastAsia="Microsoft JhengHei UI" w:hAnsi="Microsoft JhengHei UI"/>
          <w:sz w:val="20"/>
          <w:szCs w:val="20"/>
          <w:lang w:eastAsia="zh-TW"/>
        </w:rPr>
        <w:t>如果您需要從其他程式引入文字，請僅複製並貼上純文字。</w:t>
      </w:r>
    </w:p>
    <w:p w14:paraId="4C109F74"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311A58">
        <w:rPr>
          <w:rFonts w:ascii="Microsoft JhengHei UI" w:eastAsia="Microsoft JhengHei UI" w:hAnsi="Microsoft JhengHei UI"/>
          <w:sz w:val="20"/>
          <w:szCs w:val="20"/>
          <w:lang w:eastAsia="zh-TW"/>
        </w:rPr>
        <w:t>標有星號（*）的問題為必填項。</w:t>
      </w:r>
      <w:r w:rsidRPr="00311A58">
        <w:rPr>
          <w:rFonts w:ascii="Microsoft JhengHei UI" w:eastAsia="Microsoft JhengHei UI" w:hAnsi="Microsoft JhengHei UI"/>
          <w:sz w:val="20"/>
          <w:szCs w:val="20"/>
          <w:lang w:eastAsia="zh-HK"/>
        </w:rPr>
        <w:t>你必須</w:t>
      </w:r>
      <w:r w:rsidRPr="00311A58">
        <w:rPr>
          <w:rFonts w:ascii="Microsoft JhengHei UI" w:eastAsia="Microsoft JhengHei UI" w:hAnsi="Microsoft JhengHei UI"/>
          <w:sz w:val="20"/>
          <w:szCs w:val="20"/>
          <w:lang w:eastAsia="zh-TW"/>
        </w:rPr>
        <w:t>回答所有必填問題，</w:t>
      </w:r>
      <w:r w:rsidRPr="00311A58">
        <w:rPr>
          <w:rFonts w:ascii="Microsoft JhengHei UI" w:eastAsia="Microsoft JhengHei UI" w:hAnsi="Microsoft JhengHei UI"/>
          <w:sz w:val="20"/>
          <w:szCs w:val="20"/>
          <w:lang w:eastAsia="zh-HK"/>
        </w:rPr>
        <w:t>才能</w:t>
      </w:r>
      <w:r w:rsidRPr="00311A58">
        <w:rPr>
          <w:rFonts w:ascii="Microsoft JhengHei UI" w:eastAsia="Microsoft JhengHei UI" w:hAnsi="Microsoft JhengHei UI"/>
          <w:sz w:val="20"/>
          <w:szCs w:val="20"/>
          <w:lang w:eastAsia="zh-TW"/>
        </w:rPr>
        <w:t>提交申請。</w:t>
      </w:r>
    </w:p>
    <w:p w14:paraId="34C1FADC"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311A58">
        <w:rPr>
          <w:rFonts w:ascii="Microsoft JhengHei UI" w:eastAsia="Microsoft JhengHei UI" w:hAnsi="Microsoft JhengHei UI"/>
          <w:sz w:val="20"/>
          <w:szCs w:val="20"/>
          <w:lang w:eastAsia="zh-TW"/>
        </w:rPr>
        <w:t xml:space="preserve">如有任何關於 GoApply 的技術問題，請發送電郵至 </w:t>
      </w:r>
      <w:hyperlink r:id="rId13" w:history="1">
        <w:r w:rsidRPr="00311A58">
          <w:rPr>
            <w:rStyle w:val="Hyperlink"/>
            <w:rFonts w:ascii="Microsoft JhengHei UI" w:eastAsia="Microsoft JhengHei UI" w:hAnsi="Microsoft JhengHei UI"/>
            <w:sz w:val="20"/>
            <w:szCs w:val="20"/>
            <w:lang w:eastAsia="zh-TW"/>
          </w:rPr>
          <w:t>application@accny.org</w:t>
        </w:r>
      </w:hyperlink>
      <w:r w:rsidRPr="00311A58">
        <w:rPr>
          <w:rFonts w:ascii="Microsoft JhengHei UI" w:eastAsia="Microsoft JhengHei UI" w:hAnsi="Microsoft JhengHei UI"/>
          <w:sz w:val="20"/>
          <w:szCs w:val="20"/>
          <w:lang w:eastAsia="zh-TW"/>
        </w:rPr>
        <w:t>。</w:t>
      </w:r>
    </w:p>
    <w:p w14:paraId="10C19BF9" w14:textId="77777777" w:rsidR="00CB435D" w:rsidRPr="00311A58" w:rsidRDefault="00CB435D" w:rsidP="00CB435D">
      <w:pPr>
        <w:pStyle w:val="ListBullet"/>
        <w:spacing w:after="0"/>
        <w:ind w:left="567" w:hanging="283"/>
        <w:rPr>
          <w:rFonts w:ascii="Microsoft JhengHei UI" w:eastAsia="Microsoft JhengHei UI" w:hAnsi="Microsoft JhengHei UI"/>
          <w:sz w:val="20"/>
          <w:szCs w:val="20"/>
          <w:lang w:eastAsia="zh-TW"/>
        </w:rPr>
      </w:pPr>
      <w:r w:rsidRPr="00311A58">
        <w:rPr>
          <w:rFonts w:ascii="Microsoft JhengHei UI" w:eastAsia="Microsoft JhengHei UI" w:hAnsi="Microsoft JhengHei UI"/>
          <w:sz w:val="20"/>
          <w:szCs w:val="20"/>
          <w:lang w:eastAsia="zh-TW"/>
        </w:rPr>
        <w:t>有關計劃資格或申請內容的所有問題，請根據您的公民或永久居民身份，發送電郵至相應的 ACC 代表辦事處，詳情如下：</w:t>
      </w:r>
    </w:p>
    <w:p w14:paraId="6E894EF6" w14:textId="77777777" w:rsidR="00CB435D" w:rsidRPr="000135AE" w:rsidRDefault="00CB435D" w:rsidP="005245F9">
      <w:pPr>
        <w:pStyle w:val="ListBullet"/>
        <w:numPr>
          <w:ilvl w:val="0"/>
          <w:numId w:val="22"/>
        </w:numPr>
        <w:spacing w:after="0"/>
        <w:rPr>
          <w:rFonts w:ascii="Microsoft JhengHei UI" w:eastAsia="Microsoft JhengHei UI" w:hAnsi="Microsoft JhengHei UI"/>
          <w:sz w:val="20"/>
          <w:szCs w:val="20"/>
          <w:lang w:eastAsia="zh-TW"/>
        </w:rPr>
      </w:pPr>
      <w:r w:rsidRPr="00311A58">
        <w:rPr>
          <w:rFonts w:ascii="Microsoft JhengHei UI" w:eastAsia="Microsoft JhengHei UI" w:hAnsi="Microsoft JhengHei UI"/>
          <w:b/>
          <w:bCs/>
          <w:sz w:val="20"/>
          <w:szCs w:val="20"/>
          <w:lang w:eastAsia="zh-TW"/>
        </w:rPr>
        <w:lastRenderedPageBreak/>
        <w:t>中國內地、</w:t>
      </w:r>
      <w:r w:rsidRPr="000135AE">
        <w:rPr>
          <w:rFonts w:ascii="Microsoft JhengHei UI" w:eastAsia="Microsoft JhengHei UI" w:hAnsi="Microsoft JhengHei UI"/>
          <w:b/>
          <w:bCs/>
          <w:sz w:val="20"/>
          <w:szCs w:val="20"/>
          <w:lang w:eastAsia="zh-TW"/>
        </w:rPr>
        <w:t>香港特別行政區或澳門特別行政區的公民及合法永久居民</w:t>
      </w:r>
      <w:r w:rsidRPr="000135AE">
        <w:rPr>
          <w:rFonts w:ascii="Microsoft JhengHei UI" w:eastAsia="Microsoft JhengHei UI" w:hAnsi="Microsoft JhengHei UI"/>
          <w:sz w:val="20"/>
          <w:szCs w:val="20"/>
          <w:lang w:eastAsia="zh-TW"/>
        </w:rPr>
        <w:t>，請聯絡 ACC 香港（電郵：acc@acc.org.hk）</w:t>
      </w:r>
    </w:p>
    <w:p w14:paraId="24A7135A" w14:textId="77777777" w:rsidR="00CB435D" w:rsidRPr="000135AE" w:rsidRDefault="00CB435D" w:rsidP="005245F9">
      <w:pPr>
        <w:pStyle w:val="ListBullet"/>
        <w:numPr>
          <w:ilvl w:val="0"/>
          <w:numId w:val="22"/>
        </w:num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日本公民及合法永久居民</w:t>
      </w:r>
      <w:r w:rsidRPr="000135AE">
        <w:rPr>
          <w:rFonts w:ascii="Microsoft JhengHei UI" w:eastAsia="Microsoft JhengHei UI" w:hAnsi="Microsoft JhengHei UI"/>
          <w:sz w:val="20"/>
          <w:szCs w:val="20"/>
          <w:lang w:eastAsia="zh-TW"/>
        </w:rPr>
        <w:t>，請聯絡 ACC 日本（電郵：application@accjpn.org）</w:t>
      </w:r>
    </w:p>
    <w:p w14:paraId="389E3166" w14:textId="77777777" w:rsidR="00CB435D" w:rsidRPr="000135AE" w:rsidRDefault="00CB435D" w:rsidP="005245F9">
      <w:pPr>
        <w:pStyle w:val="ListBullet"/>
        <w:numPr>
          <w:ilvl w:val="0"/>
          <w:numId w:val="22"/>
        </w:num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菲律賓公民及合法永久居民</w:t>
      </w:r>
      <w:r w:rsidRPr="000135AE">
        <w:rPr>
          <w:rFonts w:ascii="Microsoft JhengHei UI" w:eastAsia="Microsoft JhengHei UI" w:hAnsi="Microsoft JhengHei UI"/>
          <w:sz w:val="20"/>
          <w:szCs w:val="20"/>
          <w:lang w:eastAsia="zh-TW"/>
        </w:rPr>
        <w:t>，請聯絡 ACC 菲律賓（電郵：accphilippines@gmail.com）</w:t>
      </w:r>
    </w:p>
    <w:p w14:paraId="27D9D765" w14:textId="77777777" w:rsidR="00CB435D" w:rsidRPr="000135AE" w:rsidRDefault="00CB435D" w:rsidP="005245F9">
      <w:pPr>
        <w:pStyle w:val="ListBullet"/>
        <w:numPr>
          <w:ilvl w:val="0"/>
          <w:numId w:val="22"/>
        </w:num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臺灣公民及合法永久居民</w:t>
      </w:r>
      <w:r w:rsidRPr="000135AE">
        <w:rPr>
          <w:rFonts w:ascii="Microsoft JhengHei UI" w:eastAsia="Microsoft JhengHei UI" w:hAnsi="Microsoft JhengHei UI"/>
          <w:sz w:val="20"/>
          <w:szCs w:val="20"/>
          <w:lang w:eastAsia="zh-TW"/>
        </w:rPr>
        <w:t>，請聯絡 ACC 臺灣（電郵：application@acctf.org）</w:t>
      </w:r>
    </w:p>
    <w:p w14:paraId="1F2CDA38" w14:textId="41B6AA67" w:rsidR="00534694" w:rsidRPr="00900BEE" w:rsidRDefault="00CB435D" w:rsidP="00900BEE">
      <w:pPr>
        <w:pStyle w:val="ListBullet"/>
        <w:numPr>
          <w:ilvl w:val="0"/>
          <w:numId w:val="22"/>
        </w:num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所有其他符合資格之</w:t>
      </w:r>
      <w:r w:rsidR="00747521" w:rsidRPr="000135AE">
        <w:rPr>
          <w:rFonts w:ascii="Microsoft JhengHei UI" w:eastAsia="Microsoft JhengHei UI" w:hAnsi="Microsoft JhengHei UI"/>
          <w:b/>
          <w:bCs/>
          <w:sz w:val="20"/>
          <w:szCs w:val="20"/>
          <w:lang w:eastAsia="zh-TW"/>
        </w:rPr>
        <w:t>國家及區域</w:t>
      </w:r>
      <w:r w:rsidRPr="000135AE">
        <w:rPr>
          <w:rFonts w:ascii="Microsoft JhengHei UI" w:eastAsia="Microsoft JhengHei UI" w:hAnsi="Microsoft JhengHei UI"/>
          <w:b/>
          <w:bCs/>
          <w:sz w:val="20"/>
          <w:szCs w:val="20"/>
          <w:lang w:eastAsia="zh-TW"/>
        </w:rPr>
        <w:t>的公民及合法永久居民</w:t>
      </w:r>
      <w:r w:rsidRPr="000135AE">
        <w:rPr>
          <w:rFonts w:ascii="Microsoft JhengHei UI" w:eastAsia="Microsoft JhengHei UI" w:hAnsi="Microsoft JhengHei UI"/>
          <w:sz w:val="20"/>
          <w:szCs w:val="20"/>
          <w:lang w:eastAsia="zh-TW"/>
        </w:rPr>
        <w:t>，請聯絡 ACC 紐紐約辦公室（電郵：</w:t>
      </w:r>
      <w:r w:rsidRPr="000135AE">
        <w:rPr>
          <w:rFonts w:ascii="Microsoft JhengHei UI" w:eastAsia="Microsoft JhengHei UI" w:hAnsi="Microsoft JhengHei UI"/>
          <w:b/>
          <w:bCs/>
          <w:sz w:val="20"/>
          <w:szCs w:val="20"/>
          <w:lang w:eastAsia="zh-TW"/>
        </w:rPr>
        <w:t>application@accny.org</w:t>
      </w:r>
      <w:r w:rsidRPr="000135AE">
        <w:rPr>
          <w:rFonts w:ascii="Microsoft JhengHei UI" w:eastAsia="Microsoft JhengHei UI" w:hAnsi="Microsoft JhengHei UI"/>
          <w:sz w:val="20"/>
          <w:szCs w:val="20"/>
          <w:lang w:eastAsia="zh-TW"/>
        </w:rPr>
        <w:t>）。（</w:t>
      </w:r>
      <w:r w:rsidRPr="000135AE">
        <w:rPr>
          <w:rFonts w:ascii="Microsoft JhengHei UI" w:eastAsia="Microsoft JhengHei UI" w:hAnsi="Microsoft JhengHei UI"/>
          <w:b/>
          <w:bCs/>
          <w:sz w:val="20"/>
          <w:szCs w:val="20"/>
          <w:lang w:eastAsia="zh-TW"/>
        </w:rPr>
        <w:t>符合資格的</w:t>
      </w:r>
      <w:r w:rsidR="00747521" w:rsidRPr="000135AE">
        <w:rPr>
          <w:rFonts w:ascii="Microsoft JhengHei UI" w:eastAsia="Microsoft JhengHei UI" w:hAnsi="Microsoft JhengHei UI"/>
          <w:b/>
          <w:bCs/>
          <w:sz w:val="20"/>
          <w:szCs w:val="20"/>
          <w:lang w:eastAsia="zh-TW"/>
        </w:rPr>
        <w:t>國家及區域</w:t>
      </w:r>
      <w:r w:rsidRPr="000135AE">
        <w:rPr>
          <w:rFonts w:ascii="Microsoft JhengHei UI" w:eastAsia="Microsoft JhengHei UI" w:hAnsi="Microsoft JhengHei UI"/>
          <w:sz w:val="20"/>
          <w:szCs w:val="20"/>
          <w:lang w:eastAsia="zh-TW"/>
        </w:rPr>
        <w:t>：阿富汗、孟加拉、不丹、汶萊、柬埔寨、東帝汶、印度、印尼、韓國、老撾、馬來西亞、蒙古、緬甸、尼泊爾、巴基斯坦、新加坡、斯里蘭卡、泰國及越</w:t>
      </w:r>
      <w:r w:rsidRPr="00311A58">
        <w:rPr>
          <w:rFonts w:ascii="Microsoft JhengHei UI" w:eastAsia="Microsoft JhengHei UI" w:hAnsi="Microsoft JhengHei UI"/>
          <w:sz w:val="20"/>
          <w:szCs w:val="20"/>
          <w:lang w:eastAsia="zh-TW"/>
        </w:rPr>
        <w:t>南。）</w:t>
      </w:r>
    </w:p>
    <w:p w14:paraId="40E80AED" w14:textId="493EE336" w:rsidR="001067FD" w:rsidRPr="00C017B5" w:rsidRDefault="00B7371E" w:rsidP="008A00A1">
      <w:pPr>
        <w:pStyle w:val="Heading1"/>
        <w:spacing w:before="240"/>
      </w:pPr>
      <w:r w:rsidRPr="00C017B5">
        <w:t>ACC 代表辦事處</w:t>
      </w:r>
    </w:p>
    <w:p w14:paraId="74B77F29" w14:textId="77777777" w:rsidR="00794C4F" w:rsidRPr="00794C4F" w:rsidRDefault="00CB435D" w:rsidP="00794C4F">
      <w:pPr>
        <w:pBdr>
          <w:top w:val="nil"/>
          <w:left w:val="nil"/>
          <w:bottom w:val="nil"/>
          <w:right w:val="nil"/>
          <w:between w:val="nil"/>
        </w:pBdr>
        <w:spacing w:line="204" w:lineRule="auto"/>
        <w:rPr>
          <w:rFonts w:ascii="Microsoft JhengHei UI" w:eastAsia="Microsoft JhengHei UI" w:hAnsi="Microsoft JhengHei UI" w:cstheme="majorHAnsi"/>
          <w:b/>
          <w:color w:val="000000" w:themeColor="text1"/>
          <w:sz w:val="20"/>
          <w:szCs w:val="20"/>
          <w:lang w:eastAsia="zh-TW"/>
        </w:rPr>
      </w:pPr>
      <w:r w:rsidRPr="00794C4F">
        <w:rPr>
          <w:rFonts w:ascii="Microsoft JhengHei UI" w:eastAsia="Microsoft JhengHei UI" w:hAnsi="Microsoft JhengHei UI" w:cs="Microsoft JhengHei" w:hint="eastAsia"/>
          <w:b/>
          <w:bCs/>
          <w:color w:val="000000"/>
          <w:sz w:val="20"/>
          <w:szCs w:val="20"/>
          <w:lang w:eastAsia="zh-TW"/>
        </w:rPr>
        <w:t>請從以下選項中選擇您的</w:t>
      </w:r>
      <w:r w:rsidRPr="00794C4F">
        <w:rPr>
          <w:rFonts w:ascii="Microsoft JhengHei UI" w:eastAsia="Microsoft JhengHei UI" w:hAnsi="Microsoft JhengHei UI" w:cs="Arial"/>
          <w:b/>
          <w:bCs/>
          <w:color w:val="000000"/>
          <w:sz w:val="20"/>
          <w:szCs w:val="20"/>
          <w:lang w:eastAsia="zh-TW"/>
        </w:rPr>
        <w:t xml:space="preserve"> ACC </w:t>
      </w:r>
      <w:r w:rsidRPr="00794C4F">
        <w:rPr>
          <w:rFonts w:ascii="Microsoft JhengHei UI" w:eastAsia="Microsoft JhengHei UI" w:hAnsi="Microsoft JhengHei UI" w:cs="Microsoft JhengHei" w:hint="eastAsia"/>
          <w:b/>
          <w:bCs/>
          <w:color w:val="000000"/>
          <w:sz w:val="20"/>
          <w:szCs w:val="20"/>
          <w:lang w:eastAsia="zh-TW"/>
        </w:rPr>
        <w:t>代表辦事處。</w:t>
      </w:r>
      <w:r w:rsidRPr="00794C4F">
        <w:rPr>
          <w:rFonts w:ascii="Microsoft JhengHei UI" w:eastAsia="Microsoft JhengHei UI" w:hAnsi="Microsoft JhengHei UI" w:cs="Arial"/>
          <w:color w:val="000000"/>
          <w:sz w:val="20"/>
          <w:szCs w:val="20"/>
          <w:lang w:eastAsia="zh-TW"/>
        </w:rPr>
        <w:t>*</w:t>
      </w:r>
      <w:r w:rsidR="00794C4F" w:rsidRPr="00794C4F">
        <w:rPr>
          <w:rFonts w:ascii="Microsoft JhengHei UI" w:eastAsia="Microsoft JhengHei UI" w:hAnsi="Microsoft JhengHei UI" w:cstheme="majorHAnsi"/>
          <w:b/>
          <w:color w:val="0066FF"/>
          <w:sz w:val="20"/>
          <w:szCs w:val="20"/>
          <w:lang w:eastAsia="zh-TW"/>
        </w:rPr>
        <w:t>【GoApply上填寫即可】</w:t>
      </w:r>
    </w:p>
    <w:p w14:paraId="3490C224" w14:textId="77777777" w:rsidR="00CB435D" w:rsidRPr="000135AE" w:rsidRDefault="00CB435D" w:rsidP="00311A58">
      <w:pPr>
        <w:spacing w:after="0" w:line="240" w:lineRule="auto"/>
        <w:rPr>
          <w:rFonts w:ascii="Microsoft JhengHei UI" w:eastAsia="Microsoft JhengHei UI" w:hAnsi="Microsoft JhengHei UI" w:cs="Arial"/>
          <w:color w:val="000000"/>
          <w:sz w:val="20"/>
          <w:szCs w:val="20"/>
          <w:lang w:eastAsia="zh-TW"/>
        </w:rPr>
      </w:pPr>
      <w:r w:rsidRPr="000135AE">
        <w:rPr>
          <w:rFonts w:ascii="Microsoft JhengHei UI" w:eastAsia="Microsoft JhengHei UI" w:hAnsi="Microsoft JhengHei UI" w:cs="Microsoft JhengHei" w:hint="eastAsia"/>
          <w:color w:val="000000"/>
          <w:sz w:val="20"/>
          <w:szCs w:val="20"/>
          <w:lang w:eastAsia="zh-TW"/>
        </w:rPr>
        <w:t>申請者必須根據主申請者的公民或合法永久居民身份選擇代表辦事處，主申請者將代表聯合申請者提交並管理此項申請</w:t>
      </w:r>
      <w:r w:rsidRPr="000135AE">
        <w:rPr>
          <w:rFonts w:ascii="Microsoft JhengHei UI" w:eastAsia="Microsoft JhengHei UI" w:hAnsi="Microsoft JhengHei UI" w:cs="Microsoft JhengHei"/>
          <w:color w:val="000000"/>
          <w:sz w:val="20"/>
          <w:szCs w:val="20"/>
          <w:lang w:eastAsia="zh-TW"/>
        </w:rPr>
        <w:t>。</w:t>
      </w:r>
    </w:p>
    <w:p w14:paraId="3074A8CF" w14:textId="77777777" w:rsidR="00CB435D" w:rsidRPr="000135AE" w:rsidRDefault="00CB435D" w:rsidP="00CB435D">
      <w:pPr>
        <w:spacing w:after="0" w:line="240" w:lineRule="auto"/>
        <w:ind w:left="709"/>
        <w:rPr>
          <w:rFonts w:ascii="Microsoft JhengHei UI" w:eastAsia="Microsoft JhengHei UI" w:hAnsi="Microsoft JhengHei UI" w:cs="Microsoft JhengHei"/>
          <w:color w:val="000000"/>
          <w:sz w:val="20"/>
          <w:szCs w:val="20"/>
          <w:lang w:eastAsia="zh-TW"/>
        </w:rPr>
      </w:pPr>
    </w:p>
    <w:p w14:paraId="067CDCDA" w14:textId="7511ECEC" w:rsidR="00CB435D" w:rsidRPr="000135AE" w:rsidRDefault="00CB435D" w:rsidP="00311A58">
      <w:pPr>
        <w:spacing w:after="0" w:line="240" w:lineRule="auto"/>
        <w:rPr>
          <w:rFonts w:ascii="Microsoft JhengHei UI" w:eastAsia="Microsoft JhengHei UI" w:hAnsi="Microsoft JhengHei UI" w:cs="Arial"/>
          <w:color w:val="000000"/>
          <w:sz w:val="20"/>
          <w:szCs w:val="20"/>
          <w:lang w:eastAsia="zh-TW"/>
        </w:rPr>
      </w:pPr>
      <w:r w:rsidRPr="000135AE">
        <w:rPr>
          <w:rFonts w:ascii="Microsoft JhengHei UI" w:eastAsia="Microsoft JhengHei UI" w:hAnsi="Microsoft JhengHei UI" w:cs="Microsoft JhengHei" w:hint="eastAsia"/>
          <w:color w:val="000000"/>
          <w:sz w:val="20"/>
          <w:szCs w:val="20"/>
          <w:lang w:eastAsia="zh-TW"/>
        </w:rPr>
        <w:t>若主申請者在兩個或以上符合</w:t>
      </w:r>
      <w:r w:rsidRPr="000135AE">
        <w:rPr>
          <w:rFonts w:ascii="Microsoft JhengHei UI" w:eastAsia="Microsoft JhengHei UI" w:hAnsi="Microsoft JhengHei UI" w:cs="Arial"/>
          <w:color w:val="000000"/>
          <w:sz w:val="20"/>
          <w:szCs w:val="20"/>
          <w:lang w:eastAsia="zh-TW"/>
        </w:rPr>
        <w:t xml:space="preserve"> ACC </w:t>
      </w:r>
      <w:r w:rsidRPr="000135AE">
        <w:rPr>
          <w:rFonts w:ascii="Microsoft JhengHei UI" w:eastAsia="Microsoft JhengHei UI" w:hAnsi="Microsoft JhengHei UI" w:cs="Microsoft JhengHei" w:hint="eastAsia"/>
          <w:color w:val="000000"/>
          <w:sz w:val="20"/>
          <w:szCs w:val="20"/>
          <w:lang w:eastAsia="zh-TW"/>
        </w:rPr>
        <w:t>資格的</w:t>
      </w:r>
      <w:r w:rsidR="00747521" w:rsidRPr="000135AE">
        <w:rPr>
          <w:rFonts w:ascii="Microsoft JhengHei UI" w:eastAsia="Microsoft JhengHei UI" w:hAnsi="Microsoft JhengHei UI" w:cs="Microsoft JhengHei" w:hint="eastAsia"/>
          <w:color w:val="000000"/>
          <w:sz w:val="20"/>
          <w:szCs w:val="20"/>
          <w:lang w:eastAsia="zh-TW"/>
        </w:rPr>
        <w:t>國家或區域</w:t>
      </w:r>
      <w:r w:rsidRPr="000135AE">
        <w:rPr>
          <w:rFonts w:ascii="Microsoft JhengHei UI" w:eastAsia="Microsoft JhengHei UI" w:hAnsi="Microsoft JhengHei UI" w:cs="Microsoft JhengHei" w:hint="eastAsia"/>
          <w:color w:val="000000"/>
          <w:sz w:val="20"/>
          <w:szCs w:val="20"/>
          <w:lang w:eastAsia="zh-TW"/>
        </w:rPr>
        <w:t>擁有公民及／或永久居民身份，</w:t>
      </w:r>
      <w:r w:rsidRPr="000135AE">
        <w:rPr>
          <w:rFonts w:ascii="Microsoft JhengHei UI" w:eastAsia="Microsoft JhengHei UI" w:hAnsi="Microsoft JhengHei UI" w:cs="Microsoft JhengHei" w:hint="eastAsia"/>
          <w:b/>
          <w:bCs/>
          <w:color w:val="000000"/>
          <w:sz w:val="20"/>
          <w:szCs w:val="20"/>
          <w:lang w:eastAsia="zh-TW"/>
        </w:rPr>
        <w:t>請選擇主申請者主要居住之</w:t>
      </w:r>
      <w:r w:rsidR="00747521" w:rsidRPr="000135AE">
        <w:rPr>
          <w:rFonts w:ascii="Microsoft JhengHei UI" w:eastAsia="Microsoft JhengHei UI" w:hAnsi="Microsoft JhengHei UI" w:cs="Microsoft JhengHei" w:hint="eastAsia"/>
          <w:b/>
          <w:bCs/>
          <w:color w:val="000000"/>
          <w:sz w:val="20"/>
          <w:szCs w:val="20"/>
          <w:lang w:eastAsia="zh-TW"/>
        </w:rPr>
        <w:t>國家或區域</w:t>
      </w:r>
      <w:r w:rsidRPr="000135AE">
        <w:rPr>
          <w:rFonts w:ascii="Microsoft JhengHei UI" w:eastAsia="Microsoft JhengHei UI" w:hAnsi="Microsoft JhengHei UI" w:cs="Microsoft JhengHei" w:hint="eastAsia"/>
          <w:b/>
          <w:bCs/>
          <w:color w:val="000000"/>
          <w:sz w:val="20"/>
          <w:szCs w:val="20"/>
          <w:lang w:eastAsia="zh-TW"/>
        </w:rPr>
        <w:t>的</w:t>
      </w:r>
      <w:r w:rsidRPr="000135AE">
        <w:rPr>
          <w:rFonts w:ascii="Microsoft JhengHei UI" w:eastAsia="Microsoft JhengHei UI" w:hAnsi="Microsoft JhengHei UI" w:cs="Arial"/>
          <w:b/>
          <w:bCs/>
          <w:color w:val="000000"/>
          <w:sz w:val="20"/>
          <w:szCs w:val="20"/>
          <w:lang w:eastAsia="zh-TW"/>
        </w:rPr>
        <w:t xml:space="preserve"> ACC </w:t>
      </w:r>
      <w:r w:rsidRPr="000135AE">
        <w:rPr>
          <w:rFonts w:ascii="Microsoft JhengHei UI" w:eastAsia="Microsoft JhengHei UI" w:hAnsi="Microsoft JhengHei UI" w:cs="Microsoft JhengHei" w:hint="eastAsia"/>
          <w:b/>
          <w:bCs/>
          <w:color w:val="000000"/>
          <w:sz w:val="20"/>
          <w:szCs w:val="20"/>
          <w:lang w:eastAsia="zh-TW"/>
        </w:rPr>
        <w:t>代表辦事處</w:t>
      </w:r>
      <w:r w:rsidRPr="000135AE">
        <w:rPr>
          <w:rFonts w:ascii="Microsoft JhengHei UI" w:eastAsia="Microsoft JhengHei UI" w:hAnsi="Microsoft JhengHei UI" w:cs="Microsoft JhengHei"/>
          <w:b/>
          <w:bCs/>
          <w:color w:val="000000"/>
          <w:sz w:val="20"/>
          <w:szCs w:val="20"/>
          <w:lang w:eastAsia="zh-TW"/>
        </w:rPr>
        <w:t>。</w:t>
      </w:r>
    </w:p>
    <w:p w14:paraId="7F314DE4" w14:textId="77777777" w:rsidR="00CB435D" w:rsidRPr="000135AE" w:rsidRDefault="00CB435D" w:rsidP="00CB435D">
      <w:pPr>
        <w:spacing w:after="0" w:line="240" w:lineRule="auto"/>
        <w:ind w:left="709"/>
        <w:rPr>
          <w:rFonts w:ascii="Microsoft JhengHei UI" w:eastAsia="Microsoft JhengHei UI" w:hAnsi="Microsoft JhengHei UI" w:cs="Microsoft JhengHei"/>
          <w:b/>
          <w:bCs/>
          <w:color w:val="000000"/>
          <w:sz w:val="20"/>
          <w:szCs w:val="20"/>
          <w:lang w:eastAsia="zh-TW"/>
        </w:rPr>
      </w:pPr>
    </w:p>
    <w:p w14:paraId="21861499" w14:textId="77777777" w:rsidR="00CB435D" w:rsidRPr="000135AE" w:rsidRDefault="00CB435D" w:rsidP="00311A58">
      <w:pPr>
        <w:spacing w:after="0" w:line="240" w:lineRule="auto"/>
        <w:rPr>
          <w:rFonts w:ascii="Microsoft JhengHei UI" w:eastAsia="Microsoft JhengHei UI" w:hAnsi="Microsoft JhengHei UI" w:cs="Microsoft JhengHei"/>
          <w:color w:val="000000"/>
          <w:sz w:val="20"/>
          <w:szCs w:val="20"/>
          <w:lang w:eastAsia="zh-TW"/>
        </w:rPr>
      </w:pPr>
      <w:r w:rsidRPr="000135AE">
        <w:rPr>
          <w:rFonts w:ascii="Microsoft JhengHei UI" w:eastAsia="Microsoft JhengHei UI" w:hAnsi="Microsoft JhengHei UI" w:cs="Microsoft JhengHei" w:hint="eastAsia"/>
          <w:b/>
          <w:bCs/>
          <w:color w:val="000000"/>
          <w:sz w:val="20"/>
          <w:szCs w:val="20"/>
          <w:lang w:eastAsia="zh-TW"/>
        </w:rPr>
        <w:t>示例</w:t>
      </w:r>
      <w:r w:rsidRPr="000135AE">
        <w:rPr>
          <w:rFonts w:ascii="Microsoft JhengHei UI" w:eastAsia="Microsoft JhengHei UI" w:hAnsi="Microsoft JhengHei UI" w:cs="Microsoft JhengHei" w:hint="eastAsia"/>
          <w:color w:val="000000"/>
          <w:sz w:val="20"/>
          <w:szCs w:val="20"/>
          <w:lang w:eastAsia="zh-TW"/>
        </w:rPr>
        <w:t>：在日本生活及工作的日本公民應選擇「</w:t>
      </w:r>
      <w:r w:rsidRPr="000135AE">
        <w:rPr>
          <w:rFonts w:ascii="Microsoft JhengHei UI" w:eastAsia="Microsoft JhengHei UI" w:hAnsi="Microsoft JhengHei UI" w:cs="Arial"/>
          <w:color w:val="000000"/>
          <w:sz w:val="20"/>
          <w:szCs w:val="20"/>
          <w:lang w:eastAsia="zh-TW"/>
        </w:rPr>
        <w:t xml:space="preserve">ACC </w:t>
      </w:r>
      <w:r w:rsidRPr="000135AE">
        <w:rPr>
          <w:rFonts w:ascii="Microsoft JhengHei UI" w:eastAsia="Microsoft JhengHei UI" w:hAnsi="Microsoft JhengHei UI" w:cs="Microsoft JhengHei" w:hint="eastAsia"/>
          <w:color w:val="000000"/>
          <w:sz w:val="20"/>
          <w:szCs w:val="20"/>
          <w:lang w:eastAsia="zh-TW"/>
        </w:rPr>
        <w:t>日本」；暫居於德國的日本公民亦應選擇「</w:t>
      </w:r>
      <w:r w:rsidRPr="000135AE">
        <w:rPr>
          <w:rFonts w:ascii="Microsoft JhengHei UI" w:eastAsia="Microsoft JhengHei UI" w:hAnsi="Microsoft JhengHei UI" w:cs="Arial"/>
          <w:color w:val="000000"/>
          <w:sz w:val="20"/>
          <w:szCs w:val="20"/>
          <w:lang w:eastAsia="zh-TW"/>
        </w:rPr>
        <w:t xml:space="preserve">ACC </w:t>
      </w:r>
      <w:r w:rsidRPr="000135AE">
        <w:rPr>
          <w:rFonts w:ascii="Microsoft JhengHei UI" w:eastAsia="Microsoft JhengHei UI" w:hAnsi="Microsoft JhengHei UI" w:cs="Microsoft JhengHei" w:hint="eastAsia"/>
          <w:color w:val="000000"/>
          <w:sz w:val="20"/>
          <w:szCs w:val="20"/>
          <w:lang w:eastAsia="zh-TW"/>
        </w:rPr>
        <w:t>日本」。然而，若一名日本公民主要居住於臺灣並擁有臺灣的永久居民身份，則應選擇「</w:t>
      </w:r>
      <w:r w:rsidRPr="000135AE">
        <w:rPr>
          <w:rFonts w:ascii="Microsoft JhengHei UI" w:eastAsia="Microsoft JhengHei UI" w:hAnsi="Microsoft JhengHei UI" w:cs="Arial"/>
          <w:color w:val="000000"/>
          <w:sz w:val="20"/>
          <w:szCs w:val="20"/>
          <w:lang w:eastAsia="zh-TW"/>
        </w:rPr>
        <w:t xml:space="preserve">ACC </w:t>
      </w:r>
      <w:r w:rsidRPr="000135AE">
        <w:rPr>
          <w:rFonts w:ascii="Microsoft JhengHei UI" w:eastAsia="Microsoft JhengHei UI" w:hAnsi="Microsoft JhengHei UI" w:cs="Microsoft JhengHei" w:hint="eastAsia"/>
          <w:color w:val="000000"/>
          <w:sz w:val="20"/>
          <w:szCs w:val="20"/>
          <w:lang w:eastAsia="zh-TW"/>
        </w:rPr>
        <w:t>臺灣」</w:t>
      </w:r>
      <w:r w:rsidRPr="000135AE">
        <w:rPr>
          <w:rFonts w:ascii="Microsoft JhengHei UI" w:eastAsia="Microsoft JhengHei UI" w:hAnsi="Microsoft JhengHei UI" w:cs="Microsoft JhengHei"/>
          <w:color w:val="000000"/>
          <w:sz w:val="20"/>
          <w:szCs w:val="20"/>
          <w:lang w:eastAsia="zh-TW"/>
        </w:rPr>
        <w:t>。</w:t>
      </w:r>
    </w:p>
    <w:p w14:paraId="2FD0F34C" w14:textId="77777777" w:rsidR="00CB435D" w:rsidRPr="000135AE" w:rsidRDefault="00CB435D" w:rsidP="00CB435D">
      <w:pPr>
        <w:spacing w:after="0" w:line="240" w:lineRule="auto"/>
        <w:ind w:left="709"/>
        <w:rPr>
          <w:rFonts w:ascii="Microsoft JhengHei UI" w:eastAsia="Microsoft JhengHei UI" w:hAnsi="Microsoft JhengHei UI" w:cs="Arial"/>
          <w:color w:val="000000"/>
          <w:sz w:val="20"/>
          <w:szCs w:val="20"/>
          <w:lang w:eastAsia="zh-TW"/>
        </w:rPr>
      </w:pPr>
    </w:p>
    <w:p w14:paraId="7E12698C" w14:textId="77777777" w:rsidR="00CB435D" w:rsidRPr="000135AE" w:rsidRDefault="00CB435D" w:rsidP="005245F9">
      <w:pPr>
        <w:numPr>
          <w:ilvl w:val="0"/>
          <w:numId w:val="16"/>
        </w:numPr>
        <w:spacing w:after="0" w:line="240" w:lineRule="auto"/>
        <w:ind w:left="720"/>
        <w:rPr>
          <w:rFonts w:ascii="Microsoft JhengHei UI" w:eastAsia="Microsoft JhengHei UI" w:hAnsi="Microsoft JhengHei UI" w:cs="Arial"/>
          <w:color w:val="000000"/>
          <w:sz w:val="20"/>
          <w:szCs w:val="20"/>
          <w:lang w:eastAsia="zh-TW"/>
        </w:rPr>
      </w:pPr>
      <w:r w:rsidRPr="000135AE">
        <w:rPr>
          <w:rFonts w:ascii="Microsoft JhengHei UI" w:eastAsia="Microsoft JhengHei UI" w:hAnsi="Microsoft JhengHei UI" w:cs="Microsoft JhengHei" w:hint="eastAsia"/>
          <w:color w:val="000000"/>
          <w:sz w:val="20"/>
          <w:szCs w:val="20"/>
          <w:lang w:eastAsia="zh-TW"/>
        </w:rPr>
        <w:t>中國內地、香港特別行政區或澳門特別行政區的公民及合法永久居民，請選擇</w:t>
      </w:r>
      <w:r w:rsidRPr="000135AE">
        <w:rPr>
          <w:rFonts w:ascii="Microsoft JhengHei UI" w:eastAsia="Microsoft JhengHei UI" w:hAnsi="Microsoft JhengHei UI" w:cs="Arial"/>
          <w:color w:val="000000"/>
          <w:sz w:val="20"/>
          <w:szCs w:val="20"/>
          <w:lang w:eastAsia="zh-TW"/>
        </w:rPr>
        <w:t> </w:t>
      </w:r>
      <w:r w:rsidRPr="000135AE">
        <w:rPr>
          <w:rFonts w:ascii="Microsoft JhengHei UI" w:eastAsia="Microsoft JhengHei UI" w:hAnsi="Microsoft JhengHei UI" w:cs="Arial"/>
          <w:b/>
          <w:bCs/>
          <w:color w:val="000000"/>
          <w:sz w:val="20"/>
          <w:szCs w:val="20"/>
          <w:lang w:eastAsia="zh-TW"/>
        </w:rPr>
        <w:t xml:space="preserve">ACC </w:t>
      </w:r>
      <w:r w:rsidRPr="000135AE">
        <w:rPr>
          <w:rFonts w:ascii="Microsoft JhengHei UI" w:eastAsia="Microsoft JhengHei UI" w:hAnsi="Microsoft JhengHei UI" w:cs="Microsoft JhengHei" w:hint="eastAsia"/>
          <w:b/>
          <w:bCs/>
          <w:color w:val="000000"/>
          <w:sz w:val="20"/>
          <w:szCs w:val="20"/>
          <w:lang w:eastAsia="zh-TW"/>
        </w:rPr>
        <w:t>香港</w:t>
      </w:r>
      <w:r w:rsidRPr="000135AE">
        <w:rPr>
          <w:rFonts w:ascii="Microsoft JhengHei UI" w:eastAsia="Microsoft JhengHei UI" w:hAnsi="Microsoft JhengHei UI" w:cs="Microsoft JhengHei"/>
          <w:color w:val="000000"/>
          <w:sz w:val="20"/>
          <w:szCs w:val="20"/>
          <w:lang w:eastAsia="zh-TW"/>
        </w:rPr>
        <w:t>。</w:t>
      </w:r>
    </w:p>
    <w:p w14:paraId="23680FE1" w14:textId="77777777" w:rsidR="00CB435D" w:rsidRPr="000135AE" w:rsidRDefault="00CB435D" w:rsidP="005245F9">
      <w:pPr>
        <w:numPr>
          <w:ilvl w:val="0"/>
          <w:numId w:val="16"/>
        </w:numPr>
        <w:spacing w:after="0" w:line="240" w:lineRule="auto"/>
        <w:ind w:left="720"/>
        <w:rPr>
          <w:rFonts w:ascii="Microsoft JhengHei UI" w:eastAsia="Microsoft JhengHei UI" w:hAnsi="Microsoft JhengHei UI" w:cs="Arial"/>
          <w:color w:val="000000"/>
          <w:sz w:val="20"/>
          <w:szCs w:val="20"/>
          <w:lang w:eastAsia="zh-TW"/>
        </w:rPr>
      </w:pPr>
      <w:r w:rsidRPr="000135AE">
        <w:rPr>
          <w:rFonts w:ascii="Microsoft JhengHei UI" w:eastAsia="Microsoft JhengHei UI" w:hAnsi="Microsoft JhengHei UI" w:cs="Microsoft JhengHei" w:hint="eastAsia"/>
          <w:color w:val="000000"/>
          <w:sz w:val="20"/>
          <w:szCs w:val="20"/>
          <w:lang w:eastAsia="zh-TW"/>
        </w:rPr>
        <w:t>日本的公民及合法永久居民，請選擇</w:t>
      </w:r>
      <w:r w:rsidRPr="000135AE">
        <w:rPr>
          <w:rFonts w:ascii="Microsoft JhengHei UI" w:eastAsia="Microsoft JhengHei UI" w:hAnsi="Microsoft JhengHei UI" w:cs="Arial"/>
          <w:color w:val="000000"/>
          <w:sz w:val="20"/>
          <w:szCs w:val="20"/>
          <w:lang w:eastAsia="zh-TW"/>
        </w:rPr>
        <w:t> </w:t>
      </w:r>
      <w:r w:rsidRPr="000135AE">
        <w:rPr>
          <w:rFonts w:ascii="Microsoft JhengHei UI" w:eastAsia="Microsoft JhengHei UI" w:hAnsi="Microsoft JhengHei UI" w:cs="Arial"/>
          <w:b/>
          <w:bCs/>
          <w:color w:val="000000"/>
          <w:sz w:val="20"/>
          <w:szCs w:val="20"/>
          <w:lang w:eastAsia="zh-TW"/>
        </w:rPr>
        <w:t xml:space="preserve">ACC </w:t>
      </w:r>
      <w:r w:rsidRPr="000135AE">
        <w:rPr>
          <w:rFonts w:ascii="Microsoft JhengHei UI" w:eastAsia="Microsoft JhengHei UI" w:hAnsi="Microsoft JhengHei UI" w:cs="Microsoft JhengHei" w:hint="eastAsia"/>
          <w:b/>
          <w:bCs/>
          <w:color w:val="000000"/>
          <w:sz w:val="20"/>
          <w:szCs w:val="20"/>
          <w:lang w:eastAsia="zh-TW"/>
        </w:rPr>
        <w:t>日本</w:t>
      </w:r>
      <w:r w:rsidRPr="000135AE">
        <w:rPr>
          <w:rFonts w:ascii="Microsoft JhengHei UI" w:eastAsia="Microsoft JhengHei UI" w:hAnsi="Microsoft JhengHei UI" w:cs="Microsoft JhengHei"/>
          <w:color w:val="000000"/>
          <w:sz w:val="20"/>
          <w:szCs w:val="20"/>
          <w:lang w:eastAsia="zh-TW"/>
        </w:rPr>
        <w:t>。</w:t>
      </w:r>
    </w:p>
    <w:p w14:paraId="6A35F37E" w14:textId="77777777" w:rsidR="00CB435D" w:rsidRPr="000135AE" w:rsidRDefault="00CB435D" w:rsidP="005245F9">
      <w:pPr>
        <w:numPr>
          <w:ilvl w:val="0"/>
          <w:numId w:val="16"/>
        </w:numPr>
        <w:spacing w:after="0" w:line="240" w:lineRule="auto"/>
        <w:ind w:left="720"/>
        <w:rPr>
          <w:rFonts w:ascii="Microsoft JhengHei UI" w:eastAsia="Microsoft JhengHei UI" w:hAnsi="Microsoft JhengHei UI" w:cs="Arial"/>
          <w:color w:val="000000"/>
          <w:sz w:val="20"/>
          <w:szCs w:val="20"/>
          <w:lang w:eastAsia="zh-TW"/>
        </w:rPr>
      </w:pPr>
      <w:r w:rsidRPr="000135AE">
        <w:rPr>
          <w:rFonts w:ascii="Microsoft JhengHei UI" w:eastAsia="Microsoft JhengHei UI" w:hAnsi="Microsoft JhengHei UI" w:cs="Microsoft JhengHei" w:hint="eastAsia"/>
          <w:color w:val="000000"/>
          <w:sz w:val="20"/>
          <w:szCs w:val="20"/>
          <w:lang w:eastAsia="zh-TW"/>
        </w:rPr>
        <w:t>菲律賓的公民及合法永久居民，請選擇</w:t>
      </w:r>
      <w:r w:rsidRPr="000135AE">
        <w:rPr>
          <w:rFonts w:ascii="Microsoft JhengHei UI" w:eastAsia="Microsoft JhengHei UI" w:hAnsi="Microsoft JhengHei UI" w:cs="Arial"/>
          <w:color w:val="000000"/>
          <w:sz w:val="20"/>
          <w:szCs w:val="20"/>
          <w:lang w:eastAsia="zh-TW"/>
        </w:rPr>
        <w:t> </w:t>
      </w:r>
      <w:r w:rsidRPr="000135AE">
        <w:rPr>
          <w:rFonts w:ascii="Microsoft JhengHei UI" w:eastAsia="Microsoft JhengHei UI" w:hAnsi="Microsoft JhengHei UI" w:cs="Arial"/>
          <w:b/>
          <w:bCs/>
          <w:color w:val="000000"/>
          <w:sz w:val="20"/>
          <w:szCs w:val="20"/>
          <w:lang w:eastAsia="zh-TW"/>
        </w:rPr>
        <w:t xml:space="preserve">ACC </w:t>
      </w:r>
      <w:r w:rsidRPr="000135AE">
        <w:rPr>
          <w:rFonts w:ascii="Microsoft JhengHei UI" w:eastAsia="Microsoft JhengHei UI" w:hAnsi="Microsoft JhengHei UI" w:cs="Microsoft JhengHei" w:hint="eastAsia"/>
          <w:b/>
          <w:bCs/>
          <w:color w:val="000000"/>
          <w:sz w:val="20"/>
          <w:szCs w:val="20"/>
          <w:lang w:eastAsia="zh-TW"/>
        </w:rPr>
        <w:t>菲律賓</w:t>
      </w:r>
      <w:r w:rsidRPr="000135AE">
        <w:rPr>
          <w:rFonts w:ascii="Microsoft JhengHei UI" w:eastAsia="Microsoft JhengHei UI" w:hAnsi="Microsoft JhengHei UI" w:cs="Microsoft JhengHei"/>
          <w:color w:val="000000"/>
          <w:sz w:val="20"/>
          <w:szCs w:val="20"/>
          <w:lang w:eastAsia="zh-TW"/>
        </w:rPr>
        <w:t>。</w:t>
      </w:r>
    </w:p>
    <w:p w14:paraId="32CB10ED" w14:textId="77777777" w:rsidR="00CB435D" w:rsidRPr="000135AE" w:rsidRDefault="00CB435D" w:rsidP="005245F9">
      <w:pPr>
        <w:numPr>
          <w:ilvl w:val="0"/>
          <w:numId w:val="16"/>
        </w:numPr>
        <w:spacing w:after="0" w:line="240" w:lineRule="auto"/>
        <w:ind w:left="720"/>
        <w:rPr>
          <w:rFonts w:ascii="Microsoft JhengHei UI" w:eastAsia="Microsoft JhengHei UI" w:hAnsi="Microsoft JhengHei UI" w:cs="Arial"/>
          <w:color w:val="000000"/>
          <w:sz w:val="20"/>
          <w:szCs w:val="20"/>
          <w:lang w:eastAsia="zh-TW"/>
        </w:rPr>
      </w:pPr>
      <w:r w:rsidRPr="000135AE">
        <w:rPr>
          <w:rFonts w:ascii="Microsoft JhengHei UI" w:eastAsia="Microsoft JhengHei UI" w:hAnsi="Microsoft JhengHei UI" w:cs="Microsoft JhengHei" w:hint="eastAsia"/>
          <w:color w:val="000000"/>
          <w:sz w:val="20"/>
          <w:szCs w:val="20"/>
          <w:lang w:eastAsia="zh-TW"/>
        </w:rPr>
        <w:t>臺灣的公民及合法永久居民，請選擇</w:t>
      </w:r>
      <w:r w:rsidRPr="000135AE">
        <w:rPr>
          <w:rFonts w:ascii="Microsoft JhengHei UI" w:eastAsia="Microsoft JhengHei UI" w:hAnsi="Microsoft JhengHei UI" w:cs="Arial"/>
          <w:color w:val="000000"/>
          <w:sz w:val="20"/>
          <w:szCs w:val="20"/>
          <w:lang w:eastAsia="zh-TW"/>
        </w:rPr>
        <w:t> </w:t>
      </w:r>
      <w:r w:rsidRPr="000135AE">
        <w:rPr>
          <w:rFonts w:ascii="Microsoft JhengHei UI" w:eastAsia="Microsoft JhengHei UI" w:hAnsi="Microsoft JhengHei UI" w:cs="Arial"/>
          <w:b/>
          <w:bCs/>
          <w:color w:val="000000"/>
          <w:sz w:val="20"/>
          <w:szCs w:val="20"/>
          <w:lang w:eastAsia="zh-TW"/>
        </w:rPr>
        <w:t xml:space="preserve">ACC </w:t>
      </w:r>
      <w:r w:rsidRPr="000135AE">
        <w:rPr>
          <w:rFonts w:ascii="Microsoft JhengHei UI" w:eastAsia="Microsoft JhengHei UI" w:hAnsi="Microsoft JhengHei UI" w:cs="Microsoft JhengHei" w:hint="eastAsia"/>
          <w:b/>
          <w:bCs/>
          <w:color w:val="000000"/>
          <w:sz w:val="20"/>
          <w:szCs w:val="20"/>
          <w:lang w:eastAsia="zh-TW"/>
        </w:rPr>
        <w:t>臺灣</w:t>
      </w:r>
      <w:r w:rsidRPr="000135AE">
        <w:rPr>
          <w:rFonts w:ascii="Microsoft JhengHei UI" w:eastAsia="Microsoft JhengHei UI" w:hAnsi="Microsoft JhengHei UI" w:cs="Microsoft JhengHei"/>
          <w:color w:val="000000"/>
          <w:sz w:val="20"/>
          <w:szCs w:val="20"/>
          <w:lang w:eastAsia="zh-TW"/>
        </w:rPr>
        <w:t>。</w:t>
      </w:r>
    </w:p>
    <w:p w14:paraId="33551A02" w14:textId="1C308530" w:rsidR="00CB435D" w:rsidRPr="000135AE" w:rsidRDefault="00CB435D" w:rsidP="005245F9">
      <w:pPr>
        <w:numPr>
          <w:ilvl w:val="0"/>
          <w:numId w:val="16"/>
        </w:numPr>
        <w:spacing w:after="0" w:line="240" w:lineRule="auto"/>
        <w:ind w:left="720"/>
        <w:rPr>
          <w:rFonts w:ascii="Microsoft JhengHei UI" w:eastAsia="Microsoft JhengHei UI" w:hAnsi="Microsoft JhengHei UI" w:cs="Arial"/>
          <w:color w:val="000000"/>
          <w:sz w:val="20"/>
          <w:szCs w:val="20"/>
          <w:lang w:eastAsia="zh-TW"/>
        </w:rPr>
      </w:pPr>
      <w:r w:rsidRPr="000135AE">
        <w:rPr>
          <w:rFonts w:ascii="Microsoft JhengHei UI" w:eastAsia="Microsoft JhengHei UI" w:hAnsi="Microsoft JhengHei UI" w:cs="Microsoft JhengHei" w:hint="eastAsia"/>
          <w:color w:val="000000"/>
          <w:sz w:val="20"/>
          <w:szCs w:val="20"/>
          <w:lang w:eastAsia="zh-TW"/>
        </w:rPr>
        <w:t>以下符合資格國家的公民及合法永久居民，請選擇</w:t>
      </w:r>
      <w:r w:rsidRPr="000135AE">
        <w:rPr>
          <w:rFonts w:ascii="Microsoft JhengHei UI" w:eastAsia="Microsoft JhengHei UI" w:hAnsi="Microsoft JhengHei UI" w:cs="Arial"/>
          <w:color w:val="000000"/>
          <w:sz w:val="20"/>
          <w:szCs w:val="20"/>
          <w:lang w:eastAsia="zh-TW"/>
        </w:rPr>
        <w:t> </w:t>
      </w:r>
      <w:r w:rsidRPr="000135AE">
        <w:rPr>
          <w:rFonts w:ascii="Microsoft JhengHei UI" w:eastAsia="Microsoft JhengHei UI" w:hAnsi="Microsoft JhengHei UI" w:cs="Arial"/>
          <w:b/>
          <w:bCs/>
          <w:color w:val="000000"/>
          <w:sz w:val="20"/>
          <w:szCs w:val="20"/>
          <w:lang w:eastAsia="zh-TW"/>
        </w:rPr>
        <w:t xml:space="preserve">ACC </w:t>
      </w:r>
      <w:r w:rsidRPr="000135AE">
        <w:rPr>
          <w:rFonts w:ascii="Microsoft JhengHei UI" w:eastAsia="Microsoft JhengHei UI" w:hAnsi="Microsoft JhengHei UI" w:cs="Microsoft JhengHei" w:hint="eastAsia"/>
          <w:b/>
          <w:bCs/>
          <w:color w:val="000000"/>
          <w:sz w:val="20"/>
          <w:szCs w:val="20"/>
          <w:lang w:eastAsia="zh-TW"/>
        </w:rPr>
        <w:t>紐約</w:t>
      </w:r>
      <w:r w:rsidRPr="000135AE">
        <w:rPr>
          <w:rFonts w:ascii="Microsoft JhengHei UI" w:eastAsia="Microsoft JhengHei UI" w:hAnsi="Microsoft JhengHei UI" w:cs="Microsoft JhengHei" w:hint="eastAsia"/>
          <w:color w:val="000000"/>
          <w:sz w:val="20"/>
          <w:szCs w:val="20"/>
          <w:lang w:eastAsia="zh-TW"/>
        </w:rPr>
        <w:t>：阿富汗、孟加拉、不丹、汶萊、柬埔寨、東帝汶、印度、印尼、韓國、老撾、馬來西亞、蒙古、緬甸、尼泊爾、巴基斯坦、新加坡、斯里蘭卡、泰國及越南</w:t>
      </w:r>
      <w:r w:rsidRPr="000135AE">
        <w:rPr>
          <w:rFonts w:ascii="Microsoft JhengHei UI" w:eastAsia="Microsoft JhengHei UI" w:hAnsi="Microsoft JhengHei UI" w:cs="Microsoft JhengHei"/>
          <w:color w:val="000000"/>
          <w:sz w:val="20"/>
          <w:szCs w:val="20"/>
          <w:lang w:eastAsia="zh-TW"/>
        </w:rPr>
        <w:t>。</w:t>
      </w:r>
    </w:p>
    <w:p w14:paraId="4594C0F2" w14:textId="2410A3FE" w:rsidR="001067FD" w:rsidRPr="007E56B4" w:rsidRDefault="00B7371E" w:rsidP="008A00A1">
      <w:pPr>
        <w:pStyle w:val="ListParagraph"/>
        <w:keepNext/>
        <w:numPr>
          <w:ilvl w:val="0"/>
          <w:numId w:val="20"/>
        </w:numPr>
        <w:spacing w:before="240"/>
        <w:rPr>
          <w:rFonts w:ascii="Microsoft JhengHei UI" w:eastAsia="Microsoft JhengHei UI" w:hAnsi="Microsoft JhengHei UI"/>
          <w:b/>
          <w:sz w:val="28"/>
          <w:szCs w:val="28"/>
          <w:lang w:eastAsia="zh-TW"/>
        </w:rPr>
      </w:pPr>
      <w:r w:rsidRPr="007E56B4">
        <w:rPr>
          <w:rFonts w:ascii="Microsoft JhengHei UI" w:eastAsia="Microsoft JhengHei UI" w:hAnsi="Microsoft JhengHei UI"/>
          <w:b/>
          <w:sz w:val="28"/>
          <w:szCs w:val="28"/>
          <w:lang w:eastAsia="zh-TW"/>
        </w:rPr>
        <w:t>個人檔案</w:t>
      </w:r>
    </w:p>
    <w:p w14:paraId="2D55632C" w14:textId="0F753201" w:rsidR="00082DEC" w:rsidRPr="007E56B4" w:rsidRDefault="00CB435D" w:rsidP="00311A58">
      <w:pPr>
        <w:pStyle w:val="ListParagraph"/>
        <w:pBdr>
          <w:top w:val="nil"/>
          <w:left w:val="nil"/>
          <w:bottom w:val="nil"/>
          <w:right w:val="nil"/>
          <w:between w:val="nil"/>
        </w:pBdr>
        <w:spacing w:line="240" w:lineRule="auto"/>
        <w:ind w:left="0"/>
        <w:contextualSpacing w:val="0"/>
        <w:rPr>
          <w:rFonts w:asciiTheme="majorHAnsi" w:eastAsia="Microsoft JhengHei" w:hAnsiTheme="majorHAnsi" w:cstheme="majorBidi"/>
          <w:b/>
          <w:bCs/>
          <w:color w:val="000000" w:themeColor="text1"/>
          <w:sz w:val="24"/>
          <w:szCs w:val="24"/>
          <w:u w:val="single"/>
          <w:lang w:eastAsia="zh-TW"/>
        </w:rPr>
      </w:pPr>
      <w:r w:rsidRPr="007E56B4">
        <w:rPr>
          <w:rFonts w:asciiTheme="majorHAnsi" w:eastAsia="Microsoft JhengHei" w:hAnsiTheme="majorHAnsi" w:cstheme="majorBidi" w:hint="eastAsia"/>
          <w:b/>
          <w:bCs/>
          <w:color w:val="000000" w:themeColor="text1"/>
          <w:sz w:val="24"/>
          <w:szCs w:val="24"/>
          <w:u w:val="single"/>
          <w:lang w:eastAsia="zh-TW"/>
        </w:rPr>
        <w:t>申請者基本資料</w:t>
      </w:r>
    </w:p>
    <w:tbl>
      <w:tblPr>
        <w:tblStyle w:val="TableGrid"/>
        <w:tblW w:w="0" w:type="auto"/>
        <w:tblLook w:val="04A0" w:firstRow="1" w:lastRow="0" w:firstColumn="1" w:lastColumn="0" w:noHBand="0" w:noVBand="1"/>
      </w:tblPr>
      <w:tblGrid>
        <w:gridCol w:w="895"/>
        <w:gridCol w:w="990"/>
        <w:gridCol w:w="1890"/>
        <w:gridCol w:w="1530"/>
        <w:gridCol w:w="1886"/>
        <w:gridCol w:w="1804"/>
      </w:tblGrid>
      <w:tr w:rsidR="000F565E" w14:paraId="41F927AA" w14:textId="77777777" w:rsidTr="00534694">
        <w:tc>
          <w:tcPr>
            <w:tcW w:w="895" w:type="dxa"/>
            <w:shd w:val="clear" w:color="auto" w:fill="D9D9D9" w:themeFill="background1" w:themeFillShade="D9"/>
          </w:tcPr>
          <w:p w14:paraId="09B501D6" w14:textId="5CE09D73" w:rsidR="000F565E" w:rsidRDefault="000F565E" w:rsidP="00FD0C15">
            <w:pPr>
              <w:rPr>
                <w:rFonts w:ascii="Calibri" w:eastAsia="Microsoft JhengHei" w:hAnsi="Calibri" w:cs="Times New Roman"/>
                <w:b/>
                <w:bCs/>
                <w:color w:val="000000"/>
                <w:sz w:val="20"/>
                <w:szCs w:val="20"/>
                <w:lang w:eastAsia="zh-TW"/>
              </w:rPr>
            </w:pPr>
            <w:permStart w:id="838696105" w:edGrp="everyone" w:colFirst="5" w:colLast="5"/>
            <w:permStart w:id="559575815" w:edGrp="everyone" w:colFirst="3" w:colLast="3"/>
            <w:permStart w:id="616510110" w:edGrp="everyone" w:colFirst="1" w:colLast="1"/>
            <w:r w:rsidRPr="000F565E">
              <w:rPr>
                <w:rFonts w:ascii="Calibri" w:eastAsia="Microsoft JhengHei" w:hAnsi="Calibri" w:cs="Times New Roman"/>
                <w:b/>
                <w:bCs/>
                <w:color w:val="000000"/>
                <w:sz w:val="20"/>
                <w:szCs w:val="20"/>
                <w:lang w:eastAsia="zh-TW"/>
              </w:rPr>
              <w:t>稱謂：</w:t>
            </w:r>
          </w:p>
        </w:tc>
        <w:tc>
          <w:tcPr>
            <w:tcW w:w="990" w:type="dxa"/>
          </w:tcPr>
          <w:p w14:paraId="00142CDD" w14:textId="77777777" w:rsidR="000F565E" w:rsidRDefault="000F565E" w:rsidP="00FD0C15">
            <w:pPr>
              <w:rPr>
                <w:rFonts w:ascii="Calibri" w:eastAsia="Microsoft JhengHei" w:hAnsi="Calibri" w:cs="Times New Roman"/>
                <w:b/>
                <w:bCs/>
                <w:color w:val="000000"/>
                <w:sz w:val="20"/>
                <w:szCs w:val="20"/>
                <w:lang w:eastAsia="zh-TW"/>
              </w:rPr>
            </w:pPr>
          </w:p>
        </w:tc>
        <w:tc>
          <w:tcPr>
            <w:tcW w:w="1890" w:type="dxa"/>
            <w:shd w:val="clear" w:color="auto" w:fill="D9D9D9" w:themeFill="background1" w:themeFillShade="D9"/>
          </w:tcPr>
          <w:p w14:paraId="2109BDA7" w14:textId="2C0069BF" w:rsidR="000F565E" w:rsidRDefault="000F565E" w:rsidP="00FD0C15">
            <w:pPr>
              <w:rPr>
                <w:rFonts w:ascii="Calibri" w:eastAsia="Microsoft JhengHei" w:hAnsi="Calibri" w:cs="Times New Roman"/>
                <w:b/>
                <w:bCs/>
                <w:color w:val="000000"/>
                <w:sz w:val="20"/>
                <w:szCs w:val="20"/>
                <w:lang w:eastAsia="zh-TW"/>
              </w:rPr>
            </w:pPr>
            <w:r w:rsidRPr="000F565E">
              <w:rPr>
                <w:rFonts w:ascii="Calibri" w:eastAsia="Microsoft JhengHei" w:hAnsi="Calibri" w:cs="Times New Roman"/>
                <w:b/>
                <w:bCs/>
                <w:color w:val="000000"/>
                <w:sz w:val="20"/>
                <w:szCs w:val="20"/>
                <w:lang w:eastAsia="zh-TW"/>
              </w:rPr>
              <w:t>名字</w:t>
            </w:r>
            <w:r w:rsidRPr="000F565E">
              <w:rPr>
                <w:rFonts w:ascii="Calibri" w:eastAsia="Microsoft JhengHei" w:hAnsi="Calibri" w:cs="Times New Roman"/>
                <w:b/>
                <w:bCs/>
                <w:color w:val="000000"/>
                <w:sz w:val="20"/>
                <w:szCs w:val="20"/>
                <w:lang w:eastAsia="zh-TW"/>
              </w:rPr>
              <w:t xml:space="preserve">* </w:t>
            </w:r>
            <w:r w:rsidRPr="000F565E">
              <w:rPr>
                <w:rFonts w:ascii="Calibri" w:eastAsia="Microsoft JhengHei" w:hAnsi="Calibri" w:cs="Times New Roman"/>
                <w:color w:val="000000"/>
                <w:sz w:val="20"/>
                <w:szCs w:val="20"/>
                <w:lang w:eastAsia="zh-TW"/>
              </w:rPr>
              <w:t>請提供您的法定名字（與護照上相同）。：</w:t>
            </w:r>
          </w:p>
        </w:tc>
        <w:tc>
          <w:tcPr>
            <w:tcW w:w="1530" w:type="dxa"/>
          </w:tcPr>
          <w:p w14:paraId="0DBD7F52" w14:textId="77777777" w:rsidR="000F565E" w:rsidRDefault="000F565E" w:rsidP="00FD0C15">
            <w:pPr>
              <w:rPr>
                <w:rFonts w:ascii="Calibri" w:eastAsia="Microsoft JhengHei" w:hAnsi="Calibri" w:cs="Times New Roman"/>
                <w:b/>
                <w:bCs/>
                <w:color w:val="000000"/>
                <w:sz w:val="20"/>
                <w:szCs w:val="20"/>
                <w:lang w:eastAsia="zh-TW"/>
              </w:rPr>
            </w:pPr>
          </w:p>
        </w:tc>
        <w:tc>
          <w:tcPr>
            <w:tcW w:w="1886" w:type="dxa"/>
            <w:shd w:val="clear" w:color="auto" w:fill="D9D9D9" w:themeFill="background1" w:themeFillShade="D9"/>
          </w:tcPr>
          <w:p w14:paraId="39CA3120" w14:textId="5B2ECB66" w:rsidR="000F565E" w:rsidRDefault="000F565E" w:rsidP="00FD0C15">
            <w:pPr>
              <w:rPr>
                <w:rFonts w:ascii="Calibri" w:eastAsia="Microsoft JhengHei" w:hAnsi="Calibri" w:cs="Times New Roman"/>
                <w:b/>
                <w:bCs/>
                <w:color w:val="000000"/>
                <w:sz w:val="20"/>
                <w:szCs w:val="20"/>
                <w:lang w:eastAsia="zh-TW"/>
              </w:rPr>
            </w:pPr>
            <w:r w:rsidRPr="000F565E">
              <w:rPr>
                <w:rFonts w:ascii="Calibri" w:eastAsia="Microsoft JhengHei" w:hAnsi="Calibri" w:cs="Times New Roman"/>
                <w:b/>
                <w:bCs/>
                <w:color w:val="000000"/>
                <w:sz w:val="20"/>
                <w:szCs w:val="20"/>
                <w:lang w:eastAsia="zh-TW"/>
              </w:rPr>
              <w:t>姓氏</w:t>
            </w:r>
            <w:r w:rsidRPr="000F565E">
              <w:rPr>
                <w:rFonts w:ascii="Calibri" w:eastAsia="Microsoft JhengHei" w:hAnsi="Calibri" w:cs="Times New Roman"/>
                <w:b/>
                <w:bCs/>
                <w:color w:val="000000"/>
                <w:sz w:val="20"/>
                <w:szCs w:val="20"/>
                <w:lang w:eastAsia="zh-TW"/>
              </w:rPr>
              <w:t>*</w:t>
            </w:r>
            <w:r w:rsidRPr="000F565E">
              <w:rPr>
                <w:rFonts w:ascii="Calibri" w:eastAsia="Microsoft JhengHei" w:hAnsi="Calibri" w:cs="Times New Roman"/>
                <w:color w:val="000000"/>
                <w:sz w:val="20"/>
                <w:szCs w:val="20"/>
                <w:lang w:eastAsia="zh-TW"/>
              </w:rPr>
              <w:t xml:space="preserve"> </w:t>
            </w:r>
            <w:r w:rsidRPr="000F565E">
              <w:rPr>
                <w:rFonts w:ascii="Calibri" w:eastAsia="Microsoft JhengHei" w:hAnsi="Calibri" w:cs="Times New Roman"/>
                <w:color w:val="000000"/>
                <w:sz w:val="20"/>
                <w:szCs w:val="20"/>
                <w:lang w:eastAsia="zh-TW"/>
              </w:rPr>
              <w:t>請提供您的法定姓氏（與護照上相同）。：</w:t>
            </w:r>
          </w:p>
        </w:tc>
        <w:tc>
          <w:tcPr>
            <w:tcW w:w="1804" w:type="dxa"/>
          </w:tcPr>
          <w:p w14:paraId="1CCB6547" w14:textId="77777777" w:rsidR="000F565E" w:rsidRDefault="000F565E" w:rsidP="00FD0C15">
            <w:pPr>
              <w:rPr>
                <w:rFonts w:ascii="Calibri" w:eastAsia="Microsoft JhengHei" w:hAnsi="Calibri" w:cs="Times New Roman"/>
                <w:b/>
                <w:bCs/>
                <w:color w:val="000000"/>
                <w:sz w:val="20"/>
                <w:szCs w:val="20"/>
                <w:lang w:eastAsia="zh-TW"/>
              </w:rPr>
            </w:pPr>
          </w:p>
        </w:tc>
      </w:tr>
      <w:permEnd w:id="838696105"/>
      <w:permEnd w:id="559575815"/>
      <w:permEnd w:id="616510110"/>
    </w:tbl>
    <w:p w14:paraId="5616CA7C" w14:textId="77777777" w:rsidR="005F5405" w:rsidRDefault="005F5405" w:rsidP="00FD0C15">
      <w:pPr>
        <w:spacing w:after="0"/>
        <w:rPr>
          <w:rFonts w:ascii="Calibri" w:eastAsia="Microsoft JhengHei" w:hAnsi="Calibri" w:cs="Times New Roman"/>
          <w:b/>
          <w:bCs/>
          <w:color w:val="000000"/>
          <w:sz w:val="20"/>
          <w:szCs w:val="20"/>
          <w:lang w:eastAsia="zh-TW"/>
        </w:rPr>
      </w:pPr>
    </w:p>
    <w:p w14:paraId="35A6C025" w14:textId="4EC426F1" w:rsidR="00CB435D" w:rsidRPr="000135AE" w:rsidRDefault="00CB435D" w:rsidP="00FD0C15">
      <w:pPr>
        <w:spacing w:after="0"/>
        <w:rPr>
          <w:rFonts w:ascii="Calibri" w:eastAsia="Microsoft JhengHei" w:hAnsi="Calibri" w:cs="Times New Roman"/>
          <w:b/>
          <w:bCs/>
          <w:color w:val="000000"/>
          <w:sz w:val="20"/>
          <w:szCs w:val="20"/>
          <w:lang w:eastAsia="zh-TW"/>
        </w:rPr>
      </w:pPr>
      <w:r w:rsidRPr="000135AE">
        <w:rPr>
          <w:rFonts w:ascii="Calibri" w:eastAsia="Microsoft JhengHei" w:hAnsi="Calibri" w:cs="Times New Roman"/>
          <w:b/>
          <w:bCs/>
          <w:color w:val="000000"/>
          <w:sz w:val="20"/>
          <w:szCs w:val="20"/>
          <w:lang w:eastAsia="zh-TW"/>
        </w:rPr>
        <w:t>您希望您的全名如何呈現在公開資料（例如新聞稿、公告等）中？</w:t>
      </w:r>
      <w:r w:rsidRPr="000135AE">
        <w:rPr>
          <w:rFonts w:ascii="Calibri" w:eastAsia="Microsoft JhengHei" w:hAnsi="Calibri" w:cs="Times New Roman"/>
          <w:b/>
          <w:bCs/>
          <w:color w:val="000000"/>
          <w:sz w:val="20"/>
          <w:szCs w:val="20"/>
          <w:lang w:eastAsia="zh-TW"/>
        </w:rPr>
        <w:t xml:space="preserve"> * </w:t>
      </w:r>
    </w:p>
    <w:p w14:paraId="59261791" w14:textId="77777777" w:rsidR="00CB435D" w:rsidRPr="000135AE" w:rsidRDefault="00CB435D" w:rsidP="00FD0C15">
      <w:pPr>
        <w:spacing w:after="0"/>
        <w:rPr>
          <w:rFonts w:ascii="Calibri" w:eastAsia="Microsoft JhengHei" w:hAnsi="Calibri" w:cs="Times New Roman"/>
          <w:color w:val="000000"/>
          <w:sz w:val="20"/>
          <w:szCs w:val="20"/>
          <w:lang w:eastAsia="zh-TW"/>
        </w:rPr>
      </w:pPr>
      <w:r w:rsidRPr="000135AE">
        <w:rPr>
          <w:rFonts w:ascii="Calibri" w:eastAsia="Microsoft JhengHei" w:hAnsi="Calibri" w:cs="Times New Roman"/>
          <w:color w:val="000000"/>
          <w:sz w:val="20"/>
          <w:szCs w:val="20"/>
          <w:lang w:eastAsia="zh-TW"/>
        </w:rPr>
        <w:t>這可以是您的法定姓名、藝術家姓名或專業姓名。姓氏應全部大寫。</w:t>
      </w:r>
    </w:p>
    <w:tbl>
      <w:tblPr>
        <w:tblStyle w:val="TableGrid"/>
        <w:tblW w:w="8995" w:type="dxa"/>
        <w:tblLook w:val="04A0" w:firstRow="1" w:lastRow="0" w:firstColumn="1" w:lastColumn="0" w:noHBand="0" w:noVBand="1"/>
      </w:tblPr>
      <w:tblGrid>
        <w:gridCol w:w="8995"/>
      </w:tblGrid>
      <w:tr w:rsidR="00FD0C15" w:rsidRPr="000135AE" w14:paraId="2F4C75A7" w14:textId="77777777" w:rsidTr="00534694">
        <w:tc>
          <w:tcPr>
            <w:tcW w:w="8995" w:type="dxa"/>
          </w:tcPr>
          <w:p w14:paraId="443E90F9" w14:textId="6DA9BCFA" w:rsidR="00FD0C15" w:rsidRPr="000135AE" w:rsidRDefault="00FD0C15" w:rsidP="00FD0C15">
            <w:pPr>
              <w:rPr>
                <w:rFonts w:ascii="Microsoft JhengHei UI" w:eastAsia="Microsoft JhengHei UI" w:hAnsi="Microsoft JhengHei UI"/>
                <w:sz w:val="20"/>
                <w:szCs w:val="20"/>
              </w:rPr>
            </w:pPr>
            <w:permStart w:id="1967399240" w:edGrp="everyone" w:colFirst="0" w:colLast="0"/>
          </w:p>
        </w:tc>
      </w:tr>
      <w:permEnd w:id="1967399240"/>
    </w:tbl>
    <w:p w14:paraId="2D5F2167" w14:textId="77777777" w:rsidR="00FD0C15" w:rsidRPr="000135AE" w:rsidRDefault="00FD0C15" w:rsidP="00FD0C15">
      <w:pPr>
        <w:spacing w:after="0"/>
        <w:rPr>
          <w:rFonts w:ascii="Microsoft JhengHei UI" w:eastAsia="Microsoft JhengHei UI" w:hAnsi="Microsoft JhengHei UI"/>
          <w:sz w:val="20"/>
          <w:szCs w:val="20"/>
        </w:rPr>
      </w:pPr>
    </w:p>
    <w:p w14:paraId="2563047F" w14:textId="77777777" w:rsidR="00CB435D" w:rsidRPr="000135AE" w:rsidRDefault="00CB435D" w:rsidP="00FD0C15">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專業職稱和機構隸屬關係（如有）</w:t>
      </w:r>
      <w:r w:rsidRPr="000135AE">
        <w:rPr>
          <w:rFonts w:ascii="Microsoft JhengHei UI" w:eastAsia="Microsoft JhengHei UI" w:hAnsi="Microsoft JhengHei UI"/>
          <w:sz w:val="20"/>
          <w:szCs w:val="20"/>
          <w:lang w:eastAsia="zh-TW"/>
        </w:rPr>
        <w:t xml:space="preserve"> </w:t>
      </w:r>
    </w:p>
    <w:p w14:paraId="0014B348" w14:textId="46FAF099" w:rsidR="00FD0C15" w:rsidRPr="000135AE" w:rsidRDefault="00CB435D" w:rsidP="00FD0C15">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範例：展覽總監，當代藝術中心</w:t>
      </w:r>
    </w:p>
    <w:tbl>
      <w:tblPr>
        <w:tblStyle w:val="TableGrid"/>
        <w:tblW w:w="8995" w:type="dxa"/>
        <w:tblLook w:val="04A0" w:firstRow="1" w:lastRow="0" w:firstColumn="1" w:lastColumn="0" w:noHBand="0" w:noVBand="1"/>
      </w:tblPr>
      <w:tblGrid>
        <w:gridCol w:w="8995"/>
      </w:tblGrid>
      <w:tr w:rsidR="00FD0C15" w:rsidRPr="000135AE" w14:paraId="475E4C4A" w14:textId="77777777" w:rsidTr="00534694">
        <w:tc>
          <w:tcPr>
            <w:tcW w:w="8995" w:type="dxa"/>
          </w:tcPr>
          <w:p w14:paraId="44212A3D" w14:textId="77777777" w:rsidR="00FD0C15" w:rsidRPr="000135AE" w:rsidRDefault="00FD0C15" w:rsidP="00FD0C15">
            <w:pPr>
              <w:rPr>
                <w:rFonts w:ascii="Microsoft JhengHei UI" w:eastAsia="Microsoft JhengHei UI" w:hAnsi="Microsoft JhengHei UI"/>
                <w:sz w:val="20"/>
                <w:szCs w:val="20"/>
                <w:lang w:eastAsia="zh-TW"/>
              </w:rPr>
            </w:pPr>
            <w:permStart w:id="1911047198" w:edGrp="everyone" w:colFirst="0" w:colLast="0"/>
          </w:p>
        </w:tc>
      </w:tr>
      <w:permEnd w:id="1911047198"/>
    </w:tbl>
    <w:p w14:paraId="35A3C3F7" w14:textId="77777777" w:rsidR="00FD0C15" w:rsidRPr="000135AE" w:rsidRDefault="00FD0C15" w:rsidP="00FD0C15">
      <w:pPr>
        <w:spacing w:after="0"/>
        <w:rPr>
          <w:rFonts w:ascii="Microsoft JhengHei UI" w:eastAsia="Microsoft JhengHei UI" w:hAnsi="Microsoft JhengHei UI"/>
          <w:b/>
          <w:bCs/>
          <w:sz w:val="20"/>
          <w:szCs w:val="20"/>
          <w:lang w:eastAsia="zh-TW"/>
        </w:rPr>
      </w:pPr>
    </w:p>
    <w:p w14:paraId="1FD6E0E7" w14:textId="7A573EE4" w:rsidR="00CB435D" w:rsidRPr="000135AE" w:rsidRDefault="00CB435D" w:rsidP="00FD0C15">
      <w:pPr>
        <w:spacing w:after="0"/>
        <w:rPr>
          <w:rFonts w:ascii="Microsoft JhengHei UI" w:eastAsia="Microsoft JhengHei UI" w:hAnsi="Microsoft JhengHei UI"/>
          <w:b/>
          <w:bCs/>
          <w:sz w:val="20"/>
          <w:szCs w:val="20"/>
          <w:lang w:eastAsia="zh-TW"/>
        </w:rPr>
      </w:pPr>
      <w:r w:rsidRPr="000135AE">
        <w:rPr>
          <w:rFonts w:ascii="Microsoft JhengHei UI" w:eastAsia="Microsoft JhengHei UI" w:hAnsi="Microsoft JhengHei UI"/>
          <w:b/>
          <w:bCs/>
          <w:sz w:val="20"/>
          <w:szCs w:val="20"/>
          <w:lang w:eastAsia="zh-TW"/>
        </w:rPr>
        <w:t>電郵 *</w:t>
      </w:r>
    </w:p>
    <w:tbl>
      <w:tblPr>
        <w:tblStyle w:val="TableGrid"/>
        <w:tblW w:w="0" w:type="auto"/>
        <w:tblLook w:val="04A0" w:firstRow="1" w:lastRow="0" w:firstColumn="1" w:lastColumn="0" w:noHBand="0" w:noVBand="1"/>
      </w:tblPr>
      <w:tblGrid>
        <w:gridCol w:w="8995"/>
      </w:tblGrid>
      <w:tr w:rsidR="00FD0C15" w:rsidRPr="000135AE" w14:paraId="56B2C0E3" w14:textId="77777777" w:rsidTr="00534694">
        <w:tc>
          <w:tcPr>
            <w:tcW w:w="8995" w:type="dxa"/>
          </w:tcPr>
          <w:p w14:paraId="6693FF37" w14:textId="77777777" w:rsidR="00FD0C15" w:rsidRPr="000135AE" w:rsidRDefault="00FD0C15" w:rsidP="00FD0C15">
            <w:pPr>
              <w:rPr>
                <w:rFonts w:ascii="Microsoft JhengHei UI" w:eastAsia="Microsoft JhengHei UI" w:hAnsi="Microsoft JhengHei UI"/>
                <w:b/>
                <w:bCs/>
                <w:sz w:val="20"/>
                <w:szCs w:val="20"/>
              </w:rPr>
            </w:pPr>
            <w:permStart w:id="773802633" w:edGrp="everyone" w:colFirst="0" w:colLast="0"/>
          </w:p>
        </w:tc>
      </w:tr>
      <w:permEnd w:id="773802633"/>
    </w:tbl>
    <w:p w14:paraId="4A461A69" w14:textId="77777777" w:rsidR="00FD0C15" w:rsidRPr="000135AE" w:rsidRDefault="00FD0C15" w:rsidP="00FD0C15">
      <w:pPr>
        <w:spacing w:after="0"/>
        <w:rPr>
          <w:rFonts w:ascii="Microsoft JhengHei UI" w:eastAsia="Microsoft JhengHei UI" w:hAnsi="Microsoft JhengHei UI"/>
          <w:b/>
          <w:bCs/>
          <w:sz w:val="20"/>
          <w:szCs w:val="20"/>
        </w:rPr>
      </w:pPr>
    </w:p>
    <w:p w14:paraId="117EC1F5" w14:textId="0C725324" w:rsidR="00CB435D" w:rsidRPr="000135AE" w:rsidRDefault="00CB435D" w:rsidP="00FD0C15">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您想</w:t>
      </w:r>
      <w:r w:rsidR="00611361">
        <w:rPr>
          <w:rFonts w:ascii="Microsoft JhengHei UI" w:eastAsia="Microsoft JhengHei UI" w:hAnsi="Microsoft JhengHei UI" w:hint="eastAsia"/>
          <w:b/>
          <w:bCs/>
          <w:sz w:val="20"/>
          <w:szCs w:val="20"/>
          <w:lang w:eastAsia="zh-TW"/>
        </w:rPr>
        <w:t>加入</w:t>
      </w:r>
      <w:r w:rsidRPr="000135AE">
        <w:rPr>
          <w:rFonts w:ascii="Microsoft JhengHei UI" w:eastAsia="Microsoft JhengHei UI" w:hAnsi="Microsoft JhengHei UI"/>
          <w:b/>
          <w:bCs/>
          <w:sz w:val="20"/>
          <w:szCs w:val="20"/>
          <w:lang w:eastAsia="zh-TW"/>
        </w:rPr>
        <w:t xml:space="preserve"> ACC 的</w:t>
      </w:r>
      <w:r w:rsidRPr="000135AE">
        <w:rPr>
          <w:rFonts w:ascii="Microsoft JhengHei UI" w:eastAsia="Microsoft JhengHei UI" w:hAnsi="Microsoft JhengHei UI"/>
          <w:b/>
          <w:bCs/>
          <w:sz w:val="20"/>
          <w:szCs w:val="20"/>
          <w:lang w:eastAsia="zh-HK"/>
        </w:rPr>
        <w:t>電子報訂閱名單</w:t>
      </w:r>
      <w:r w:rsidRPr="000135AE">
        <w:rPr>
          <w:rFonts w:ascii="Microsoft JhengHei UI" w:eastAsia="Microsoft JhengHei UI" w:hAnsi="Microsoft JhengHei UI"/>
          <w:b/>
          <w:bCs/>
          <w:sz w:val="20"/>
          <w:szCs w:val="20"/>
          <w:lang w:eastAsia="zh-TW"/>
        </w:rPr>
        <w:t>？ *</w:t>
      </w:r>
      <w:r w:rsidR="005F5405" w:rsidRPr="000135AE">
        <w:rPr>
          <w:rFonts w:ascii="Microsoft JhengHei UI" w:eastAsia="Microsoft JhengHei UI" w:hAnsi="Microsoft JhengHei UI" w:cs="Times New Roman"/>
          <w:b/>
          <w:bCs/>
          <w:color w:val="0066FF"/>
          <w:sz w:val="20"/>
          <w:szCs w:val="20"/>
          <w:lang w:eastAsia="zh-TW"/>
        </w:rPr>
        <w:t>【GoApply上填寫即可】</w:t>
      </w:r>
    </w:p>
    <w:p w14:paraId="402D1521" w14:textId="116E7146" w:rsidR="00FD0C15" w:rsidRPr="000135AE" w:rsidRDefault="00CB435D" w:rsidP="00FD0C15">
      <w:pPr>
        <w:pBdr>
          <w:top w:val="nil"/>
          <w:left w:val="nil"/>
          <w:bottom w:val="nil"/>
          <w:right w:val="nil"/>
          <w:between w:val="nil"/>
        </w:pBdr>
        <w:spacing w:line="259" w:lineRule="auto"/>
        <w:rPr>
          <w:rFonts w:ascii="Calibri" w:eastAsia="Microsoft JhengHei" w:hAnsi="Calibri" w:cs="Times New Roman"/>
          <w:b/>
          <w:bCs/>
          <w:color w:val="000000"/>
          <w:sz w:val="20"/>
          <w:szCs w:val="20"/>
          <w:lang w:eastAsia="zh-TW"/>
        </w:rPr>
      </w:pPr>
      <w:r w:rsidRPr="000135AE">
        <w:rPr>
          <w:rFonts w:ascii="Microsoft JhengHei UI" w:eastAsia="Microsoft JhengHei UI" w:hAnsi="Microsoft JhengHei UI"/>
          <w:sz w:val="20"/>
          <w:szCs w:val="20"/>
          <w:lang w:eastAsia="zh-TW"/>
        </w:rPr>
        <w:t>如果您選擇「是」，我們將把您的姓名和電郵加入我們的訂閱者資料庫。您可以隨時取消訂閱 ACC 電</w:t>
      </w:r>
      <w:r w:rsidR="001E5FD6" w:rsidRPr="000135AE">
        <w:rPr>
          <w:rFonts w:ascii="Microsoft JhengHei UI" w:eastAsia="Microsoft JhengHei UI" w:hAnsi="Microsoft JhengHei UI"/>
          <w:sz w:val="20"/>
          <w:szCs w:val="20"/>
          <w:lang w:eastAsia="zh-HK"/>
        </w:rPr>
        <w:t>子報</w:t>
      </w:r>
      <w:r w:rsidRPr="000135AE">
        <w:rPr>
          <w:rFonts w:ascii="Microsoft JhengHei UI" w:eastAsia="Microsoft JhengHei UI" w:hAnsi="Microsoft JhengHei UI"/>
          <w:sz w:val="20"/>
          <w:szCs w:val="20"/>
          <w:lang w:eastAsia="zh-TW"/>
        </w:rPr>
        <w:t>。</w:t>
      </w:r>
    </w:p>
    <w:p w14:paraId="1C905B12" w14:textId="77777777" w:rsidR="00FD0C15" w:rsidRPr="000135AE" w:rsidRDefault="00FD0C15" w:rsidP="005245F9">
      <w:pPr>
        <w:numPr>
          <w:ilvl w:val="0"/>
          <w:numId w:val="18"/>
        </w:numPr>
        <w:pBdr>
          <w:top w:val="nil"/>
          <w:left w:val="nil"/>
          <w:bottom w:val="nil"/>
          <w:right w:val="nil"/>
          <w:between w:val="nil"/>
        </w:pBdr>
        <w:spacing w:after="0" w:line="259" w:lineRule="auto"/>
        <w:rPr>
          <w:rFonts w:ascii="Calibri" w:eastAsia="Microsoft JhengHei" w:hAnsi="Calibri" w:cs="Times New Roman"/>
          <w:color w:val="000000"/>
          <w:sz w:val="20"/>
          <w:szCs w:val="20"/>
          <w:lang w:eastAsia="zh-TW"/>
        </w:rPr>
      </w:pPr>
      <w:r w:rsidRPr="000135AE">
        <w:rPr>
          <w:rFonts w:ascii="Calibri" w:eastAsia="Microsoft JhengHei" w:hAnsi="Calibri" w:cs="Times New Roman"/>
          <w:color w:val="000000"/>
          <w:sz w:val="20"/>
          <w:szCs w:val="20"/>
          <w:lang w:eastAsia="zh-TW"/>
        </w:rPr>
        <w:t>是</w:t>
      </w:r>
    </w:p>
    <w:p w14:paraId="69029156" w14:textId="77777777" w:rsidR="00FD0C15" w:rsidRPr="000135AE" w:rsidRDefault="00FD0C15" w:rsidP="005245F9">
      <w:pPr>
        <w:numPr>
          <w:ilvl w:val="0"/>
          <w:numId w:val="18"/>
        </w:numPr>
        <w:pBdr>
          <w:top w:val="nil"/>
          <w:left w:val="nil"/>
          <w:bottom w:val="nil"/>
          <w:right w:val="nil"/>
          <w:between w:val="nil"/>
        </w:pBdr>
        <w:spacing w:after="0" w:line="259" w:lineRule="auto"/>
        <w:rPr>
          <w:rFonts w:ascii="Calibri" w:eastAsia="Microsoft JhengHei" w:hAnsi="Calibri" w:cs="Times New Roman"/>
          <w:color w:val="000000"/>
          <w:sz w:val="20"/>
          <w:szCs w:val="20"/>
          <w:lang w:eastAsia="zh-TW"/>
        </w:rPr>
      </w:pPr>
      <w:r w:rsidRPr="000135AE">
        <w:rPr>
          <w:rFonts w:ascii="Calibri" w:eastAsia="Microsoft JhengHei" w:hAnsi="Calibri" w:cs="Times New Roman"/>
          <w:color w:val="000000"/>
          <w:sz w:val="20"/>
          <w:szCs w:val="20"/>
          <w:lang w:eastAsia="zh-TW"/>
        </w:rPr>
        <w:t>否</w:t>
      </w:r>
    </w:p>
    <w:p w14:paraId="55132438" w14:textId="77777777" w:rsidR="00FD0C15" w:rsidRPr="000135AE" w:rsidRDefault="00FD0C15" w:rsidP="00311A58">
      <w:pPr>
        <w:spacing w:after="0"/>
        <w:rPr>
          <w:rFonts w:ascii="Microsoft JhengHei UI" w:eastAsia="Microsoft JhengHei UI" w:hAnsi="Microsoft JhengHei UI"/>
          <w:b/>
          <w:bCs/>
          <w:sz w:val="20"/>
          <w:szCs w:val="20"/>
        </w:rPr>
      </w:pPr>
    </w:p>
    <w:p w14:paraId="22CE21B1" w14:textId="77777777" w:rsidR="00311A58" w:rsidRPr="000135AE" w:rsidRDefault="00311A58" w:rsidP="00311A58">
      <w:pPr>
        <w:rPr>
          <w:rFonts w:asciiTheme="majorHAnsi" w:eastAsia="Microsoft JhengHei" w:hAnsiTheme="majorHAnsi" w:cstheme="majorBidi"/>
          <w:b/>
          <w:bCs/>
          <w:color w:val="000000" w:themeColor="text1"/>
          <w:sz w:val="20"/>
          <w:szCs w:val="20"/>
        </w:rPr>
      </w:pPr>
      <w:r w:rsidRPr="000135AE">
        <w:rPr>
          <w:rFonts w:asciiTheme="majorHAnsi" w:eastAsia="Microsoft JhengHei" w:hAnsiTheme="majorHAnsi" w:cstheme="majorBidi"/>
          <w:b/>
          <w:bCs/>
          <w:color w:val="000000" w:themeColor="text1"/>
          <w:sz w:val="20"/>
          <w:szCs w:val="20"/>
        </w:rPr>
        <w:t>郵寄地址＊</w:t>
      </w:r>
    </w:p>
    <w:tbl>
      <w:tblPr>
        <w:tblStyle w:val="TableGrid"/>
        <w:tblW w:w="0" w:type="auto"/>
        <w:tblLook w:val="04A0" w:firstRow="1" w:lastRow="0" w:firstColumn="1" w:lastColumn="0" w:noHBand="0" w:noVBand="1"/>
      </w:tblPr>
      <w:tblGrid>
        <w:gridCol w:w="8995"/>
      </w:tblGrid>
      <w:tr w:rsidR="00FD0C15" w:rsidRPr="000135AE" w14:paraId="77A61583" w14:textId="77777777" w:rsidTr="00534694">
        <w:tc>
          <w:tcPr>
            <w:tcW w:w="8995" w:type="dxa"/>
          </w:tcPr>
          <w:p w14:paraId="1E6A8612" w14:textId="77777777" w:rsidR="00FD0C15" w:rsidRPr="000135AE" w:rsidRDefault="00FD0C15" w:rsidP="00FD0C15">
            <w:pPr>
              <w:rPr>
                <w:rFonts w:ascii="Microsoft JhengHei UI" w:eastAsia="Microsoft JhengHei UI" w:hAnsi="Microsoft JhengHei UI"/>
                <w:b/>
                <w:bCs/>
                <w:sz w:val="20"/>
                <w:szCs w:val="20"/>
              </w:rPr>
            </w:pPr>
            <w:permStart w:id="2018575426" w:edGrp="everyone" w:colFirst="0" w:colLast="0"/>
          </w:p>
        </w:tc>
      </w:tr>
      <w:permEnd w:id="2018575426"/>
    </w:tbl>
    <w:p w14:paraId="735477A8" w14:textId="77777777" w:rsidR="00311A58" w:rsidRPr="000135AE" w:rsidRDefault="00311A58" w:rsidP="00311A58">
      <w:pPr>
        <w:spacing w:after="0"/>
        <w:rPr>
          <w:rFonts w:ascii="Microsoft JhengHei UI" w:eastAsia="Microsoft JhengHei UI" w:hAnsi="Microsoft JhengHei UI"/>
          <w:sz w:val="20"/>
          <w:szCs w:val="20"/>
          <w:lang w:eastAsia="zh-TW"/>
        </w:rPr>
      </w:pPr>
    </w:p>
    <w:p w14:paraId="1271C044" w14:textId="77777777" w:rsidR="00CB435D" w:rsidRPr="000135AE" w:rsidRDefault="00CB435D" w:rsidP="00311A58">
      <w:pPr>
        <w:spacing w:after="0"/>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電話號碼 *</w:t>
      </w:r>
      <w:r w:rsidRPr="000135AE">
        <w:rPr>
          <w:rFonts w:ascii="Microsoft JhengHei UI" w:eastAsia="Microsoft JhengHei UI" w:hAnsi="Microsoft JhengHei UI"/>
          <w:sz w:val="20"/>
          <w:szCs w:val="20"/>
        </w:rPr>
        <w:t xml:space="preserve"> </w:t>
      </w:r>
    </w:p>
    <w:p w14:paraId="30E999FD" w14:textId="28B82115" w:rsidR="00CB435D" w:rsidRPr="000135AE" w:rsidRDefault="00CB435D" w:rsidP="00311A58">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請輸入您的電話號碼，</w:t>
      </w:r>
      <w:r w:rsidR="001E5FD6" w:rsidRPr="000135AE">
        <w:rPr>
          <w:rFonts w:ascii="Microsoft JhengHei UI" w:eastAsia="Microsoft JhengHei UI" w:hAnsi="Microsoft JhengHei UI" w:cs="PingFang TC" w:hint="eastAsia"/>
          <w:color w:val="000000"/>
          <w:sz w:val="20"/>
          <w:szCs w:val="20"/>
          <w:lang w:eastAsia="zh-TW"/>
        </w:rPr>
        <w:t>並包含國家</w:t>
      </w:r>
      <w:r w:rsidR="001E5FD6" w:rsidRPr="000135AE">
        <w:rPr>
          <w:rFonts w:ascii="Microsoft JhengHei UI" w:eastAsia="Microsoft JhengHei UI" w:hAnsi="Microsoft JhengHei UI"/>
          <w:color w:val="000000"/>
          <w:sz w:val="20"/>
          <w:szCs w:val="20"/>
          <w:lang w:eastAsia="zh-TW"/>
        </w:rPr>
        <w:t>/</w:t>
      </w:r>
      <w:r w:rsidR="001E5FD6" w:rsidRPr="000135AE">
        <w:rPr>
          <w:rFonts w:ascii="Microsoft JhengHei UI" w:eastAsia="Microsoft JhengHei UI" w:hAnsi="Microsoft JhengHei UI" w:cs="PingFang TC" w:hint="eastAsia"/>
          <w:color w:val="000000"/>
          <w:sz w:val="20"/>
          <w:szCs w:val="20"/>
          <w:lang w:eastAsia="zh-TW"/>
        </w:rPr>
        <w:t>地區代碼及區域號碼</w:t>
      </w:r>
      <w:r w:rsidRPr="000135AE">
        <w:rPr>
          <w:rFonts w:ascii="Microsoft JhengHei UI" w:eastAsia="Microsoft JhengHei UI" w:hAnsi="Microsoft JhengHei UI"/>
          <w:sz w:val="20"/>
          <w:szCs w:val="20"/>
          <w:lang w:eastAsia="zh-TW"/>
        </w:rPr>
        <w:t>（例如：+852 2345-6789）。</w:t>
      </w:r>
    </w:p>
    <w:tbl>
      <w:tblPr>
        <w:tblStyle w:val="TableGrid"/>
        <w:tblW w:w="0" w:type="auto"/>
        <w:tblLook w:val="04A0" w:firstRow="1" w:lastRow="0" w:firstColumn="1" w:lastColumn="0" w:noHBand="0" w:noVBand="1"/>
      </w:tblPr>
      <w:tblGrid>
        <w:gridCol w:w="8856"/>
      </w:tblGrid>
      <w:tr w:rsidR="00311A58" w:rsidRPr="000135AE" w14:paraId="7AD3FF78" w14:textId="77777777" w:rsidTr="00311A58">
        <w:tc>
          <w:tcPr>
            <w:tcW w:w="8856" w:type="dxa"/>
          </w:tcPr>
          <w:p w14:paraId="0FA2FD16" w14:textId="77777777" w:rsidR="00311A58" w:rsidRPr="000135AE" w:rsidRDefault="00311A58" w:rsidP="00311A58">
            <w:pPr>
              <w:rPr>
                <w:rFonts w:ascii="Microsoft JhengHei UI" w:eastAsia="Microsoft JhengHei UI" w:hAnsi="Microsoft JhengHei UI"/>
                <w:sz w:val="20"/>
                <w:szCs w:val="20"/>
                <w:lang w:eastAsia="zh-TW"/>
              </w:rPr>
            </w:pPr>
            <w:permStart w:id="214856845" w:edGrp="everyone" w:colFirst="0" w:colLast="0"/>
          </w:p>
        </w:tc>
      </w:tr>
      <w:permEnd w:id="214856845"/>
    </w:tbl>
    <w:p w14:paraId="2B7F5102" w14:textId="77777777" w:rsidR="00311A58" w:rsidRPr="000135AE" w:rsidRDefault="00311A58" w:rsidP="00311A58">
      <w:pPr>
        <w:spacing w:after="0"/>
        <w:rPr>
          <w:rFonts w:ascii="Microsoft JhengHei UI" w:eastAsia="Microsoft JhengHei UI" w:hAnsi="Microsoft JhengHei UI"/>
          <w:sz w:val="20"/>
          <w:szCs w:val="20"/>
          <w:lang w:eastAsia="zh-TW"/>
        </w:rPr>
      </w:pPr>
    </w:p>
    <w:p w14:paraId="0CC55BF9" w14:textId="76AD65C8" w:rsidR="00CB435D" w:rsidRPr="000135AE" w:rsidRDefault="00CB435D" w:rsidP="00311A58">
      <w:pPr>
        <w:spacing w:after="0"/>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社交媒體連結：Instagram</w:t>
      </w:r>
      <w:r w:rsidR="00311A58" w:rsidRPr="000135AE">
        <w:rPr>
          <w:rFonts w:asciiTheme="majorHAnsi" w:eastAsia="Microsoft JhengHei" w:hAnsiTheme="majorHAnsi" w:cstheme="majorBidi"/>
          <w:b/>
          <w:bCs/>
          <w:color w:val="0066FF"/>
          <w:sz w:val="20"/>
          <w:szCs w:val="20"/>
        </w:rPr>
        <w:t>【</w:t>
      </w:r>
      <w:r w:rsidR="00311A58" w:rsidRPr="000135AE">
        <w:rPr>
          <w:rFonts w:asciiTheme="majorHAnsi" w:eastAsia="Microsoft JhengHei" w:hAnsiTheme="majorHAnsi" w:cstheme="majorBidi"/>
          <w:b/>
          <w:bCs/>
          <w:color w:val="0066FF"/>
          <w:sz w:val="20"/>
          <w:szCs w:val="20"/>
        </w:rPr>
        <w:t>GoApply</w:t>
      </w:r>
      <w:r w:rsidR="00311A58" w:rsidRPr="000135AE">
        <w:rPr>
          <w:rFonts w:asciiTheme="majorHAnsi" w:eastAsia="Microsoft JhengHei" w:hAnsiTheme="majorHAnsi" w:cstheme="majorBidi"/>
          <w:b/>
          <w:bCs/>
          <w:color w:val="0066FF"/>
          <w:sz w:val="20"/>
          <w:szCs w:val="20"/>
        </w:rPr>
        <w:t>上填寫即可】</w:t>
      </w:r>
    </w:p>
    <w:p w14:paraId="0A6629DD" w14:textId="18598B45" w:rsidR="00CB435D" w:rsidRPr="000135AE" w:rsidRDefault="00CB435D" w:rsidP="00311A58">
      <w:pPr>
        <w:spacing w:after="0"/>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社交媒體連結：Facebook</w:t>
      </w:r>
      <w:r w:rsidR="00311A58" w:rsidRPr="000135AE">
        <w:rPr>
          <w:rFonts w:asciiTheme="majorHAnsi" w:eastAsia="Microsoft JhengHei" w:hAnsiTheme="majorHAnsi" w:cstheme="majorBidi"/>
          <w:b/>
          <w:bCs/>
          <w:color w:val="0066FF"/>
          <w:sz w:val="20"/>
          <w:szCs w:val="20"/>
        </w:rPr>
        <w:t>【</w:t>
      </w:r>
      <w:r w:rsidR="00311A58" w:rsidRPr="000135AE">
        <w:rPr>
          <w:rFonts w:asciiTheme="majorHAnsi" w:eastAsia="Microsoft JhengHei" w:hAnsiTheme="majorHAnsi" w:cstheme="majorBidi"/>
          <w:b/>
          <w:bCs/>
          <w:color w:val="0066FF"/>
          <w:sz w:val="20"/>
          <w:szCs w:val="20"/>
        </w:rPr>
        <w:t>GoApply</w:t>
      </w:r>
      <w:r w:rsidR="00311A58" w:rsidRPr="000135AE">
        <w:rPr>
          <w:rFonts w:asciiTheme="majorHAnsi" w:eastAsia="Microsoft JhengHei" w:hAnsiTheme="majorHAnsi" w:cstheme="majorBidi"/>
          <w:b/>
          <w:bCs/>
          <w:color w:val="0066FF"/>
          <w:sz w:val="20"/>
          <w:szCs w:val="20"/>
        </w:rPr>
        <w:t>上填寫即可】</w:t>
      </w:r>
    </w:p>
    <w:p w14:paraId="0C60C4ED" w14:textId="3A0DE43B" w:rsidR="00CB435D" w:rsidRPr="000135AE" w:rsidRDefault="00CB435D" w:rsidP="00311A58">
      <w:pPr>
        <w:spacing w:after="0"/>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社交媒體連結：Twitter/X</w:t>
      </w:r>
      <w:r w:rsidR="00311A58" w:rsidRPr="000135AE">
        <w:rPr>
          <w:rFonts w:asciiTheme="majorHAnsi" w:eastAsia="Microsoft JhengHei" w:hAnsiTheme="majorHAnsi" w:cstheme="majorBidi"/>
          <w:b/>
          <w:bCs/>
          <w:color w:val="0066FF"/>
          <w:sz w:val="20"/>
          <w:szCs w:val="20"/>
        </w:rPr>
        <w:t>【</w:t>
      </w:r>
      <w:r w:rsidR="00311A58" w:rsidRPr="000135AE">
        <w:rPr>
          <w:rFonts w:asciiTheme="majorHAnsi" w:eastAsia="Microsoft JhengHei" w:hAnsiTheme="majorHAnsi" w:cstheme="majorBidi"/>
          <w:b/>
          <w:bCs/>
          <w:color w:val="0066FF"/>
          <w:sz w:val="20"/>
          <w:szCs w:val="20"/>
        </w:rPr>
        <w:t>GoApply</w:t>
      </w:r>
      <w:r w:rsidR="00311A58" w:rsidRPr="000135AE">
        <w:rPr>
          <w:rFonts w:asciiTheme="majorHAnsi" w:eastAsia="Microsoft JhengHei" w:hAnsiTheme="majorHAnsi" w:cstheme="majorBidi"/>
          <w:b/>
          <w:bCs/>
          <w:color w:val="0066FF"/>
          <w:sz w:val="20"/>
          <w:szCs w:val="20"/>
        </w:rPr>
        <w:t>上填寫即可】</w:t>
      </w:r>
    </w:p>
    <w:p w14:paraId="776F7011" w14:textId="7851920B" w:rsidR="00CB435D" w:rsidRPr="000135AE" w:rsidRDefault="00CB435D" w:rsidP="00311A58">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網</w:t>
      </w:r>
      <w:r w:rsidRPr="000135AE">
        <w:rPr>
          <w:rFonts w:ascii="Microsoft JhengHei UI" w:eastAsia="Microsoft JhengHei UI" w:hAnsi="Microsoft JhengHei UI"/>
          <w:b/>
          <w:bCs/>
          <w:sz w:val="20"/>
          <w:szCs w:val="20"/>
          <w:lang w:eastAsia="zh-HK"/>
        </w:rPr>
        <w:t>址</w:t>
      </w:r>
      <w:r w:rsidR="00311A58" w:rsidRPr="000135AE">
        <w:rPr>
          <w:rFonts w:asciiTheme="majorHAnsi" w:eastAsia="Microsoft JhengHei" w:hAnsiTheme="majorHAnsi" w:cstheme="majorBidi"/>
          <w:b/>
          <w:bCs/>
          <w:color w:val="0066FF"/>
          <w:sz w:val="20"/>
          <w:szCs w:val="20"/>
          <w:lang w:eastAsia="zh-TW"/>
        </w:rPr>
        <w:t>【</w:t>
      </w:r>
      <w:r w:rsidR="00311A58" w:rsidRPr="000135AE">
        <w:rPr>
          <w:rFonts w:asciiTheme="majorHAnsi" w:eastAsia="Microsoft JhengHei" w:hAnsiTheme="majorHAnsi" w:cstheme="majorBidi"/>
          <w:b/>
          <w:bCs/>
          <w:color w:val="0066FF"/>
          <w:sz w:val="20"/>
          <w:szCs w:val="20"/>
          <w:lang w:eastAsia="zh-TW"/>
        </w:rPr>
        <w:t>GoApply</w:t>
      </w:r>
      <w:r w:rsidR="00311A58" w:rsidRPr="000135AE">
        <w:rPr>
          <w:rFonts w:asciiTheme="majorHAnsi" w:eastAsia="Microsoft JhengHei" w:hAnsiTheme="majorHAnsi" w:cstheme="majorBidi"/>
          <w:b/>
          <w:bCs/>
          <w:color w:val="0066FF"/>
          <w:sz w:val="20"/>
          <w:szCs w:val="20"/>
          <w:lang w:eastAsia="zh-TW"/>
        </w:rPr>
        <w:t>上填寫即可】</w:t>
      </w:r>
    </w:p>
    <w:p w14:paraId="3AEA13DB" w14:textId="77777777" w:rsidR="00311A58" w:rsidRPr="000135AE" w:rsidRDefault="00311A58" w:rsidP="00311A58">
      <w:pPr>
        <w:pStyle w:val="ListParagraph"/>
        <w:spacing w:after="0"/>
        <w:rPr>
          <w:rFonts w:ascii="Microsoft JhengHei UI" w:eastAsia="Microsoft JhengHei UI" w:hAnsi="Microsoft JhengHei UI"/>
          <w:sz w:val="20"/>
          <w:szCs w:val="20"/>
          <w:lang w:eastAsia="zh-TW"/>
        </w:rPr>
      </w:pPr>
    </w:p>
    <w:p w14:paraId="092B3051" w14:textId="464E0A33" w:rsidR="00CB435D" w:rsidRPr="000135AE" w:rsidRDefault="00CB435D" w:rsidP="00311A58">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性別代名詞 *</w:t>
      </w:r>
    </w:p>
    <w:tbl>
      <w:tblPr>
        <w:tblStyle w:val="TableGrid"/>
        <w:tblW w:w="0" w:type="auto"/>
        <w:tblLook w:val="04A0" w:firstRow="1" w:lastRow="0" w:firstColumn="1" w:lastColumn="0" w:noHBand="0" w:noVBand="1"/>
      </w:tblPr>
      <w:tblGrid>
        <w:gridCol w:w="9016"/>
      </w:tblGrid>
      <w:tr w:rsidR="00534694" w14:paraId="6EF961FA" w14:textId="77777777" w:rsidTr="00534694">
        <w:tc>
          <w:tcPr>
            <w:tcW w:w="9016" w:type="dxa"/>
          </w:tcPr>
          <w:p w14:paraId="442F8B22" w14:textId="77777777" w:rsidR="00534694" w:rsidRDefault="00534694" w:rsidP="00311A58">
            <w:pPr>
              <w:rPr>
                <w:rFonts w:ascii="Microsoft JhengHei UI" w:eastAsia="Microsoft JhengHei UI" w:hAnsi="Microsoft JhengHei UI"/>
                <w:b/>
                <w:bCs/>
                <w:sz w:val="20"/>
                <w:szCs w:val="20"/>
                <w:lang w:eastAsia="zh-TW"/>
              </w:rPr>
            </w:pPr>
            <w:permStart w:id="1315635992" w:edGrp="everyone" w:colFirst="0" w:colLast="0"/>
          </w:p>
        </w:tc>
      </w:tr>
      <w:permEnd w:id="1315635992"/>
    </w:tbl>
    <w:p w14:paraId="0264F3F5" w14:textId="77777777" w:rsidR="00311A58" w:rsidRPr="000135AE" w:rsidRDefault="00311A58" w:rsidP="00311A58">
      <w:pPr>
        <w:spacing w:after="0"/>
        <w:rPr>
          <w:rFonts w:ascii="Microsoft JhengHei UI" w:eastAsia="Microsoft JhengHei UI" w:hAnsi="Microsoft JhengHei UI"/>
          <w:b/>
          <w:bCs/>
          <w:sz w:val="20"/>
          <w:szCs w:val="20"/>
          <w:lang w:eastAsia="zh-TW"/>
        </w:rPr>
      </w:pPr>
    </w:p>
    <w:p w14:paraId="58E95BBB" w14:textId="233D514E" w:rsidR="00CB435D" w:rsidRPr="000135AE" w:rsidRDefault="00CB435D" w:rsidP="00311A58">
      <w:pPr>
        <w:spacing w:after="0"/>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出生日期 *</w:t>
      </w:r>
    </w:p>
    <w:tbl>
      <w:tblPr>
        <w:tblStyle w:val="TableGrid"/>
        <w:tblW w:w="0" w:type="auto"/>
        <w:tblLook w:val="04A0" w:firstRow="1" w:lastRow="0" w:firstColumn="1" w:lastColumn="0" w:noHBand="0" w:noVBand="1"/>
      </w:tblPr>
      <w:tblGrid>
        <w:gridCol w:w="9016"/>
      </w:tblGrid>
      <w:tr w:rsidR="00534694" w14:paraId="17461D9D" w14:textId="77777777" w:rsidTr="00534694">
        <w:tc>
          <w:tcPr>
            <w:tcW w:w="9016" w:type="dxa"/>
          </w:tcPr>
          <w:p w14:paraId="62E571A8" w14:textId="77777777" w:rsidR="00534694" w:rsidRDefault="00534694" w:rsidP="00311A58">
            <w:pPr>
              <w:rPr>
                <w:rFonts w:ascii="Microsoft JhengHei UI" w:eastAsia="Microsoft JhengHei UI" w:hAnsi="Microsoft JhengHei UI"/>
                <w:b/>
                <w:bCs/>
                <w:sz w:val="20"/>
                <w:szCs w:val="20"/>
              </w:rPr>
            </w:pPr>
            <w:permStart w:id="1818370012" w:edGrp="everyone" w:colFirst="0" w:colLast="0"/>
          </w:p>
        </w:tc>
      </w:tr>
      <w:permEnd w:id="1818370012"/>
    </w:tbl>
    <w:p w14:paraId="6A695398" w14:textId="77777777" w:rsidR="00311A58" w:rsidRPr="000135AE" w:rsidRDefault="00311A58" w:rsidP="00311A58">
      <w:pPr>
        <w:spacing w:after="0"/>
        <w:rPr>
          <w:rFonts w:ascii="Microsoft JhengHei UI" w:eastAsia="Microsoft JhengHei UI" w:hAnsi="Microsoft JhengHei UI"/>
          <w:b/>
          <w:bCs/>
          <w:sz w:val="20"/>
          <w:szCs w:val="20"/>
        </w:rPr>
      </w:pPr>
    </w:p>
    <w:p w14:paraId="0157DCA8" w14:textId="7E446710" w:rsidR="00311A58" w:rsidRPr="000135AE" w:rsidRDefault="00CB435D" w:rsidP="00311A58">
      <w:pPr>
        <w:spacing w:after="0"/>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出生城市 *</w:t>
      </w:r>
    </w:p>
    <w:tbl>
      <w:tblPr>
        <w:tblStyle w:val="TableGrid"/>
        <w:tblW w:w="0" w:type="auto"/>
        <w:tblLook w:val="04A0" w:firstRow="1" w:lastRow="0" w:firstColumn="1" w:lastColumn="0" w:noHBand="0" w:noVBand="1"/>
      </w:tblPr>
      <w:tblGrid>
        <w:gridCol w:w="9016"/>
      </w:tblGrid>
      <w:tr w:rsidR="00534694" w14:paraId="254414C7" w14:textId="77777777" w:rsidTr="00534694">
        <w:tc>
          <w:tcPr>
            <w:tcW w:w="9016" w:type="dxa"/>
          </w:tcPr>
          <w:p w14:paraId="5C28D36E" w14:textId="146DD44E" w:rsidR="00534694" w:rsidRDefault="00534694" w:rsidP="00311A58">
            <w:pPr>
              <w:rPr>
                <w:rFonts w:ascii="Microsoft JhengHei UI" w:eastAsia="Microsoft JhengHei UI" w:hAnsi="Microsoft JhengHei UI"/>
                <w:sz w:val="20"/>
                <w:szCs w:val="20"/>
              </w:rPr>
            </w:pPr>
            <w:permStart w:id="540171394" w:edGrp="everyone" w:colFirst="0" w:colLast="0"/>
          </w:p>
        </w:tc>
      </w:tr>
      <w:permEnd w:id="540171394"/>
    </w:tbl>
    <w:p w14:paraId="328F9A8C" w14:textId="77777777" w:rsidR="00311A58" w:rsidRPr="000135AE" w:rsidRDefault="00311A58" w:rsidP="00311A58">
      <w:pPr>
        <w:spacing w:after="0"/>
        <w:rPr>
          <w:rFonts w:ascii="Microsoft JhengHei UI" w:eastAsia="Microsoft JhengHei UI" w:hAnsi="Microsoft JhengHei UI"/>
          <w:sz w:val="20"/>
          <w:szCs w:val="20"/>
        </w:rPr>
      </w:pPr>
    </w:p>
    <w:p w14:paraId="0825C0DA" w14:textId="65B8E5E1" w:rsidR="00CB435D" w:rsidRPr="000135AE" w:rsidRDefault="00CB435D" w:rsidP="00311A58">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出生</w:t>
      </w:r>
      <w:r w:rsidR="00747521" w:rsidRPr="000135AE">
        <w:rPr>
          <w:rFonts w:ascii="Microsoft JhengHei UI" w:eastAsia="Microsoft JhengHei UI" w:hAnsi="Microsoft JhengHei UI"/>
          <w:b/>
          <w:bCs/>
          <w:sz w:val="20"/>
          <w:szCs w:val="20"/>
          <w:lang w:eastAsia="zh-TW"/>
        </w:rPr>
        <w:t>國家或區域</w:t>
      </w:r>
      <w:r w:rsidRPr="000135AE">
        <w:rPr>
          <w:rFonts w:ascii="Microsoft JhengHei UI" w:eastAsia="Microsoft JhengHei UI" w:hAnsi="Microsoft JhengHei UI"/>
          <w:b/>
          <w:bCs/>
          <w:sz w:val="20"/>
          <w:szCs w:val="20"/>
          <w:lang w:eastAsia="zh-TW"/>
        </w:rPr>
        <w:t xml:space="preserve"> *</w:t>
      </w:r>
    </w:p>
    <w:tbl>
      <w:tblPr>
        <w:tblStyle w:val="TableGrid"/>
        <w:tblW w:w="0" w:type="auto"/>
        <w:tblLook w:val="04A0" w:firstRow="1" w:lastRow="0" w:firstColumn="1" w:lastColumn="0" w:noHBand="0" w:noVBand="1"/>
      </w:tblPr>
      <w:tblGrid>
        <w:gridCol w:w="9016"/>
      </w:tblGrid>
      <w:tr w:rsidR="00534694" w14:paraId="574B9B09" w14:textId="77777777" w:rsidTr="00534694">
        <w:tc>
          <w:tcPr>
            <w:tcW w:w="9016" w:type="dxa"/>
          </w:tcPr>
          <w:p w14:paraId="549E4861" w14:textId="77777777" w:rsidR="00534694" w:rsidRDefault="00534694" w:rsidP="00311A58">
            <w:pPr>
              <w:rPr>
                <w:rFonts w:ascii="Microsoft JhengHei UI" w:eastAsia="Microsoft JhengHei UI" w:hAnsi="Microsoft JhengHei UI"/>
                <w:b/>
                <w:bCs/>
                <w:sz w:val="20"/>
                <w:szCs w:val="20"/>
                <w:lang w:eastAsia="zh-TW"/>
              </w:rPr>
            </w:pPr>
            <w:permStart w:id="407320836" w:edGrp="everyone" w:colFirst="0" w:colLast="0"/>
          </w:p>
        </w:tc>
      </w:tr>
      <w:permEnd w:id="407320836"/>
    </w:tbl>
    <w:p w14:paraId="61EA2C3B" w14:textId="77777777" w:rsidR="00311A58" w:rsidRPr="000135AE" w:rsidRDefault="00311A58" w:rsidP="00311A58">
      <w:pPr>
        <w:spacing w:after="0"/>
        <w:rPr>
          <w:rFonts w:ascii="Microsoft JhengHei UI" w:eastAsia="Microsoft JhengHei UI" w:hAnsi="Microsoft JhengHei UI"/>
          <w:b/>
          <w:bCs/>
          <w:sz w:val="20"/>
          <w:szCs w:val="20"/>
          <w:lang w:eastAsia="zh-TW"/>
        </w:rPr>
      </w:pPr>
    </w:p>
    <w:p w14:paraId="2B642E7C" w14:textId="49B939C6" w:rsidR="00CB435D" w:rsidRPr="000135AE" w:rsidRDefault="00CB435D" w:rsidP="00311A58">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您在以下哪一個符合資格的</w:t>
      </w:r>
      <w:r w:rsidR="00747521" w:rsidRPr="000135AE">
        <w:rPr>
          <w:rFonts w:ascii="Microsoft JhengHei UI" w:eastAsia="Microsoft JhengHei UI" w:hAnsi="Microsoft JhengHei UI"/>
          <w:b/>
          <w:bCs/>
          <w:sz w:val="20"/>
          <w:szCs w:val="20"/>
          <w:lang w:eastAsia="zh-TW"/>
        </w:rPr>
        <w:t>國家或區域</w:t>
      </w:r>
      <w:r w:rsidRPr="000135AE">
        <w:rPr>
          <w:rFonts w:ascii="Microsoft JhengHei UI" w:eastAsia="Microsoft JhengHei UI" w:hAnsi="Microsoft JhengHei UI"/>
          <w:b/>
          <w:bCs/>
          <w:sz w:val="20"/>
          <w:szCs w:val="20"/>
          <w:lang w:eastAsia="zh-TW"/>
        </w:rPr>
        <w:t>持有公民或合法永久居民身份？ *</w:t>
      </w:r>
      <w:r w:rsidRPr="000135AE">
        <w:rPr>
          <w:rFonts w:ascii="Microsoft JhengHei UI" w:eastAsia="Microsoft JhengHei UI" w:hAnsi="Microsoft JhengHei UI"/>
          <w:sz w:val="20"/>
          <w:szCs w:val="20"/>
          <w:lang w:eastAsia="zh-TW"/>
        </w:rPr>
        <w:t xml:space="preserve"> </w:t>
      </w:r>
    </w:p>
    <w:p w14:paraId="7472E4D9" w14:textId="6B8F1AFD" w:rsidR="00CB435D" w:rsidRPr="00BF0C8D" w:rsidRDefault="00CB435D" w:rsidP="00BF0C8D">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請注意，美國公民（包括雙重國籍）和美國永久居民不符合申請研究生獎助計劃的資格。</w:t>
      </w:r>
    </w:p>
    <w:p w14:paraId="76C24FBD" w14:textId="7B5EA68F" w:rsidR="00CB435D" w:rsidRPr="000135AE" w:rsidRDefault="00CB435D" w:rsidP="00311A58">
      <w:pPr>
        <w:spacing w:after="0"/>
        <w:rPr>
          <w:rFonts w:ascii="Microsoft JhengHei UI" w:eastAsia="Microsoft JhengHei UI" w:hAnsi="Microsoft JhengHei UI" w:cs="PingFang TC"/>
          <w:color w:val="000000"/>
          <w:sz w:val="20"/>
          <w:szCs w:val="20"/>
          <w:lang w:eastAsia="zh-TW"/>
        </w:rPr>
      </w:pPr>
      <w:r w:rsidRPr="000135AE">
        <w:rPr>
          <w:rFonts w:ascii="Microsoft JhengHei UI" w:eastAsia="Microsoft JhengHei UI" w:hAnsi="Microsoft JhengHei UI"/>
          <w:b/>
          <w:bCs/>
          <w:color w:val="000000"/>
          <w:sz w:val="20"/>
          <w:szCs w:val="20"/>
          <w:lang w:eastAsia="zh-TW"/>
        </w:rPr>
        <w:t>符合資格的</w:t>
      </w:r>
      <w:r w:rsidR="00747521" w:rsidRPr="000135AE">
        <w:rPr>
          <w:rFonts w:ascii="Microsoft JhengHei UI" w:eastAsia="Microsoft JhengHei UI" w:hAnsi="Microsoft JhengHei UI"/>
          <w:b/>
          <w:bCs/>
          <w:color w:val="000000"/>
          <w:sz w:val="20"/>
          <w:szCs w:val="20"/>
          <w:lang w:eastAsia="zh-TW"/>
        </w:rPr>
        <w:t>國家及區域</w:t>
      </w:r>
      <w:r w:rsidRPr="000135AE">
        <w:rPr>
          <w:rFonts w:ascii="Microsoft JhengHei UI" w:eastAsia="Microsoft JhengHei UI" w:hAnsi="Microsoft JhengHei UI"/>
          <w:color w:val="000000"/>
          <w:sz w:val="20"/>
          <w:szCs w:val="20"/>
          <w:lang w:eastAsia="zh-TW"/>
        </w:rPr>
        <w:t>：阿富汗、孟加拉、不丹、汶萊、柬埔寨、中國</w:t>
      </w:r>
      <w:r w:rsidRPr="000135AE">
        <w:rPr>
          <w:rFonts w:ascii="Microsoft JhengHei UI" w:eastAsia="Microsoft JhengHei UI" w:hAnsi="Microsoft JhengHei UI" w:cs="Microsoft JhengHei" w:hint="eastAsia"/>
          <w:color w:val="000000"/>
          <w:sz w:val="20"/>
          <w:szCs w:val="20"/>
          <w:lang w:eastAsia="zh-TW"/>
        </w:rPr>
        <w:t>內</w:t>
      </w:r>
      <w:r w:rsidRPr="000135AE">
        <w:rPr>
          <w:rFonts w:ascii="Microsoft JhengHei UI" w:eastAsia="Microsoft JhengHei UI" w:hAnsi="Microsoft JhengHei UI"/>
          <w:color w:val="000000"/>
          <w:sz w:val="20"/>
          <w:szCs w:val="20"/>
          <w:lang w:eastAsia="zh-TW"/>
        </w:rPr>
        <w:t>地、東帝汶、香港特別行政區、印度、印尼、日本、韓國、老撾、澳門特別行政區、馬來西亞、蒙古、緬甸、尼泊爾、巴基斯坦、菲律賓、新加坡、斯里蘭卡、臺灣、泰國及越南</w:t>
      </w:r>
      <w:r w:rsidRPr="000135AE">
        <w:rPr>
          <w:rFonts w:ascii="Microsoft JhengHei UI" w:eastAsia="Microsoft JhengHei UI" w:hAnsi="Microsoft JhengHei UI" w:cs="PingFang TC" w:hint="eastAsia"/>
          <w:color w:val="000000"/>
          <w:sz w:val="20"/>
          <w:szCs w:val="20"/>
          <w:lang w:eastAsia="zh-TW"/>
        </w:rPr>
        <w:t>。</w:t>
      </w:r>
    </w:p>
    <w:tbl>
      <w:tblPr>
        <w:tblStyle w:val="TableGrid"/>
        <w:tblW w:w="9085" w:type="dxa"/>
        <w:tblLook w:val="04A0" w:firstRow="1" w:lastRow="0" w:firstColumn="1" w:lastColumn="0" w:noHBand="0" w:noVBand="1"/>
      </w:tblPr>
      <w:tblGrid>
        <w:gridCol w:w="9085"/>
      </w:tblGrid>
      <w:tr w:rsidR="00311A58" w:rsidRPr="000135AE" w14:paraId="4EB2FBCF" w14:textId="77777777" w:rsidTr="00534694">
        <w:tc>
          <w:tcPr>
            <w:tcW w:w="9085" w:type="dxa"/>
          </w:tcPr>
          <w:p w14:paraId="13CA307E" w14:textId="77777777" w:rsidR="00311A58" w:rsidRPr="000135AE" w:rsidRDefault="00311A58" w:rsidP="00311A58">
            <w:pPr>
              <w:rPr>
                <w:rFonts w:ascii="Microsoft JhengHei UI" w:eastAsia="Microsoft JhengHei UI" w:hAnsi="Microsoft JhengHei UI" w:cs="PingFang TC"/>
                <w:color w:val="000000"/>
                <w:sz w:val="20"/>
                <w:szCs w:val="20"/>
                <w:lang w:eastAsia="zh-TW"/>
              </w:rPr>
            </w:pPr>
            <w:permStart w:id="1015234872" w:edGrp="everyone" w:colFirst="0" w:colLast="0"/>
          </w:p>
        </w:tc>
      </w:tr>
      <w:permEnd w:id="1015234872"/>
    </w:tbl>
    <w:p w14:paraId="2635E899" w14:textId="77777777" w:rsidR="00311A58" w:rsidRPr="000135AE" w:rsidRDefault="00311A58" w:rsidP="00311A58">
      <w:pPr>
        <w:spacing w:after="0"/>
        <w:rPr>
          <w:rFonts w:ascii="Microsoft JhengHei UI" w:eastAsia="Microsoft JhengHei UI" w:hAnsi="Microsoft JhengHei UI" w:cs="PingFang TC"/>
          <w:color w:val="000000"/>
          <w:sz w:val="20"/>
          <w:szCs w:val="20"/>
          <w:lang w:eastAsia="zh-TW"/>
        </w:rPr>
      </w:pPr>
    </w:p>
    <w:p w14:paraId="177A100E" w14:textId="01EA186E" w:rsidR="00CB435D" w:rsidRPr="000135AE" w:rsidRDefault="00CB435D" w:rsidP="00311A58">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請列出您持有公民或居民身份的任何其他</w:t>
      </w:r>
      <w:r w:rsidR="00747521" w:rsidRPr="000135AE">
        <w:rPr>
          <w:rFonts w:ascii="Microsoft JhengHei UI" w:eastAsia="Microsoft JhengHei UI" w:hAnsi="Microsoft JhengHei UI"/>
          <w:b/>
          <w:bCs/>
          <w:sz w:val="20"/>
          <w:szCs w:val="20"/>
          <w:lang w:eastAsia="zh-TW"/>
        </w:rPr>
        <w:t>國家或區域</w:t>
      </w:r>
      <w:r w:rsidRPr="000135AE">
        <w:rPr>
          <w:rFonts w:ascii="Microsoft JhengHei UI" w:eastAsia="Microsoft JhengHei UI" w:hAnsi="Microsoft JhengHei UI"/>
          <w:b/>
          <w:bCs/>
          <w:sz w:val="20"/>
          <w:szCs w:val="20"/>
          <w:lang w:eastAsia="zh-TW"/>
        </w:rPr>
        <w:t>。亦請註明身份類型。</w:t>
      </w:r>
    </w:p>
    <w:p w14:paraId="40C6AF72" w14:textId="77777777" w:rsidR="00CB435D" w:rsidRPr="000135AE" w:rsidRDefault="00CB435D" w:rsidP="00311A58">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回覆範例：「美國（雙重公民）」或「加拿大（合法永久居民）」</w:t>
      </w:r>
    </w:p>
    <w:tbl>
      <w:tblPr>
        <w:tblStyle w:val="TableGrid"/>
        <w:tblW w:w="9085" w:type="dxa"/>
        <w:tblLook w:val="04A0" w:firstRow="1" w:lastRow="0" w:firstColumn="1" w:lastColumn="0" w:noHBand="0" w:noVBand="1"/>
      </w:tblPr>
      <w:tblGrid>
        <w:gridCol w:w="9085"/>
      </w:tblGrid>
      <w:tr w:rsidR="00311A58" w:rsidRPr="000135AE" w14:paraId="28CD00DF" w14:textId="77777777" w:rsidTr="00534694">
        <w:tc>
          <w:tcPr>
            <w:tcW w:w="9085" w:type="dxa"/>
          </w:tcPr>
          <w:p w14:paraId="0E45DA1B" w14:textId="77777777" w:rsidR="00311A58" w:rsidRPr="000135AE" w:rsidRDefault="00311A58" w:rsidP="00311A58">
            <w:pPr>
              <w:rPr>
                <w:rFonts w:ascii="Microsoft JhengHei UI" w:eastAsia="Microsoft JhengHei UI" w:hAnsi="Microsoft JhengHei UI"/>
                <w:sz w:val="20"/>
                <w:szCs w:val="20"/>
                <w:lang w:eastAsia="zh-TW"/>
              </w:rPr>
            </w:pPr>
            <w:permStart w:id="765017139" w:edGrp="everyone" w:colFirst="0" w:colLast="0"/>
          </w:p>
        </w:tc>
      </w:tr>
      <w:permEnd w:id="765017139"/>
    </w:tbl>
    <w:p w14:paraId="23CC8F12" w14:textId="77777777" w:rsidR="00311A58" w:rsidRPr="00311A58" w:rsidRDefault="00311A58" w:rsidP="00311A58">
      <w:pPr>
        <w:spacing w:after="0"/>
        <w:rPr>
          <w:rFonts w:ascii="Microsoft JhengHei UI" w:eastAsia="Microsoft JhengHei UI" w:hAnsi="Microsoft JhengHei UI"/>
          <w:sz w:val="24"/>
          <w:szCs w:val="24"/>
          <w:lang w:eastAsia="zh-TW"/>
        </w:rPr>
      </w:pPr>
    </w:p>
    <w:p w14:paraId="0EC938E8" w14:textId="3B6AB56D" w:rsidR="001067FD" w:rsidRPr="00556965" w:rsidRDefault="00B7371E" w:rsidP="00556965">
      <w:pPr>
        <w:keepNext/>
        <w:rPr>
          <w:rFonts w:ascii="Microsoft JhengHei UI" w:eastAsia="Microsoft JhengHei UI" w:hAnsi="Microsoft JhengHei UI"/>
          <w:b/>
          <w:sz w:val="24"/>
          <w:szCs w:val="24"/>
          <w:u w:val="single"/>
          <w:lang w:eastAsia="zh-TW"/>
        </w:rPr>
      </w:pPr>
      <w:r w:rsidRPr="00556965">
        <w:rPr>
          <w:rFonts w:ascii="Microsoft JhengHei UI" w:eastAsia="Microsoft JhengHei UI" w:hAnsi="Microsoft JhengHei UI"/>
          <w:b/>
          <w:sz w:val="24"/>
          <w:szCs w:val="24"/>
          <w:u w:val="single"/>
          <w:lang w:eastAsia="zh-TW"/>
        </w:rPr>
        <w:t>背景與資歷</w:t>
      </w:r>
    </w:p>
    <w:p w14:paraId="1430058D" w14:textId="7E9C3FF9" w:rsidR="00CB435D" w:rsidRPr="000135AE" w:rsidRDefault="00CB435D" w:rsidP="00AB32D4">
      <w:pPr>
        <w:spacing w:after="0"/>
        <w:rPr>
          <w:rFonts w:ascii="Microsoft JhengHei UI" w:eastAsia="Microsoft JhengHei UI" w:hAnsi="Microsoft JhengHei UI"/>
          <w:b/>
          <w:bCs/>
          <w:sz w:val="20"/>
          <w:szCs w:val="20"/>
          <w:lang w:eastAsia="zh-TW"/>
        </w:rPr>
      </w:pPr>
      <w:r w:rsidRPr="000135AE">
        <w:rPr>
          <w:rFonts w:ascii="Microsoft JhengHei UI" w:eastAsia="Microsoft JhengHei UI" w:hAnsi="Microsoft JhengHei UI"/>
          <w:b/>
          <w:bCs/>
          <w:sz w:val="20"/>
          <w:szCs w:val="20"/>
          <w:lang w:eastAsia="zh-TW"/>
        </w:rPr>
        <w:t>以下哪一個</w:t>
      </w:r>
      <w:r w:rsidR="00747521" w:rsidRPr="000135AE">
        <w:rPr>
          <w:rFonts w:ascii="Microsoft JhengHei UI" w:eastAsia="Microsoft JhengHei UI" w:hAnsi="Microsoft JhengHei UI"/>
          <w:b/>
          <w:bCs/>
          <w:sz w:val="20"/>
          <w:szCs w:val="20"/>
          <w:lang w:eastAsia="zh-TW"/>
        </w:rPr>
        <w:t>藝術範疇</w:t>
      </w:r>
      <w:r w:rsidRPr="000135AE">
        <w:rPr>
          <w:rFonts w:ascii="Microsoft JhengHei UI" w:eastAsia="Microsoft JhengHei UI" w:hAnsi="Microsoft JhengHei UI"/>
          <w:b/>
          <w:bCs/>
          <w:sz w:val="20"/>
          <w:szCs w:val="20"/>
          <w:lang w:eastAsia="zh-TW"/>
        </w:rPr>
        <w:t>最</w:t>
      </w:r>
      <w:r w:rsidRPr="000135AE">
        <w:rPr>
          <w:rFonts w:ascii="Microsoft JhengHei UI" w:eastAsia="Microsoft JhengHei UI" w:hAnsi="Microsoft JhengHei UI" w:hint="eastAsia"/>
          <w:b/>
          <w:bCs/>
          <w:sz w:val="20"/>
          <w:szCs w:val="20"/>
          <w:lang w:eastAsia="zh-TW"/>
        </w:rPr>
        <w:t>能</w:t>
      </w:r>
      <w:r w:rsidRPr="000135AE">
        <w:rPr>
          <w:rFonts w:ascii="Microsoft JhengHei UI" w:eastAsia="Microsoft JhengHei UI" w:hAnsi="Microsoft JhengHei UI"/>
          <w:b/>
          <w:bCs/>
          <w:sz w:val="20"/>
          <w:szCs w:val="20"/>
          <w:lang w:eastAsia="zh-TW"/>
        </w:rPr>
        <w:t>準確對應您</w:t>
      </w:r>
      <w:r w:rsidRPr="000135AE">
        <w:rPr>
          <w:rFonts w:ascii="Microsoft JhengHei UI" w:eastAsia="Microsoft JhengHei UI" w:hAnsi="Microsoft JhengHei UI" w:hint="eastAsia"/>
          <w:b/>
          <w:bCs/>
          <w:sz w:val="20"/>
          <w:szCs w:val="20"/>
          <w:lang w:eastAsia="zh-TW"/>
        </w:rPr>
        <w:t>目前</w:t>
      </w:r>
      <w:r w:rsidRPr="000135AE">
        <w:rPr>
          <w:rFonts w:ascii="Microsoft JhengHei UI" w:eastAsia="Microsoft JhengHei UI" w:hAnsi="Microsoft JhengHei UI"/>
          <w:b/>
          <w:bCs/>
          <w:sz w:val="20"/>
          <w:szCs w:val="20"/>
          <w:lang w:eastAsia="zh-TW"/>
        </w:rPr>
        <w:t>作為藝術家、學者或藝術專業人士的</w:t>
      </w:r>
      <w:r w:rsidRPr="000135AE">
        <w:rPr>
          <w:rFonts w:ascii="Microsoft JhengHei UI" w:eastAsia="Microsoft JhengHei UI" w:hAnsi="Microsoft JhengHei UI" w:hint="eastAsia"/>
          <w:b/>
          <w:bCs/>
          <w:sz w:val="20"/>
          <w:szCs w:val="20"/>
          <w:lang w:eastAsia="zh-TW"/>
        </w:rPr>
        <w:t>主要專長</w:t>
      </w:r>
      <w:r w:rsidRPr="000135AE">
        <w:rPr>
          <w:rFonts w:ascii="Microsoft JhengHei UI" w:eastAsia="Microsoft JhengHei UI" w:hAnsi="Microsoft JhengHei UI"/>
          <w:b/>
          <w:bCs/>
          <w:sz w:val="20"/>
          <w:szCs w:val="20"/>
          <w:lang w:eastAsia="zh-TW"/>
        </w:rPr>
        <w:t>？ *</w:t>
      </w:r>
    </w:p>
    <w:tbl>
      <w:tblPr>
        <w:tblStyle w:val="TableGrid"/>
        <w:tblW w:w="9085" w:type="dxa"/>
        <w:tblLook w:val="04A0" w:firstRow="1" w:lastRow="0" w:firstColumn="1" w:lastColumn="0" w:noHBand="0" w:noVBand="1"/>
      </w:tblPr>
      <w:tblGrid>
        <w:gridCol w:w="738"/>
        <w:gridCol w:w="3690"/>
        <w:gridCol w:w="630"/>
        <w:gridCol w:w="4027"/>
      </w:tblGrid>
      <w:tr w:rsidR="00AB32D4" w:rsidRPr="000135AE" w14:paraId="147359CB" w14:textId="77777777" w:rsidTr="00534694">
        <w:tc>
          <w:tcPr>
            <w:tcW w:w="738" w:type="dxa"/>
          </w:tcPr>
          <w:p w14:paraId="78B67B95" w14:textId="77777777" w:rsidR="00AB32D4" w:rsidRPr="000135AE" w:rsidRDefault="00AB32D4" w:rsidP="00AB32D4">
            <w:pPr>
              <w:rPr>
                <w:rFonts w:ascii="Microsoft JhengHei UI" w:eastAsia="Microsoft JhengHei UI" w:hAnsi="Microsoft JhengHei UI"/>
                <w:sz w:val="20"/>
                <w:szCs w:val="20"/>
                <w:lang w:eastAsia="zh-TW"/>
              </w:rPr>
            </w:pPr>
            <w:permStart w:id="64357759" w:edGrp="everyone" w:colFirst="2" w:colLast="2"/>
            <w:permStart w:id="1396145736" w:edGrp="everyone" w:colFirst="0" w:colLast="0"/>
          </w:p>
        </w:tc>
        <w:tc>
          <w:tcPr>
            <w:tcW w:w="3690" w:type="dxa"/>
          </w:tcPr>
          <w:p w14:paraId="2E1F1BAF" w14:textId="41B83434"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建築（設計、歷史與理論）</w:t>
            </w:r>
          </w:p>
        </w:tc>
        <w:tc>
          <w:tcPr>
            <w:tcW w:w="630" w:type="dxa"/>
          </w:tcPr>
          <w:p w14:paraId="0572882B" w14:textId="799D99B8" w:rsidR="00AB32D4" w:rsidRPr="000135AE" w:rsidRDefault="00AB32D4" w:rsidP="00AB32D4">
            <w:pPr>
              <w:rPr>
                <w:rFonts w:ascii="Microsoft JhengHei UI" w:eastAsia="Microsoft JhengHei UI" w:hAnsi="Microsoft JhengHei UI"/>
                <w:sz w:val="20"/>
                <w:szCs w:val="20"/>
                <w:lang w:eastAsia="zh-TW"/>
              </w:rPr>
            </w:pPr>
          </w:p>
        </w:tc>
        <w:tc>
          <w:tcPr>
            <w:tcW w:w="4027" w:type="dxa"/>
          </w:tcPr>
          <w:p w14:paraId="15DE83CF" w14:textId="10339118"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舞蹈</w:t>
            </w:r>
          </w:p>
        </w:tc>
      </w:tr>
      <w:tr w:rsidR="00AB32D4" w:rsidRPr="000135AE" w14:paraId="57823D5A" w14:textId="77777777" w:rsidTr="00534694">
        <w:tc>
          <w:tcPr>
            <w:tcW w:w="738" w:type="dxa"/>
          </w:tcPr>
          <w:p w14:paraId="784C1EC4" w14:textId="77777777" w:rsidR="00AB32D4" w:rsidRPr="000135AE" w:rsidRDefault="00AB32D4" w:rsidP="00AB32D4">
            <w:pPr>
              <w:rPr>
                <w:rFonts w:ascii="Microsoft JhengHei UI" w:eastAsia="Microsoft JhengHei UI" w:hAnsi="Microsoft JhengHei UI"/>
                <w:sz w:val="20"/>
                <w:szCs w:val="20"/>
                <w:lang w:eastAsia="zh-TW"/>
              </w:rPr>
            </w:pPr>
            <w:permStart w:id="1843992099" w:edGrp="everyone" w:colFirst="2" w:colLast="2"/>
            <w:permStart w:id="1922641505" w:edGrp="everyone" w:colFirst="0" w:colLast="0"/>
            <w:permEnd w:id="64357759"/>
            <w:permEnd w:id="1396145736"/>
          </w:p>
        </w:tc>
        <w:tc>
          <w:tcPr>
            <w:tcW w:w="3690" w:type="dxa"/>
          </w:tcPr>
          <w:p w14:paraId="16735A15" w14:textId="5A9A5D13"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考古學</w:t>
            </w:r>
          </w:p>
        </w:tc>
        <w:tc>
          <w:tcPr>
            <w:tcW w:w="630" w:type="dxa"/>
          </w:tcPr>
          <w:p w14:paraId="28488010" w14:textId="7A75DB84" w:rsidR="00AB32D4" w:rsidRPr="000135AE" w:rsidRDefault="00AB32D4" w:rsidP="00AB32D4">
            <w:pPr>
              <w:rPr>
                <w:rFonts w:ascii="Microsoft JhengHei UI" w:eastAsia="Microsoft JhengHei UI" w:hAnsi="Microsoft JhengHei UI"/>
                <w:sz w:val="20"/>
                <w:szCs w:val="20"/>
                <w:lang w:eastAsia="zh-TW"/>
              </w:rPr>
            </w:pPr>
          </w:p>
        </w:tc>
        <w:tc>
          <w:tcPr>
            <w:tcW w:w="4027" w:type="dxa"/>
          </w:tcPr>
          <w:p w14:paraId="0065ABF3" w14:textId="6A897E7C"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民族音樂學</w:t>
            </w:r>
          </w:p>
        </w:tc>
      </w:tr>
      <w:tr w:rsidR="00AB32D4" w:rsidRPr="000135AE" w14:paraId="06CC9C2A" w14:textId="77777777" w:rsidTr="00534694">
        <w:tc>
          <w:tcPr>
            <w:tcW w:w="738" w:type="dxa"/>
          </w:tcPr>
          <w:p w14:paraId="4B259CDF" w14:textId="77777777" w:rsidR="00AB32D4" w:rsidRPr="000135AE" w:rsidRDefault="00AB32D4" w:rsidP="00AB32D4">
            <w:pPr>
              <w:rPr>
                <w:rFonts w:ascii="Microsoft JhengHei UI" w:eastAsia="Microsoft JhengHei UI" w:hAnsi="Microsoft JhengHei UI"/>
                <w:sz w:val="20"/>
                <w:szCs w:val="20"/>
                <w:lang w:eastAsia="zh-TW"/>
              </w:rPr>
            </w:pPr>
            <w:permStart w:id="285824105" w:edGrp="everyone" w:colFirst="2" w:colLast="2"/>
            <w:permStart w:id="774125826" w:edGrp="everyone" w:colFirst="0" w:colLast="0"/>
            <w:permEnd w:id="1843992099"/>
            <w:permEnd w:id="1922641505"/>
          </w:p>
        </w:tc>
        <w:tc>
          <w:tcPr>
            <w:tcW w:w="3690" w:type="dxa"/>
          </w:tcPr>
          <w:p w14:paraId="395464C2" w14:textId="06EFDDF9"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藝術史</w:t>
            </w:r>
          </w:p>
        </w:tc>
        <w:tc>
          <w:tcPr>
            <w:tcW w:w="630" w:type="dxa"/>
          </w:tcPr>
          <w:p w14:paraId="3A7888C1" w14:textId="6253864F" w:rsidR="00AB32D4" w:rsidRPr="000135AE" w:rsidRDefault="00AB32D4" w:rsidP="00AB32D4">
            <w:pPr>
              <w:rPr>
                <w:rFonts w:ascii="Microsoft JhengHei UI" w:eastAsia="Microsoft JhengHei UI" w:hAnsi="Microsoft JhengHei UI"/>
                <w:sz w:val="20"/>
                <w:szCs w:val="20"/>
                <w:lang w:eastAsia="zh-TW"/>
              </w:rPr>
            </w:pPr>
          </w:p>
        </w:tc>
        <w:tc>
          <w:tcPr>
            <w:tcW w:w="4027" w:type="dxa"/>
          </w:tcPr>
          <w:p w14:paraId="3D231AEC" w14:textId="4612574C"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電影 (</w:t>
            </w:r>
            <w:r w:rsidRPr="000135AE">
              <w:rPr>
                <w:rFonts w:ascii="Microsoft JhengHei UI" w:eastAsia="Microsoft JhengHei UI" w:hAnsi="Microsoft JhengHei UI" w:cs="Microsoft JhengHei"/>
                <w:sz w:val="20"/>
                <w:szCs w:val="20"/>
                <w:lang w:eastAsia="zh-HK"/>
              </w:rPr>
              <w:t>請注意</w:t>
            </w:r>
            <w:r w:rsidRPr="000135AE">
              <w:rPr>
                <w:rFonts w:ascii="Microsoft JhengHei UI" w:eastAsia="Microsoft JhengHei UI" w:hAnsi="Microsoft JhengHei UI"/>
                <w:sz w:val="20"/>
                <w:szCs w:val="20"/>
                <w:lang w:eastAsia="zh-TW"/>
              </w:rPr>
              <w:t>，</w:t>
            </w:r>
            <w:r w:rsidRPr="000135AE">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AB32D4" w:rsidRPr="000135AE" w14:paraId="36744F54" w14:textId="77777777" w:rsidTr="00534694">
        <w:tc>
          <w:tcPr>
            <w:tcW w:w="738" w:type="dxa"/>
          </w:tcPr>
          <w:p w14:paraId="012F53BA" w14:textId="77777777" w:rsidR="00AB32D4" w:rsidRPr="000135AE" w:rsidRDefault="00AB32D4" w:rsidP="00AB32D4">
            <w:pPr>
              <w:rPr>
                <w:rFonts w:ascii="Microsoft JhengHei UI" w:eastAsia="Microsoft JhengHei UI" w:hAnsi="Microsoft JhengHei UI"/>
                <w:sz w:val="20"/>
                <w:szCs w:val="20"/>
                <w:lang w:eastAsia="zh-TW"/>
              </w:rPr>
            </w:pPr>
            <w:permStart w:id="2035763404" w:edGrp="everyone" w:colFirst="2" w:colLast="2"/>
            <w:permStart w:id="685467649" w:edGrp="everyone" w:colFirst="0" w:colLast="0"/>
            <w:permEnd w:id="285824105"/>
            <w:permEnd w:id="774125826"/>
          </w:p>
        </w:tc>
        <w:tc>
          <w:tcPr>
            <w:tcW w:w="3690" w:type="dxa"/>
          </w:tcPr>
          <w:p w14:paraId="1EA8FE27" w14:textId="6013D871"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藝術行政</w:t>
            </w:r>
          </w:p>
        </w:tc>
        <w:tc>
          <w:tcPr>
            <w:tcW w:w="630" w:type="dxa"/>
          </w:tcPr>
          <w:p w14:paraId="728FB539" w14:textId="75AA3B11" w:rsidR="00AB32D4" w:rsidRPr="000135AE" w:rsidRDefault="00AB32D4" w:rsidP="00AB32D4">
            <w:pPr>
              <w:rPr>
                <w:rFonts w:ascii="Microsoft JhengHei UI" w:eastAsia="Microsoft JhengHei UI" w:hAnsi="Microsoft JhengHei UI"/>
                <w:sz w:val="20"/>
                <w:szCs w:val="20"/>
                <w:lang w:eastAsia="zh-TW"/>
              </w:rPr>
            </w:pPr>
          </w:p>
        </w:tc>
        <w:tc>
          <w:tcPr>
            <w:tcW w:w="4027" w:type="dxa"/>
          </w:tcPr>
          <w:p w14:paraId="0E282DDE" w14:textId="304FDBE7"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文學</w:t>
            </w:r>
          </w:p>
        </w:tc>
      </w:tr>
      <w:tr w:rsidR="00AB32D4" w:rsidRPr="000135AE" w14:paraId="540C4C5C" w14:textId="77777777" w:rsidTr="00534694">
        <w:trPr>
          <w:trHeight w:val="350"/>
        </w:trPr>
        <w:tc>
          <w:tcPr>
            <w:tcW w:w="738" w:type="dxa"/>
          </w:tcPr>
          <w:p w14:paraId="483B84FC" w14:textId="77777777" w:rsidR="00AB32D4" w:rsidRPr="000135AE" w:rsidRDefault="00AB32D4" w:rsidP="00AB32D4">
            <w:pPr>
              <w:rPr>
                <w:rFonts w:ascii="Microsoft JhengHei UI" w:eastAsia="Microsoft JhengHei UI" w:hAnsi="Microsoft JhengHei UI"/>
                <w:sz w:val="20"/>
                <w:szCs w:val="20"/>
                <w:lang w:eastAsia="zh-TW"/>
              </w:rPr>
            </w:pPr>
            <w:permStart w:id="1351043005" w:edGrp="everyone" w:colFirst="2" w:colLast="2"/>
            <w:permStart w:id="274338783" w:edGrp="everyone" w:colFirst="0" w:colLast="0"/>
            <w:permEnd w:id="2035763404"/>
            <w:permEnd w:id="685467649"/>
          </w:p>
        </w:tc>
        <w:tc>
          <w:tcPr>
            <w:tcW w:w="3690" w:type="dxa"/>
          </w:tcPr>
          <w:p w14:paraId="0CA4D6FE" w14:textId="5FF2A09B"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藝術評論</w:t>
            </w:r>
          </w:p>
        </w:tc>
        <w:tc>
          <w:tcPr>
            <w:tcW w:w="630" w:type="dxa"/>
          </w:tcPr>
          <w:p w14:paraId="27140D67" w14:textId="542AE520" w:rsidR="00AB32D4" w:rsidRPr="000135AE" w:rsidRDefault="00AB32D4" w:rsidP="00AB32D4">
            <w:pPr>
              <w:rPr>
                <w:rFonts w:ascii="Microsoft JhengHei UI" w:eastAsia="Microsoft JhengHei UI" w:hAnsi="Microsoft JhengHei UI"/>
                <w:sz w:val="20"/>
                <w:szCs w:val="20"/>
                <w:lang w:eastAsia="zh-TW"/>
              </w:rPr>
            </w:pPr>
          </w:p>
        </w:tc>
        <w:tc>
          <w:tcPr>
            <w:tcW w:w="4027" w:type="dxa"/>
          </w:tcPr>
          <w:p w14:paraId="4752F19F" w14:textId="15C626B5"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博物館學</w:t>
            </w:r>
          </w:p>
        </w:tc>
      </w:tr>
      <w:tr w:rsidR="00AB32D4" w:rsidRPr="000135AE" w14:paraId="1AC6F0D1" w14:textId="77777777" w:rsidTr="00534694">
        <w:tc>
          <w:tcPr>
            <w:tcW w:w="738" w:type="dxa"/>
          </w:tcPr>
          <w:p w14:paraId="2133B92D" w14:textId="77777777" w:rsidR="00AB32D4" w:rsidRPr="000135AE" w:rsidRDefault="00AB32D4" w:rsidP="00AB32D4">
            <w:pPr>
              <w:rPr>
                <w:rFonts w:ascii="Microsoft JhengHei UI" w:eastAsia="Microsoft JhengHei UI" w:hAnsi="Microsoft JhengHei UI"/>
                <w:sz w:val="20"/>
                <w:szCs w:val="20"/>
                <w:lang w:eastAsia="zh-TW"/>
              </w:rPr>
            </w:pPr>
            <w:permStart w:id="2032600750" w:edGrp="everyone" w:colFirst="2" w:colLast="2"/>
            <w:permStart w:id="108659938" w:edGrp="everyone" w:colFirst="0" w:colLast="0"/>
            <w:permEnd w:id="1351043005"/>
            <w:permEnd w:id="274338783"/>
          </w:p>
        </w:tc>
        <w:tc>
          <w:tcPr>
            <w:tcW w:w="3690" w:type="dxa"/>
          </w:tcPr>
          <w:p w14:paraId="4F4CB08B" w14:textId="0E464DDF"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文物保育</w:t>
            </w:r>
          </w:p>
        </w:tc>
        <w:tc>
          <w:tcPr>
            <w:tcW w:w="630" w:type="dxa"/>
          </w:tcPr>
          <w:p w14:paraId="76DA38F7" w14:textId="2AD88400" w:rsidR="00AB32D4" w:rsidRPr="000135AE" w:rsidRDefault="00AB32D4" w:rsidP="00AB32D4">
            <w:pPr>
              <w:rPr>
                <w:rFonts w:ascii="Microsoft JhengHei UI" w:eastAsia="Microsoft JhengHei UI" w:hAnsi="Microsoft JhengHei UI"/>
                <w:sz w:val="20"/>
                <w:szCs w:val="20"/>
                <w:lang w:eastAsia="zh-TW"/>
              </w:rPr>
            </w:pPr>
          </w:p>
        </w:tc>
        <w:tc>
          <w:tcPr>
            <w:tcW w:w="4027" w:type="dxa"/>
          </w:tcPr>
          <w:p w14:paraId="2CC849E0" w14:textId="5D677A3A"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音樂</w:t>
            </w:r>
          </w:p>
        </w:tc>
      </w:tr>
      <w:tr w:rsidR="00AB32D4" w:rsidRPr="000135AE" w14:paraId="7C765AB3" w14:textId="77777777" w:rsidTr="00534694">
        <w:tc>
          <w:tcPr>
            <w:tcW w:w="738" w:type="dxa"/>
          </w:tcPr>
          <w:p w14:paraId="1CCEF758" w14:textId="77777777" w:rsidR="00AB32D4" w:rsidRPr="000135AE" w:rsidRDefault="00AB32D4" w:rsidP="00AB32D4">
            <w:pPr>
              <w:rPr>
                <w:rFonts w:ascii="Microsoft JhengHei UI" w:eastAsia="Microsoft JhengHei UI" w:hAnsi="Microsoft JhengHei UI"/>
                <w:sz w:val="20"/>
                <w:szCs w:val="20"/>
                <w:lang w:eastAsia="zh-TW"/>
              </w:rPr>
            </w:pPr>
            <w:permStart w:id="1952131290" w:edGrp="everyone" w:colFirst="2" w:colLast="2"/>
            <w:permStart w:id="336933854" w:edGrp="everyone" w:colFirst="0" w:colLast="0"/>
            <w:permEnd w:id="2032600750"/>
            <w:permEnd w:id="108659938"/>
          </w:p>
        </w:tc>
        <w:tc>
          <w:tcPr>
            <w:tcW w:w="3690" w:type="dxa"/>
          </w:tcPr>
          <w:p w14:paraId="25F72A6F" w14:textId="4F76EFC0"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工藝</w:t>
            </w:r>
          </w:p>
        </w:tc>
        <w:tc>
          <w:tcPr>
            <w:tcW w:w="630" w:type="dxa"/>
          </w:tcPr>
          <w:p w14:paraId="1AB31CB5" w14:textId="4C1D9558" w:rsidR="00AB32D4" w:rsidRPr="000135AE" w:rsidRDefault="00AB32D4" w:rsidP="00AB32D4">
            <w:pPr>
              <w:rPr>
                <w:rFonts w:ascii="Microsoft JhengHei UI" w:eastAsia="Microsoft JhengHei UI" w:hAnsi="Microsoft JhengHei UI"/>
                <w:sz w:val="20"/>
                <w:szCs w:val="20"/>
                <w:lang w:eastAsia="zh-TW"/>
              </w:rPr>
            </w:pPr>
          </w:p>
        </w:tc>
        <w:tc>
          <w:tcPr>
            <w:tcW w:w="4027" w:type="dxa"/>
          </w:tcPr>
          <w:p w14:paraId="64611BDA" w14:textId="3E524261"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戲劇</w:t>
            </w:r>
          </w:p>
        </w:tc>
      </w:tr>
      <w:tr w:rsidR="00AB32D4" w:rsidRPr="000135AE" w14:paraId="0B19A9B2" w14:textId="77777777" w:rsidTr="00534694">
        <w:tc>
          <w:tcPr>
            <w:tcW w:w="738" w:type="dxa"/>
          </w:tcPr>
          <w:p w14:paraId="002640AD" w14:textId="77777777" w:rsidR="00AB32D4" w:rsidRPr="000135AE" w:rsidRDefault="00AB32D4" w:rsidP="00AB32D4">
            <w:pPr>
              <w:rPr>
                <w:rFonts w:ascii="Microsoft JhengHei UI" w:eastAsia="Microsoft JhengHei UI" w:hAnsi="Microsoft JhengHei UI"/>
                <w:sz w:val="20"/>
                <w:szCs w:val="20"/>
                <w:lang w:eastAsia="zh-TW"/>
              </w:rPr>
            </w:pPr>
            <w:permStart w:id="1746536123" w:edGrp="everyone" w:colFirst="2" w:colLast="2"/>
            <w:permStart w:id="1600134865" w:edGrp="everyone" w:colFirst="0" w:colLast="0"/>
            <w:permEnd w:id="1952131290"/>
            <w:permEnd w:id="336933854"/>
          </w:p>
        </w:tc>
        <w:tc>
          <w:tcPr>
            <w:tcW w:w="3690" w:type="dxa"/>
          </w:tcPr>
          <w:p w14:paraId="7390EAF2" w14:textId="4DD8F711"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策展</w:t>
            </w:r>
          </w:p>
        </w:tc>
        <w:tc>
          <w:tcPr>
            <w:tcW w:w="630" w:type="dxa"/>
          </w:tcPr>
          <w:p w14:paraId="6382836E" w14:textId="1623B985" w:rsidR="00AB32D4" w:rsidRPr="000135AE" w:rsidRDefault="00AB32D4" w:rsidP="00AB32D4">
            <w:pPr>
              <w:rPr>
                <w:rFonts w:ascii="Microsoft JhengHei UI" w:eastAsia="Microsoft JhengHei UI" w:hAnsi="Microsoft JhengHei UI"/>
                <w:sz w:val="20"/>
                <w:szCs w:val="20"/>
                <w:lang w:eastAsia="zh-TW"/>
              </w:rPr>
            </w:pPr>
          </w:p>
        </w:tc>
        <w:tc>
          <w:tcPr>
            <w:tcW w:w="4027" w:type="dxa"/>
          </w:tcPr>
          <w:p w14:paraId="20F8FD49" w14:textId="32DF5C6A" w:rsidR="00AB32D4" w:rsidRPr="000135AE" w:rsidRDefault="00AB32D4" w:rsidP="00AB32D4">
            <w:pPr>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視覺藝術</w:t>
            </w:r>
          </w:p>
        </w:tc>
      </w:tr>
      <w:permEnd w:id="1746536123"/>
      <w:permEnd w:id="1600134865"/>
    </w:tbl>
    <w:p w14:paraId="083F884F" w14:textId="77777777" w:rsidR="00CB435D" w:rsidRPr="000135AE" w:rsidRDefault="00CB435D" w:rsidP="004967B7">
      <w:pPr>
        <w:spacing w:after="0"/>
        <w:rPr>
          <w:rFonts w:ascii="Microsoft JhengHei UI" w:eastAsia="Microsoft JhengHei UI" w:hAnsi="Microsoft JhengHei UI"/>
          <w:sz w:val="20"/>
          <w:szCs w:val="20"/>
          <w:lang w:eastAsia="zh-TW"/>
        </w:rPr>
      </w:pPr>
    </w:p>
    <w:p w14:paraId="085CFD0B" w14:textId="2A7B5E77" w:rsidR="00CB435D" w:rsidRPr="000135AE" w:rsidRDefault="00CB435D"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請提供一份簡短的個人簡介，總結您的教育和專業背景、在您所屬</w:t>
      </w:r>
      <w:r w:rsidR="00747521" w:rsidRPr="000135AE">
        <w:rPr>
          <w:rFonts w:ascii="Microsoft JhengHei UI" w:eastAsia="Microsoft JhengHei UI" w:hAnsi="Microsoft JhengHei UI"/>
          <w:b/>
          <w:bCs/>
          <w:sz w:val="20"/>
          <w:szCs w:val="20"/>
          <w:lang w:eastAsia="zh-TW"/>
        </w:rPr>
        <w:t>藝術範疇</w:t>
      </w:r>
      <w:r w:rsidRPr="000135AE">
        <w:rPr>
          <w:rFonts w:ascii="Microsoft JhengHei UI" w:eastAsia="Microsoft JhengHei UI" w:hAnsi="Microsoft JhengHei UI"/>
          <w:b/>
          <w:bCs/>
          <w:sz w:val="20"/>
          <w:szCs w:val="20"/>
          <w:lang w:eastAsia="zh-TW"/>
        </w:rPr>
        <w:t>中取得的任何顯著成就或影響，以及您目前的工作或</w:t>
      </w:r>
      <w:r w:rsidRPr="000135AE">
        <w:rPr>
          <w:rFonts w:ascii="Microsoft JhengHei UI" w:eastAsia="Microsoft JhengHei UI" w:hAnsi="Microsoft JhengHei UI" w:hint="eastAsia"/>
          <w:b/>
          <w:bCs/>
          <w:sz w:val="20"/>
          <w:szCs w:val="20"/>
          <w:lang w:eastAsia="zh-TW"/>
        </w:rPr>
        <w:t>專長</w:t>
      </w:r>
      <w:r w:rsidRPr="000135AE">
        <w:rPr>
          <w:rFonts w:ascii="Microsoft JhengHei UI" w:eastAsia="Microsoft JhengHei UI" w:hAnsi="Microsoft JhengHei UI"/>
          <w:b/>
          <w:bCs/>
          <w:sz w:val="20"/>
          <w:szCs w:val="20"/>
          <w:lang w:eastAsia="zh-TW"/>
        </w:rPr>
        <w:t>。（最多 500 字） *</w:t>
      </w:r>
      <w:r w:rsidRPr="000135AE">
        <w:rPr>
          <w:rFonts w:ascii="Microsoft JhengHei UI" w:eastAsia="Microsoft JhengHei UI" w:hAnsi="Microsoft JhengHei UI"/>
          <w:sz w:val="20"/>
          <w:szCs w:val="20"/>
          <w:lang w:eastAsia="zh-TW"/>
        </w:rPr>
        <w:t xml:space="preserve"> </w:t>
      </w:r>
    </w:p>
    <w:p w14:paraId="72644744" w14:textId="77777777" w:rsidR="00CB435D" w:rsidRPr="000135AE" w:rsidRDefault="00CB435D"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請使用完整句子。請勿複製和貼上您的履歷/個人簡介，亦請勿包含網站連結。</w:t>
      </w:r>
    </w:p>
    <w:tbl>
      <w:tblPr>
        <w:tblStyle w:val="TableGrid"/>
        <w:tblW w:w="9085" w:type="dxa"/>
        <w:tblLook w:val="04A0" w:firstRow="1" w:lastRow="0" w:firstColumn="1" w:lastColumn="0" w:noHBand="0" w:noVBand="1"/>
      </w:tblPr>
      <w:tblGrid>
        <w:gridCol w:w="9085"/>
      </w:tblGrid>
      <w:tr w:rsidR="00AB32D4" w:rsidRPr="000135AE" w14:paraId="2E5A1AF9" w14:textId="77777777" w:rsidTr="00534694">
        <w:trPr>
          <w:trHeight w:val="2663"/>
        </w:trPr>
        <w:tc>
          <w:tcPr>
            <w:tcW w:w="9085" w:type="dxa"/>
          </w:tcPr>
          <w:p w14:paraId="192B549F" w14:textId="77777777" w:rsidR="00AB32D4" w:rsidRPr="000135AE" w:rsidRDefault="00AB32D4" w:rsidP="00AB32D4">
            <w:pPr>
              <w:rPr>
                <w:rFonts w:ascii="Microsoft JhengHei UI" w:eastAsia="Microsoft JhengHei UI" w:hAnsi="Microsoft JhengHei UI"/>
                <w:sz w:val="20"/>
                <w:szCs w:val="20"/>
                <w:lang w:eastAsia="zh-TW"/>
              </w:rPr>
            </w:pPr>
            <w:permStart w:id="1637681918" w:edGrp="everyone" w:colFirst="0" w:colLast="0"/>
          </w:p>
        </w:tc>
      </w:tr>
      <w:permEnd w:id="1637681918"/>
    </w:tbl>
    <w:p w14:paraId="0C0EE55B" w14:textId="77777777" w:rsidR="00CB435D" w:rsidRPr="000135AE" w:rsidRDefault="00CB435D" w:rsidP="00AB32D4">
      <w:pPr>
        <w:spacing w:after="0"/>
        <w:rPr>
          <w:rFonts w:ascii="Microsoft JhengHei UI" w:eastAsia="Microsoft JhengHei UI" w:hAnsi="Microsoft JhengHei UI"/>
          <w:sz w:val="20"/>
          <w:szCs w:val="20"/>
          <w:lang w:eastAsia="zh-TW"/>
        </w:rPr>
      </w:pPr>
    </w:p>
    <w:p w14:paraId="32818BE2" w14:textId="77777777" w:rsidR="00CB435D" w:rsidRPr="000135AE" w:rsidRDefault="00CB435D" w:rsidP="00AB32D4">
      <w:pPr>
        <w:spacing w:after="0"/>
        <w:rPr>
          <w:rFonts w:ascii="Microsoft JhengHei UI" w:eastAsia="Microsoft JhengHei UI" w:hAnsi="Microsoft JhengHei UI"/>
          <w:b/>
          <w:bCs/>
          <w:sz w:val="20"/>
          <w:szCs w:val="20"/>
        </w:rPr>
      </w:pPr>
      <w:r w:rsidRPr="000135AE">
        <w:rPr>
          <w:rFonts w:ascii="Microsoft JhengHei UI" w:eastAsia="Microsoft JhengHei UI" w:hAnsi="Microsoft JhengHei UI"/>
          <w:b/>
          <w:bCs/>
          <w:sz w:val="20"/>
          <w:szCs w:val="20"/>
          <w:lang w:eastAsia="zh-TW"/>
        </w:rPr>
        <w:t>請提供一份描述您工作或研究的個人或藝術家陳述。</w:t>
      </w:r>
      <w:r w:rsidRPr="000135AE">
        <w:rPr>
          <w:rFonts w:ascii="Microsoft JhengHei UI" w:eastAsia="Microsoft JhengHei UI" w:hAnsi="Microsoft JhengHei UI"/>
          <w:b/>
          <w:bCs/>
          <w:sz w:val="20"/>
          <w:szCs w:val="20"/>
        </w:rPr>
        <w:t>（最多 200 字） *</w:t>
      </w:r>
    </w:p>
    <w:tbl>
      <w:tblPr>
        <w:tblStyle w:val="TableGrid"/>
        <w:tblW w:w="9085" w:type="dxa"/>
        <w:tblLook w:val="04A0" w:firstRow="1" w:lastRow="0" w:firstColumn="1" w:lastColumn="0" w:noHBand="0" w:noVBand="1"/>
      </w:tblPr>
      <w:tblGrid>
        <w:gridCol w:w="9085"/>
      </w:tblGrid>
      <w:tr w:rsidR="00AB32D4" w:rsidRPr="000135AE" w14:paraId="0183C634" w14:textId="77777777" w:rsidTr="00534694">
        <w:trPr>
          <w:trHeight w:val="2663"/>
        </w:trPr>
        <w:tc>
          <w:tcPr>
            <w:tcW w:w="9085" w:type="dxa"/>
          </w:tcPr>
          <w:p w14:paraId="3F5380DF" w14:textId="4EE92713" w:rsidR="00AB32D4" w:rsidRPr="000135AE" w:rsidRDefault="00AB32D4" w:rsidP="005F5BA8">
            <w:pPr>
              <w:rPr>
                <w:rFonts w:ascii="Microsoft JhengHei UI" w:eastAsia="Microsoft JhengHei UI" w:hAnsi="Microsoft JhengHei UI"/>
                <w:sz w:val="20"/>
                <w:szCs w:val="20"/>
                <w:lang w:eastAsia="zh-TW"/>
              </w:rPr>
            </w:pPr>
            <w:permStart w:id="1950503904" w:edGrp="everyone" w:colFirst="0" w:colLast="0"/>
          </w:p>
        </w:tc>
      </w:tr>
      <w:permEnd w:id="1950503904"/>
    </w:tbl>
    <w:p w14:paraId="2EE01CF1" w14:textId="77777777" w:rsidR="00CB435D" w:rsidRPr="000135AE" w:rsidRDefault="00CB435D" w:rsidP="00CB435D">
      <w:pPr>
        <w:spacing w:after="0"/>
        <w:rPr>
          <w:rFonts w:ascii="Microsoft JhengHei UI" w:eastAsia="Microsoft JhengHei UI" w:hAnsi="Microsoft JhengHei UI"/>
          <w:b/>
          <w:bCs/>
          <w:sz w:val="20"/>
          <w:szCs w:val="20"/>
        </w:rPr>
      </w:pPr>
    </w:p>
    <w:p w14:paraId="66C31A19" w14:textId="77777777" w:rsidR="00CB435D" w:rsidRPr="000135AE" w:rsidRDefault="00CB435D"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請提供描述您工作的關鍵字，</w:t>
      </w:r>
      <w:r w:rsidRPr="000135AE">
        <w:rPr>
          <w:rFonts w:ascii="Microsoft JhengHei UI" w:eastAsia="Microsoft JhengHei UI" w:hAnsi="Microsoft JhengHei UI" w:cs="PingFang TC" w:hint="eastAsia"/>
          <w:b/>
          <w:bCs/>
          <w:sz w:val="20"/>
          <w:szCs w:val="20"/>
          <w:lang w:eastAsia="zh-TW"/>
        </w:rPr>
        <w:t>並</w:t>
      </w:r>
      <w:r w:rsidRPr="000135AE">
        <w:rPr>
          <w:rFonts w:ascii="Microsoft JhengHei UI" w:eastAsia="Microsoft JhengHei UI" w:hAnsi="Microsoft JhengHei UI"/>
          <w:b/>
          <w:bCs/>
          <w:sz w:val="20"/>
          <w:szCs w:val="20"/>
          <w:lang w:eastAsia="zh-TW"/>
        </w:rPr>
        <w:t>以逗號分隔。（最多 5 個詞） *</w:t>
      </w:r>
      <w:r w:rsidRPr="000135AE">
        <w:rPr>
          <w:rFonts w:ascii="Microsoft JhengHei UI" w:eastAsia="Microsoft JhengHei UI" w:hAnsi="Microsoft JhengHei UI"/>
          <w:sz w:val="20"/>
          <w:szCs w:val="20"/>
          <w:lang w:eastAsia="zh-TW"/>
        </w:rPr>
        <w:t xml:space="preserve"> </w:t>
      </w:r>
    </w:p>
    <w:p w14:paraId="65CD1509" w14:textId="77777777" w:rsidR="00CB435D" w:rsidRPr="000135AE" w:rsidRDefault="00CB435D"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範例：技術、宗</w:t>
      </w:r>
      <w:permStart w:id="1203599726" w:edGrp="everyone"/>
      <w:permEnd w:id="1203599726"/>
      <w:r w:rsidRPr="000135AE">
        <w:rPr>
          <w:rFonts w:ascii="Microsoft JhengHei UI" w:eastAsia="Microsoft JhengHei UI" w:hAnsi="Microsoft JhengHei UI"/>
          <w:sz w:val="20"/>
          <w:szCs w:val="20"/>
          <w:lang w:eastAsia="zh-TW"/>
        </w:rPr>
        <w:t>教、歷史、本土性、人工智能等。</w:t>
      </w:r>
    </w:p>
    <w:tbl>
      <w:tblPr>
        <w:tblStyle w:val="TableGrid"/>
        <w:tblW w:w="9085" w:type="dxa"/>
        <w:tblLook w:val="04A0" w:firstRow="1" w:lastRow="0" w:firstColumn="1" w:lastColumn="0" w:noHBand="0" w:noVBand="1"/>
      </w:tblPr>
      <w:tblGrid>
        <w:gridCol w:w="9085"/>
      </w:tblGrid>
      <w:tr w:rsidR="00AB32D4" w:rsidRPr="000135AE" w14:paraId="252CD477" w14:textId="77777777" w:rsidTr="00534694">
        <w:tc>
          <w:tcPr>
            <w:tcW w:w="9085" w:type="dxa"/>
          </w:tcPr>
          <w:p w14:paraId="1790B2EC" w14:textId="77777777" w:rsidR="00AB32D4" w:rsidRPr="000135AE" w:rsidRDefault="00AB32D4" w:rsidP="00AB32D4">
            <w:pPr>
              <w:rPr>
                <w:rFonts w:ascii="Microsoft JhengHei UI" w:eastAsia="Microsoft JhengHei UI" w:hAnsi="Microsoft JhengHei UI"/>
                <w:sz w:val="20"/>
                <w:szCs w:val="20"/>
                <w:lang w:eastAsia="zh-TW"/>
              </w:rPr>
            </w:pPr>
            <w:permStart w:id="893799873" w:edGrp="everyone" w:colFirst="0" w:colLast="0"/>
          </w:p>
        </w:tc>
      </w:tr>
      <w:permEnd w:id="893799873"/>
    </w:tbl>
    <w:p w14:paraId="07ACDFF3" w14:textId="77777777" w:rsidR="00CB435D" w:rsidRPr="000135AE" w:rsidRDefault="00CB435D" w:rsidP="00AB32D4">
      <w:pPr>
        <w:spacing w:after="0"/>
        <w:rPr>
          <w:rFonts w:ascii="Microsoft JhengHei UI" w:eastAsia="Microsoft JhengHei UI" w:hAnsi="Microsoft JhengHei UI"/>
          <w:sz w:val="20"/>
          <w:szCs w:val="20"/>
          <w:lang w:eastAsia="zh-TW"/>
        </w:rPr>
      </w:pPr>
    </w:p>
    <w:p w14:paraId="0E18336A" w14:textId="0494116F" w:rsidR="00CB435D" w:rsidRPr="000135AE" w:rsidRDefault="00CB435D"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您過去曾獲得ACC 的資助嗎？ *</w:t>
      </w:r>
      <w:r w:rsidRPr="000135AE">
        <w:rPr>
          <w:rFonts w:ascii="Microsoft JhengHei UI" w:eastAsia="Microsoft JhengHei UI" w:hAnsi="Microsoft JhengHei UI"/>
          <w:sz w:val="20"/>
          <w:szCs w:val="20"/>
          <w:lang w:eastAsia="zh-TW"/>
        </w:rPr>
        <w:t xml:space="preserve"> </w:t>
      </w:r>
      <w:r w:rsidR="00AB32D4" w:rsidRPr="000135AE">
        <w:rPr>
          <w:rFonts w:ascii="Microsoft JhengHei UI" w:eastAsia="Microsoft JhengHei UI" w:hAnsi="Microsoft JhengHei UI" w:cstheme="majorBidi"/>
          <w:b/>
          <w:bCs/>
          <w:color w:val="0066FF"/>
          <w:sz w:val="20"/>
          <w:szCs w:val="20"/>
        </w:rPr>
        <w:t>【GoApply上填寫即可】</w:t>
      </w:r>
    </w:p>
    <w:p w14:paraId="51791D95" w14:textId="77777777" w:rsidR="00CB435D" w:rsidRPr="000135AE" w:rsidRDefault="00CB435D" w:rsidP="005245F9">
      <w:pPr>
        <w:pStyle w:val="ListParagraph"/>
        <w:numPr>
          <w:ilvl w:val="0"/>
          <w:numId w:val="8"/>
        </w:numPr>
        <w:spacing w:after="0"/>
        <w:rPr>
          <w:rFonts w:ascii="Microsoft JhengHei UI" w:eastAsia="Microsoft JhengHei UI" w:hAnsi="Microsoft JhengHei UI"/>
          <w:sz w:val="20"/>
          <w:szCs w:val="20"/>
        </w:rPr>
      </w:pPr>
      <w:r w:rsidRPr="000135AE">
        <w:rPr>
          <w:rFonts w:ascii="Microsoft JhengHei UI" w:eastAsia="Microsoft JhengHei UI" w:hAnsi="Microsoft JhengHei UI"/>
          <w:sz w:val="20"/>
          <w:szCs w:val="20"/>
        </w:rPr>
        <w:t>是</w:t>
      </w:r>
    </w:p>
    <w:p w14:paraId="2E70C02F" w14:textId="77777777" w:rsidR="00CB435D" w:rsidRPr="000135AE" w:rsidRDefault="00CB435D" w:rsidP="005245F9">
      <w:pPr>
        <w:pStyle w:val="ListParagraph"/>
        <w:numPr>
          <w:ilvl w:val="0"/>
          <w:numId w:val="8"/>
        </w:numPr>
        <w:spacing w:after="0"/>
        <w:rPr>
          <w:rFonts w:ascii="Microsoft JhengHei UI" w:eastAsia="Microsoft JhengHei UI" w:hAnsi="Microsoft JhengHei UI"/>
          <w:sz w:val="20"/>
          <w:szCs w:val="20"/>
        </w:rPr>
      </w:pPr>
      <w:r w:rsidRPr="000135AE">
        <w:rPr>
          <w:rFonts w:ascii="Microsoft JhengHei UI" w:eastAsia="Microsoft JhengHei UI" w:hAnsi="Microsoft JhengHei UI"/>
          <w:sz w:val="20"/>
          <w:szCs w:val="20"/>
        </w:rPr>
        <w:t>否</w:t>
      </w:r>
    </w:p>
    <w:p w14:paraId="3689A9DC" w14:textId="77777777" w:rsidR="00CB435D" w:rsidRPr="000135AE" w:rsidRDefault="00CB435D" w:rsidP="00CB435D">
      <w:pPr>
        <w:pStyle w:val="ListParagraph"/>
        <w:spacing w:after="0"/>
        <w:rPr>
          <w:rFonts w:ascii="Microsoft JhengHei UI" w:eastAsia="Microsoft JhengHei UI" w:hAnsi="Microsoft JhengHei UI"/>
          <w:sz w:val="20"/>
          <w:szCs w:val="20"/>
        </w:rPr>
      </w:pPr>
    </w:p>
    <w:p w14:paraId="5A462E25" w14:textId="63A84A9F" w:rsidR="00CB435D" w:rsidRPr="000135AE" w:rsidRDefault="00CB435D"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您在哪一年獲得ACC 的資助？</w:t>
      </w:r>
      <w:r w:rsidRPr="000135AE">
        <w:rPr>
          <w:rFonts w:ascii="Microsoft JhengHei UI" w:eastAsia="Microsoft JhengHei UI" w:hAnsi="Microsoft JhengHei UI"/>
          <w:sz w:val="20"/>
          <w:szCs w:val="20"/>
          <w:lang w:eastAsia="zh-TW"/>
        </w:rPr>
        <w:t xml:space="preserve"> *</w:t>
      </w:r>
      <w:r w:rsidR="00AB32D4" w:rsidRPr="000135AE">
        <w:rPr>
          <w:rFonts w:ascii="Microsoft JhengHei UI" w:eastAsia="Microsoft JhengHei UI" w:hAnsi="Microsoft JhengHei UI"/>
          <w:sz w:val="20"/>
          <w:szCs w:val="20"/>
          <w:lang w:eastAsia="zh-TW"/>
        </w:rPr>
        <w:t xml:space="preserve"> </w:t>
      </w:r>
      <w:r w:rsidR="00AB32D4" w:rsidRPr="000135AE">
        <w:rPr>
          <w:rFonts w:ascii="Microsoft JhengHei UI" w:eastAsia="Microsoft JhengHei UI" w:hAnsi="Microsoft JhengHei UI" w:cstheme="majorBidi"/>
          <w:b/>
          <w:bCs/>
          <w:color w:val="0066FF"/>
          <w:sz w:val="20"/>
          <w:szCs w:val="20"/>
          <w:lang w:eastAsia="zh-TW"/>
        </w:rPr>
        <w:t>【GoApply上填寫即可】</w:t>
      </w:r>
    </w:p>
    <w:p w14:paraId="51651762" w14:textId="77777777" w:rsidR="00CB435D" w:rsidRPr="000135AE" w:rsidRDefault="00CB435D" w:rsidP="00CB435D">
      <w:pPr>
        <w:pStyle w:val="ListParagraph"/>
        <w:spacing w:after="0"/>
        <w:rPr>
          <w:rFonts w:ascii="Microsoft JhengHei UI" w:eastAsia="Microsoft JhengHei UI" w:hAnsi="Microsoft JhengHei UI"/>
          <w:sz w:val="20"/>
          <w:szCs w:val="20"/>
          <w:lang w:eastAsia="zh-TW"/>
        </w:rPr>
      </w:pPr>
    </w:p>
    <w:p w14:paraId="2E3EF18E" w14:textId="71C55F8D" w:rsidR="00CB435D" w:rsidRPr="000135AE" w:rsidRDefault="00CB435D"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您是否曾在美國</w:t>
      </w:r>
      <w:r w:rsidRPr="000135AE">
        <w:rPr>
          <w:rFonts w:ascii="Microsoft JhengHei UI" w:eastAsia="Microsoft JhengHei UI" w:hAnsi="Microsoft JhengHei UI"/>
          <w:b/>
          <w:bCs/>
          <w:color w:val="000000"/>
          <w:sz w:val="20"/>
          <w:szCs w:val="20"/>
          <w:lang w:eastAsia="zh-TW"/>
        </w:rPr>
        <w:t>停留</w:t>
      </w:r>
      <w:r w:rsidRPr="000135AE">
        <w:rPr>
          <w:rFonts w:ascii="Microsoft JhengHei UI" w:eastAsia="Microsoft JhengHei UI" w:hAnsi="Microsoft JhengHei UI"/>
          <w:b/>
          <w:bCs/>
          <w:sz w:val="20"/>
          <w:szCs w:val="20"/>
          <w:lang w:eastAsia="zh-TW"/>
        </w:rPr>
        <w:t>超過三個月？ *</w:t>
      </w:r>
      <w:r w:rsidR="000261DA" w:rsidRPr="000135AE">
        <w:rPr>
          <w:rFonts w:ascii="Microsoft JhengHei UI" w:eastAsia="Microsoft JhengHei UI" w:hAnsi="Microsoft JhengHei UI"/>
          <w:sz w:val="20"/>
          <w:szCs w:val="20"/>
          <w:lang w:eastAsia="zh-TW"/>
        </w:rPr>
        <w:t xml:space="preserve"> </w:t>
      </w:r>
      <w:r w:rsidR="000261DA" w:rsidRPr="000135AE">
        <w:rPr>
          <w:rFonts w:ascii="Microsoft JhengHei UI" w:eastAsia="Microsoft JhengHei UI" w:hAnsi="Microsoft JhengHei UI" w:cstheme="majorBidi"/>
          <w:b/>
          <w:bCs/>
          <w:color w:val="0066FF"/>
          <w:sz w:val="20"/>
          <w:szCs w:val="20"/>
          <w:lang w:eastAsia="zh-TW"/>
        </w:rPr>
        <w:t>【GoApply上填寫即可】</w:t>
      </w:r>
      <w:r w:rsidRPr="000135AE">
        <w:rPr>
          <w:rFonts w:ascii="Microsoft JhengHei UI" w:eastAsia="Microsoft JhengHei UI" w:hAnsi="Microsoft JhengHei UI"/>
          <w:sz w:val="20"/>
          <w:szCs w:val="20"/>
          <w:lang w:eastAsia="zh-TW"/>
        </w:rPr>
        <w:t xml:space="preserve"> </w:t>
      </w:r>
    </w:p>
    <w:p w14:paraId="3FC59E17" w14:textId="77777777" w:rsidR="00CB435D" w:rsidRPr="000135AE" w:rsidRDefault="00CB435D"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ACC 優先考慮資助申請者</w:t>
      </w:r>
      <w:r w:rsidRPr="000135AE">
        <w:rPr>
          <w:rFonts w:ascii="Microsoft JhengHei UI" w:eastAsia="Microsoft JhengHei UI" w:hAnsi="Microsoft JhengHei UI"/>
          <w:sz w:val="20"/>
          <w:szCs w:val="20"/>
          <w:lang w:eastAsia="zh-HK"/>
        </w:rPr>
        <w:t>前</w:t>
      </w:r>
      <w:r w:rsidRPr="000135AE">
        <w:rPr>
          <w:rFonts w:ascii="Microsoft JhengHei UI" w:eastAsia="Microsoft JhengHei UI" w:hAnsi="Microsoft JhengHei UI"/>
          <w:color w:val="000000"/>
          <w:sz w:val="20"/>
          <w:szCs w:val="20"/>
          <w:lang w:eastAsia="zh-TW"/>
        </w:rPr>
        <w:t>往</w:t>
      </w:r>
      <w:r w:rsidRPr="000135AE">
        <w:rPr>
          <w:rFonts w:ascii="Microsoft JhengHei UI" w:eastAsia="Microsoft JhengHei UI" w:hAnsi="Microsoft JhengHei UI"/>
          <w:sz w:val="20"/>
          <w:szCs w:val="20"/>
          <w:lang w:eastAsia="zh-TW"/>
        </w:rPr>
        <w:t>全新或不熟悉的地區。選擇「是」的申請者歡迎申請，但應提供先前在美國停留的背景資料，以及在美國</w:t>
      </w:r>
      <w:r w:rsidRPr="000135AE">
        <w:rPr>
          <w:rFonts w:ascii="Microsoft JhengHei UI" w:eastAsia="Microsoft JhengHei UI" w:hAnsi="Microsoft JhengHei UI"/>
          <w:sz w:val="20"/>
          <w:szCs w:val="20"/>
          <w:lang w:eastAsia="zh-HK"/>
        </w:rPr>
        <w:t>進行</w:t>
      </w:r>
      <w:r w:rsidRPr="000135AE">
        <w:rPr>
          <w:rFonts w:ascii="Microsoft JhengHei UI" w:eastAsia="Microsoft JhengHei UI" w:hAnsi="Microsoft JhengHei UI"/>
          <w:color w:val="000000"/>
          <w:sz w:val="20"/>
          <w:szCs w:val="20"/>
          <w:lang w:eastAsia="zh-TW"/>
        </w:rPr>
        <w:t>獎助計劃</w:t>
      </w:r>
      <w:r w:rsidRPr="000135AE">
        <w:rPr>
          <w:rFonts w:ascii="Microsoft JhengHei UI" w:eastAsia="Microsoft JhengHei UI" w:hAnsi="Microsoft JhengHei UI"/>
          <w:sz w:val="20"/>
          <w:szCs w:val="20"/>
          <w:lang w:eastAsia="zh-TW"/>
        </w:rPr>
        <w:t>的理由。</w:t>
      </w:r>
    </w:p>
    <w:p w14:paraId="1B4EB977" w14:textId="77777777" w:rsidR="00CB435D" w:rsidRPr="000135AE" w:rsidRDefault="00CB435D" w:rsidP="005245F9">
      <w:pPr>
        <w:pStyle w:val="ListParagraph"/>
        <w:numPr>
          <w:ilvl w:val="0"/>
          <w:numId w:val="9"/>
        </w:numPr>
        <w:spacing w:after="0"/>
        <w:rPr>
          <w:rFonts w:ascii="Microsoft JhengHei UI" w:eastAsia="Microsoft JhengHei UI" w:hAnsi="Microsoft JhengHei UI"/>
          <w:sz w:val="20"/>
          <w:szCs w:val="20"/>
        </w:rPr>
      </w:pPr>
      <w:r w:rsidRPr="000135AE">
        <w:rPr>
          <w:rFonts w:ascii="Microsoft JhengHei UI" w:eastAsia="Microsoft JhengHei UI" w:hAnsi="Microsoft JhengHei UI"/>
          <w:sz w:val="20"/>
          <w:szCs w:val="20"/>
        </w:rPr>
        <w:t>是</w:t>
      </w:r>
    </w:p>
    <w:p w14:paraId="74332461" w14:textId="561841CD" w:rsidR="004E079E" w:rsidRPr="00CB1DD4" w:rsidRDefault="00CB435D" w:rsidP="005245F9">
      <w:pPr>
        <w:pStyle w:val="ListParagraph"/>
        <w:numPr>
          <w:ilvl w:val="0"/>
          <w:numId w:val="9"/>
        </w:numPr>
        <w:spacing w:after="0"/>
        <w:rPr>
          <w:rFonts w:ascii="Microsoft JhengHei UI" w:eastAsia="Microsoft JhengHei UI" w:hAnsi="Microsoft JhengHei UI"/>
          <w:sz w:val="20"/>
          <w:szCs w:val="20"/>
        </w:rPr>
      </w:pPr>
      <w:r w:rsidRPr="000135AE">
        <w:rPr>
          <w:rFonts w:ascii="Microsoft JhengHei UI" w:eastAsia="Microsoft JhengHei UI" w:hAnsi="Microsoft JhengHei UI"/>
          <w:sz w:val="20"/>
          <w:szCs w:val="20"/>
        </w:rPr>
        <w:t>否</w:t>
      </w:r>
    </w:p>
    <w:p w14:paraId="0E73FD53" w14:textId="77777777" w:rsidR="007E56B4" w:rsidRDefault="007E56B4" w:rsidP="00AB32D4">
      <w:pPr>
        <w:spacing w:after="0"/>
        <w:rPr>
          <w:rFonts w:ascii="Microsoft JhengHei UI" w:eastAsia="Microsoft JhengHei UI" w:hAnsi="Microsoft JhengHei UI" w:cs="Microsoft JhengHei"/>
          <w:b/>
          <w:bCs/>
          <w:color w:val="000000"/>
          <w:sz w:val="20"/>
          <w:szCs w:val="20"/>
          <w:lang w:eastAsia="zh-TW"/>
        </w:rPr>
      </w:pPr>
    </w:p>
    <w:p w14:paraId="2D82D367" w14:textId="778D9AAE" w:rsidR="001067FD" w:rsidRPr="000135AE" w:rsidRDefault="00CB435D" w:rsidP="00AB32D4">
      <w:pPr>
        <w:spacing w:after="0"/>
        <w:rPr>
          <w:rFonts w:ascii="Microsoft JhengHei UI" w:eastAsia="Microsoft JhengHei UI" w:hAnsi="Microsoft JhengHei UI" w:cs="Microsoft JhengHei"/>
          <w:b/>
          <w:bCs/>
          <w:color w:val="000000"/>
          <w:sz w:val="20"/>
          <w:szCs w:val="20"/>
          <w:lang w:eastAsia="zh-TW"/>
        </w:rPr>
      </w:pPr>
      <w:r w:rsidRPr="000135AE">
        <w:rPr>
          <w:rFonts w:ascii="Microsoft JhengHei UI" w:eastAsia="Microsoft JhengHei UI" w:hAnsi="Microsoft JhengHei UI" w:cs="Microsoft JhengHei" w:hint="eastAsia"/>
          <w:b/>
          <w:bCs/>
          <w:color w:val="000000"/>
          <w:sz w:val="20"/>
          <w:szCs w:val="20"/>
          <w:lang w:eastAsia="zh-TW"/>
        </w:rPr>
        <w:t>請分享您過去在美停留</w:t>
      </w:r>
      <w:r w:rsidRPr="000135AE">
        <w:rPr>
          <w:rFonts w:ascii="Microsoft JhengHei UI" w:eastAsia="Microsoft JhengHei UI" w:hAnsi="Microsoft JhengHei UI"/>
          <w:b/>
          <w:bCs/>
          <w:sz w:val="20"/>
          <w:szCs w:val="20"/>
          <w:lang w:eastAsia="zh-TW"/>
        </w:rPr>
        <w:t>的簡要總結，</w:t>
      </w:r>
      <w:r w:rsidRPr="000135AE">
        <w:rPr>
          <w:rFonts w:ascii="Microsoft JhengHei UI" w:eastAsia="Microsoft JhengHei UI" w:hAnsi="Microsoft JhengHei UI" w:cs="Microsoft JhengHei" w:hint="eastAsia"/>
          <w:b/>
          <w:bCs/>
          <w:color w:val="000000"/>
          <w:sz w:val="20"/>
          <w:szCs w:val="20"/>
          <w:lang w:eastAsia="zh-TW"/>
        </w:rPr>
        <w:t>以及希望重返美國</w:t>
      </w:r>
      <w:r w:rsidRPr="000135AE">
        <w:rPr>
          <w:rFonts w:ascii="Microsoft JhengHei UI" w:eastAsia="Microsoft JhengHei UI" w:hAnsi="Microsoft JhengHei UI"/>
          <w:b/>
          <w:bCs/>
          <w:sz w:val="20"/>
          <w:szCs w:val="20"/>
          <w:lang w:eastAsia="zh-TW"/>
        </w:rPr>
        <w:t>攻讀研究生的</w:t>
      </w:r>
      <w:r w:rsidRPr="000135AE">
        <w:rPr>
          <w:rFonts w:ascii="Microsoft JhengHei UI" w:eastAsia="Microsoft JhengHei UI" w:hAnsi="Microsoft JhengHei UI"/>
          <w:b/>
          <w:bCs/>
          <w:sz w:val="20"/>
          <w:szCs w:val="20"/>
          <w:lang w:eastAsia="zh-HK"/>
        </w:rPr>
        <w:t>原因</w:t>
      </w:r>
      <w:r w:rsidRPr="000135AE">
        <w:rPr>
          <w:rFonts w:ascii="Microsoft JhengHei UI" w:eastAsia="Microsoft JhengHei UI" w:hAnsi="Microsoft JhengHei UI" w:cs="Microsoft JhengHei" w:hint="eastAsia"/>
          <w:b/>
          <w:bCs/>
          <w:color w:val="000000"/>
          <w:sz w:val="20"/>
          <w:szCs w:val="20"/>
          <w:lang w:eastAsia="zh-TW"/>
        </w:rPr>
        <w:t>。（字數上限</w:t>
      </w:r>
      <w:r w:rsidRPr="000135AE">
        <w:rPr>
          <w:rFonts w:ascii="Microsoft JhengHei UI" w:eastAsia="Microsoft JhengHei UI" w:hAnsi="Microsoft JhengHei UI" w:cs="Arial"/>
          <w:b/>
          <w:bCs/>
          <w:color w:val="000000"/>
          <w:sz w:val="20"/>
          <w:szCs w:val="20"/>
          <w:lang w:eastAsia="zh-TW"/>
        </w:rPr>
        <w:t xml:space="preserve"> 200 </w:t>
      </w:r>
      <w:r w:rsidRPr="000135AE">
        <w:rPr>
          <w:rFonts w:ascii="Microsoft JhengHei UI" w:eastAsia="Microsoft JhengHei UI" w:hAnsi="Microsoft JhengHei UI" w:cs="Microsoft JhengHei" w:hint="eastAsia"/>
          <w:b/>
          <w:bCs/>
          <w:color w:val="000000"/>
          <w:sz w:val="20"/>
          <w:szCs w:val="20"/>
          <w:lang w:eastAsia="zh-TW"/>
        </w:rPr>
        <w:t>字）</w:t>
      </w:r>
    </w:p>
    <w:tbl>
      <w:tblPr>
        <w:tblStyle w:val="TableGrid"/>
        <w:tblW w:w="9085" w:type="dxa"/>
        <w:tblLook w:val="04A0" w:firstRow="1" w:lastRow="0" w:firstColumn="1" w:lastColumn="0" w:noHBand="0" w:noVBand="1"/>
      </w:tblPr>
      <w:tblGrid>
        <w:gridCol w:w="9085"/>
      </w:tblGrid>
      <w:tr w:rsidR="00AB32D4" w:rsidRPr="000135AE" w14:paraId="75E43C0A" w14:textId="77777777" w:rsidTr="002C4EF1">
        <w:trPr>
          <w:trHeight w:val="1282"/>
        </w:trPr>
        <w:tc>
          <w:tcPr>
            <w:tcW w:w="9085" w:type="dxa"/>
          </w:tcPr>
          <w:p w14:paraId="16FFFEF2" w14:textId="77777777" w:rsidR="00AB32D4" w:rsidRPr="000135AE" w:rsidRDefault="00AB32D4" w:rsidP="00AB32D4">
            <w:pPr>
              <w:rPr>
                <w:rFonts w:ascii="Microsoft JhengHei UI" w:eastAsia="Microsoft JhengHei UI" w:hAnsi="Microsoft JhengHei UI"/>
                <w:sz w:val="20"/>
                <w:szCs w:val="20"/>
                <w:lang w:eastAsia="zh-TW"/>
              </w:rPr>
            </w:pPr>
            <w:permStart w:id="1325032479" w:edGrp="everyone" w:colFirst="0" w:colLast="0"/>
          </w:p>
        </w:tc>
      </w:tr>
      <w:permEnd w:id="1325032479"/>
    </w:tbl>
    <w:p w14:paraId="34B14A4F" w14:textId="77777777" w:rsidR="00AB32D4" w:rsidRPr="00AB32D4" w:rsidRDefault="00AB32D4" w:rsidP="00AB32D4">
      <w:pPr>
        <w:spacing w:after="0"/>
        <w:rPr>
          <w:rFonts w:ascii="Microsoft JhengHei UI" w:eastAsia="Microsoft JhengHei UI" w:hAnsi="Microsoft JhengHei UI"/>
          <w:b/>
          <w:bCs/>
          <w:sz w:val="24"/>
          <w:szCs w:val="24"/>
          <w:lang w:eastAsia="zh-TW"/>
        </w:rPr>
      </w:pPr>
    </w:p>
    <w:p w14:paraId="0EF4D4FD" w14:textId="18EC313F" w:rsidR="001067FD" w:rsidRPr="00CB1DD4" w:rsidRDefault="00B7371E" w:rsidP="005245F9">
      <w:pPr>
        <w:pStyle w:val="ListParagraph"/>
        <w:keepNext/>
        <w:numPr>
          <w:ilvl w:val="0"/>
          <w:numId w:val="19"/>
        </w:numPr>
        <w:rPr>
          <w:rFonts w:ascii="Microsoft JhengHei UI" w:eastAsia="Microsoft JhengHei UI" w:hAnsi="Microsoft JhengHei UI"/>
          <w:b/>
          <w:sz w:val="28"/>
          <w:szCs w:val="28"/>
          <w:lang w:eastAsia="zh-TW"/>
        </w:rPr>
      </w:pPr>
      <w:r w:rsidRPr="00CB1DD4">
        <w:rPr>
          <w:rFonts w:ascii="Microsoft JhengHei UI" w:eastAsia="Microsoft JhengHei UI" w:hAnsi="Microsoft JhengHei UI"/>
          <w:b/>
          <w:sz w:val="28"/>
          <w:szCs w:val="28"/>
          <w:lang w:eastAsia="zh-TW"/>
        </w:rPr>
        <w:t>研究</w:t>
      </w:r>
      <w:r w:rsidR="00B209CA" w:rsidRPr="00CB1DD4">
        <w:rPr>
          <w:rFonts w:ascii="Microsoft JhengHei UI" w:eastAsia="Microsoft JhengHei UI" w:hAnsi="Microsoft JhengHei UI" w:hint="eastAsia"/>
          <w:b/>
          <w:sz w:val="28"/>
          <w:szCs w:val="28"/>
          <w:lang w:eastAsia="zh-TW"/>
        </w:rPr>
        <w:t>院</w:t>
      </w:r>
      <w:r w:rsidRPr="00CB1DD4">
        <w:rPr>
          <w:rFonts w:ascii="Microsoft JhengHei UI" w:eastAsia="Microsoft JhengHei UI" w:hAnsi="Microsoft JhengHei UI"/>
          <w:b/>
          <w:sz w:val="28"/>
          <w:szCs w:val="28"/>
          <w:lang w:eastAsia="zh-TW"/>
        </w:rPr>
        <w:t>資料</w:t>
      </w:r>
    </w:p>
    <w:p w14:paraId="27026263" w14:textId="523C1CB0" w:rsidR="004E079E" w:rsidRPr="000135AE" w:rsidRDefault="001B26E3" w:rsidP="00AB32D4">
      <w:pPr>
        <w:spacing w:after="0"/>
        <w:rPr>
          <w:rFonts w:ascii="Microsoft JhengHei UI" w:eastAsia="Microsoft JhengHei UI" w:hAnsi="Microsoft JhengHei UI" w:cstheme="majorBidi"/>
          <w:b/>
          <w:bCs/>
          <w:color w:val="0066FF"/>
          <w:sz w:val="20"/>
          <w:szCs w:val="20"/>
          <w:lang w:eastAsia="zh-TW"/>
        </w:rPr>
      </w:pPr>
      <w:r w:rsidRPr="000135AE">
        <w:rPr>
          <w:rFonts w:ascii="Microsoft JhengHei UI" w:eastAsia="Microsoft JhengHei UI" w:hAnsi="Microsoft JhengHei UI"/>
          <w:b/>
          <w:sz w:val="20"/>
          <w:szCs w:val="20"/>
          <w:lang w:eastAsia="zh-TW"/>
        </w:rPr>
        <w:t>您是</w:t>
      </w:r>
      <w:r w:rsidRPr="000135AE">
        <w:rPr>
          <w:rFonts w:ascii="Microsoft JhengHei UI" w:eastAsia="Microsoft JhengHei UI" w:hAnsi="Microsoft JhengHei UI"/>
          <w:b/>
          <w:bCs/>
          <w:color w:val="000000"/>
          <w:sz w:val="20"/>
          <w:szCs w:val="20"/>
          <w:lang w:eastAsia="zh-TW"/>
        </w:rPr>
        <w:t>在</w:t>
      </w:r>
      <w:r w:rsidRPr="000135AE">
        <w:rPr>
          <w:rFonts w:ascii="Microsoft JhengHei UI" w:eastAsia="Microsoft JhengHei UI" w:hAnsi="Microsoft JhengHei UI" w:cs="PingFang TC" w:hint="eastAsia"/>
          <w:b/>
          <w:bCs/>
          <w:color w:val="000000"/>
          <w:sz w:val="20"/>
          <w:szCs w:val="20"/>
          <w:lang w:eastAsia="zh-TW"/>
        </w:rPr>
        <w:t>學</w:t>
      </w:r>
      <w:r w:rsidRPr="000135AE">
        <w:rPr>
          <w:rFonts w:ascii="Microsoft JhengHei UI" w:eastAsia="Microsoft JhengHei UI" w:hAnsi="Microsoft JhengHei UI"/>
          <w:b/>
          <w:sz w:val="20"/>
          <w:szCs w:val="20"/>
          <w:lang w:eastAsia="zh-TW"/>
        </w:rPr>
        <w:t>研究生還是準研究生</w:t>
      </w:r>
      <w:r w:rsidRPr="000135AE">
        <w:rPr>
          <w:rFonts w:ascii="Microsoft JhengHei UI" w:eastAsia="Microsoft JhengHei UI" w:hAnsi="Microsoft JhengHei UI"/>
          <w:b/>
          <w:bCs/>
          <w:sz w:val="20"/>
          <w:szCs w:val="20"/>
          <w:lang w:eastAsia="zh-TW"/>
        </w:rPr>
        <w:t>？ *</w:t>
      </w:r>
      <w:r w:rsidR="00AB32D4" w:rsidRPr="000135AE">
        <w:rPr>
          <w:rFonts w:ascii="Microsoft JhengHei UI" w:eastAsia="Microsoft JhengHei UI" w:hAnsi="Microsoft JhengHei UI" w:cstheme="majorBidi"/>
          <w:b/>
          <w:bCs/>
          <w:color w:val="0066FF"/>
          <w:sz w:val="20"/>
          <w:szCs w:val="20"/>
          <w:lang w:eastAsia="zh-TW"/>
        </w:rPr>
        <w:t>【GoApply上填寫即可】</w:t>
      </w:r>
      <w:r w:rsidRPr="000135AE">
        <w:rPr>
          <w:rFonts w:ascii="Microsoft JhengHei UI" w:eastAsia="Microsoft JhengHei UI" w:hAnsi="Microsoft JhengHei UI" w:cstheme="majorBidi"/>
          <w:b/>
          <w:bCs/>
          <w:color w:val="0066FF"/>
          <w:sz w:val="20"/>
          <w:szCs w:val="20"/>
          <w:lang w:eastAsia="zh-TW"/>
        </w:rPr>
        <w:t xml:space="preserve"> </w:t>
      </w:r>
    </w:p>
    <w:p w14:paraId="619B94B9" w14:textId="3A1C572A" w:rsidR="001067FD" w:rsidRPr="000135AE" w:rsidRDefault="001B26E3"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Cs/>
          <w:sz w:val="20"/>
          <w:szCs w:val="20"/>
          <w:lang w:eastAsia="zh-TW"/>
        </w:rPr>
        <w:t>準研究生包括尚未收到</w:t>
      </w:r>
      <w:r w:rsidRPr="000135AE">
        <w:rPr>
          <w:rFonts w:ascii="Microsoft JhengHei UI" w:eastAsia="Microsoft JhengHei UI" w:hAnsi="Microsoft JhengHei UI"/>
          <w:sz w:val="20"/>
          <w:szCs w:val="20"/>
          <w:lang w:eastAsia="zh-TW"/>
        </w:rPr>
        <w:t>取錄</w:t>
      </w:r>
      <w:r w:rsidRPr="000135AE">
        <w:rPr>
          <w:rFonts w:ascii="Microsoft JhengHei UI" w:eastAsia="Microsoft JhengHei UI" w:hAnsi="Microsoft JhengHei UI"/>
          <w:bCs/>
          <w:sz w:val="20"/>
          <w:szCs w:val="20"/>
          <w:lang w:eastAsia="zh-TW"/>
        </w:rPr>
        <w:t>通知的學生，以及已收到</w:t>
      </w:r>
      <w:r w:rsidRPr="000135AE">
        <w:rPr>
          <w:rFonts w:ascii="Microsoft JhengHei UI" w:eastAsia="Microsoft JhengHei UI" w:hAnsi="Microsoft JhengHei UI"/>
          <w:sz w:val="20"/>
          <w:szCs w:val="20"/>
          <w:lang w:eastAsia="zh-TW"/>
        </w:rPr>
        <w:t>取錄</w:t>
      </w:r>
      <w:r w:rsidRPr="000135AE">
        <w:rPr>
          <w:rFonts w:ascii="Microsoft JhengHei UI" w:eastAsia="Microsoft JhengHei UI" w:hAnsi="Microsoft JhengHei UI"/>
          <w:bCs/>
          <w:sz w:val="20"/>
          <w:szCs w:val="20"/>
          <w:lang w:eastAsia="zh-TW"/>
        </w:rPr>
        <w:t>通知但尚未入學的學生</w:t>
      </w:r>
      <w:r w:rsidRPr="000135AE">
        <w:rPr>
          <w:rFonts w:ascii="Microsoft JhengHei UI" w:eastAsia="Microsoft JhengHei UI" w:hAnsi="Microsoft JhengHei UI"/>
          <w:sz w:val="20"/>
          <w:szCs w:val="20"/>
          <w:lang w:eastAsia="zh-TW"/>
        </w:rPr>
        <w:t xml:space="preserve">。 </w:t>
      </w:r>
    </w:p>
    <w:p w14:paraId="52132008" w14:textId="29894AB5" w:rsidR="004E079E" w:rsidRPr="000135AE" w:rsidRDefault="001B26E3" w:rsidP="005245F9">
      <w:pPr>
        <w:pStyle w:val="ListParagraph"/>
        <w:numPr>
          <w:ilvl w:val="0"/>
          <w:numId w:val="7"/>
        </w:num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color w:val="000000"/>
          <w:sz w:val="20"/>
          <w:szCs w:val="20"/>
          <w:lang w:eastAsia="zh-TW"/>
        </w:rPr>
        <w:t>在</w:t>
      </w:r>
      <w:r w:rsidRPr="000135AE">
        <w:rPr>
          <w:rFonts w:ascii="Microsoft JhengHei UI" w:eastAsia="Microsoft JhengHei UI" w:hAnsi="Microsoft JhengHei UI" w:cs="PingFang TC" w:hint="eastAsia"/>
          <w:color w:val="000000"/>
          <w:sz w:val="20"/>
          <w:szCs w:val="20"/>
          <w:lang w:eastAsia="zh-TW"/>
        </w:rPr>
        <w:t>學</w:t>
      </w:r>
      <w:r w:rsidR="004E079E" w:rsidRPr="000135AE">
        <w:rPr>
          <w:rFonts w:ascii="Microsoft JhengHei UI" w:eastAsia="Microsoft JhengHei UI" w:hAnsi="Microsoft JhengHei UI"/>
          <w:sz w:val="20"/>
          <w:szCs w:val="20"/>
          <w:lang w:eastAsia="zh-TW"/>
        </w:rPr>
        <w:t>研究生</w:t>
      </w:r>
    </w:p>
    <w:p w14:paraId="6EB6CA2E" w14:textId="0155C27F" w:rsidR="004E079E" w:rsidRPr="000135AE" w:rsidRDefault="004E079E" w:rsidP="005245F9">
      <w:pPr>
        <w:pStyle w:val="ListParagraph"/>
        <w:numPr>
          <w:ilvl w:val="0"/>
          <w:numId w:val="7"/>
        </w:num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準研究生</w:t>
      </w:r>
    </w:p>
    <w:p w14:paraId="643FA82D" w14:textId="77777777" w:rsidR="004E079E" w:rsidRPr="00CB1DD4" w:rsidRDefault="004E079E" w:rsidP="00CB1DD4">
      <w:pPr>
        <w:spacing w:after="0"/>
        <w:rPr>
          <w:rFonts w:ascii="Microsoft JhengHei UI" w:eastAsia="Microsoft JhengHei UI" w:hAnsi="Microsoft JhengHei UI"/>
          <w:sz w:val="20"/>
          <w:szCs w:val="20"/>
          <w:highlight w:val="yellow"/>
          <w:lang w:eastAsia="zh-TW"/>
        </w:rPr>
      </w:pPr>
    </w:p>
    <w:p w14:paraId="68510DFB" w14:textId="5031336E" w:rsidR="004E079E" w:rsidRPr="000135AE" w:rsidRDefault="00B7371E" w:rsidP="00AB32D4">
      <w:pPr>
        <w:spacing w:after="0"/>
        <w:rPr>
          <w:rFonts w:ascii="Microsoft JhengHei UI" w:eastAsia="Microsoft JhengHei UI" w:hAnsi="Microsoft JhengHei UI"/>
          <w:b/>
          <w:bCs/>
          <w:sz w:val="20"/>
          <w:szCs w:val="20"/>
          <w:lang w:eastAsia="zh-TW"/>
        </w:rPr>
      </w:pPr>
      <w:r w:rsidRPr="000135AE">
        <w:rPr>
          <w:rFonts w:ascii="Microsoft JhengHei UI" w:eastAsia="Microsoft JhengHei UI" w:hAnsi="Microsoft JhengHei UI"/>
          <w:b/>
          <w:bCs/>
          <w:sz w:val="20"/>
          <w:szCs w:val="20"/>
          <w:lang w:eastAsia="zh-TW"/>
        </w:rPr>
        <w:lastRenderedPageBreak/>
        <w:t>您</w:t>
      </w:r>
      <w:r w:rsidR="006F41C0" w:rsidRPr="000135AE">
        <w:rPr>
          <w:rFonts w:ascii="Microsoft JhengHei UI" w:eastAsia="Microsoft JhengHei UI" w:hAnsi="Microsoft JhengHei UI" w:hint="eastAsia"/>
          <w:b/>
          <w:bCs/>
          <w:sz w:val="20"/>
          <w:szCs w:val="20"/>
          <w:lang w:eastAsia="zh-TW"/>
        </w:rPr>
        <w:t>現</w:t>
      </w:r>
      <w:r w:rsidRPr="000135AE">
        <w:rPr>
          <w:rFonts w:ascii="Microsoft JhengHei UI" w:eastAsia="Microsoft JhengHei UI" w:hAnsi="Microsoft JhengHei UI"/>
          <w:b/>
          <w:bCs/>
          <w:sz w:val="20"/>
          <w:szCs w:val="20"/>
          <w:lang w:eastAsia="zh-TW"/>
        </w:rPr>
        <w:t>正申請或就</w:t>
      </w:r>
      <w:r w:rsidR="006F41C0" w:rsidRPr="000135AE">
        <w:rPr>
          <w:rFonts w:ascii="Microsoft JhengHei UI" w:eastAsia="Microsoft JhengHei UI" w:hAnsi="Microsoft JhengHei UI"/>
          <w:b/>
          <w:sz w:val="20"/>
          <w:szCs w:val="20"/>
          <w:lang w:eastAsia="zh-TW"/>
        </w:rPr>
        <w:t>修讀</w:t>
      </w:r>
      <w:r w:rsidRPr="000135AE">
        <w:rPr>
          <w:rFonts w:ascii="Microsoft JhengHei UI" w:eastAsia="Microsoft JhengHei UI" w:hAnsi="Microsoft JhengHei UI"/>
          <w:b/>
          <w:bCs/>
          <w:sz w:val="20"/>
          <w:szCs w:val="20"/>
          <w:lang w:eastAsia="zh-TW"/>
        </w:rPr>
        <w:t>哪一</w:t>
      </w:r>
      <w:r w:rsidR="006F41C0" w:rsidRPr="000135AE">
        <w:rPr>
          <w:rFonts w:ascii="Microsoft JhengHei UI" w:eastAsia="Microsoft JhengHei UI" w:hAnsi="Microsoft JhengHei UI" w:hint="eastAsia"/>
          <w:b/>
          <w:bCs/>
          <w:sz w:val="20"/>
          <w:szCs w:val="20"/>
          <w:lang w:eastAsia="zh-TW"/>
        </w:rPr>
        <w:t>個</w:t>
      </w:r>
      <w:r w:rsidR="006F41C0" w:rsidRPr="000135AE">
        <w:rPr>
          <w:rFonts w:ascii="Microsoft JhengHei UI" w:eastAsia="Microsoft JhengHei UI" w:hAnsi="Microsoft JhengHei UI"/>
          <w:b/>
          <w:sz w:val="20"/>
          <w:szCs w:val="20"/>
          <w:lang w:eastAsia="zh-TW"/>
        </w:rPr>
        <w:t>研究生課程</w:t>
      </w:r>
      <w:r w:rsidRPr="000135AE">
        <w:rPr>
          <w:rFonts w:ascii="Microsoft JhengHei UI" w:eastAsia="Microsoft JhengHei UI" w:hAnsi="Microsoft JhengHei UI"/>
          <w:b/>
          <w:bCs/>
          <w:sz w:val="20"/>
          <w:szCs w:val="20"/>
          <w:lang w:eastAsia="zh-TW"/>
        </w:rPr>
        <w:t xml:space="preserve">？ * </w:t>
      </w:r>
    </w:p>
    <w:p w14:paraId="28A55A7F" w14:textId="03AF1500" w:rsidR="001067FD" w:rsidRPr="000135AE" w:rsidRDefault="00B7371E"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（例如：藝術史碩士、建築學博士、視覺藝術藝術碩士等）</w:t>
      </w:r>
    </w:p>
    <w:tbl>
      <w:tblPr>
        <w:tblStyle w:val="TableGrid"/>
        <w:tblW w:w="0" w:type="auto"/>
        <w:tblLook w:val="04A0" w:firstRow="1" w:lastRow="0" w:firstColumn="1" w:lastColumn="0" w:noHBand="0" w:noVBand="1"/>
      </w:tblPr>
      <w:tblGrid>
        <w:gridCol w:w="8995"/>
      </w:tblGrid>
      <w:tr w:rsidR="00AB32D4" w:rsidRPr="000135AE" w14:paraId="0D83DDF2" w14:textId="77777777" w:rsidTr="00534694">
        <w:tc>
          <w:tcPr>
            <w:tcW w:w="8995" w:type="dxa"/>
          </w:tcPr>
          <w:p w14:paraId="29145EC1" w14:textId="77777777" w:rsidR="00AB32D4" w:rsidRPr="000135AE" w:rsidRDefault="00AB32D4" w:rsidP="00AB32D4">
            <w:pPr>
              <w:rPr>
                <w:rFonts w:ascii="Microsoft JhengHei UI" w:eastAsia="Microsoft JhengHei UI" w:hAnsi="Microsoft JhengHei UI"/>
                <w:sz w:val="20"/>
                <w:szCs w:val="20"/>
                <w:lang w:eastAsia="zh-TW"/>
              </w:rPr>
            </w:pPr>
            <w:permStart w:id="220859152" w:edGrp="everyone" w:colFirst="0" w:colLast="0"/>
          </w:p>
        </w:tc>
      </w:tr>
      <w:permEnd w:id="220859152"/>
    </w:tbl>
    <w:p w14:paraId="0DDC29D7" w14:textId="77777777" w:rsidR="00AB32D4" w:rsidRPr="000135AE" w:rsidRDefault="00AB32D4" w:rsidP="00AB32D4">
      <w:pPr>
        <w:spacing w:after="0"/>
        <w:rPr>
          <w:rFonts w:ascii="Microsoft JhengHei UI" w:eastAsia="Microsoft JhengHei UI" w:hAnsi="Microsoft JhengHei UI"/>
          <w:sz w:val="20"/>
          <w:szCs w:val="20"/>
          <w:lang w:eastAsia="zh-TW"/>
        </w:rPr>
      </w:pPr>
    </w:p>
    <w:p w14:paraId="0E26AB35" w14:textId="3829F4F6" w:rsidR="004E079E" w:rsidRPr="000135AE" w:rsidRDefault="00B7371E" w:rsidP="00AB32D4">
      <w:pPr>
        <w:spacing w:after="0"/>
        <w:rPr>
          <w:rFonts w:ascii="Microsoft JhengHei UI" w:eastAsia="Microsoft JhengHei UI" w:hAnsi="Microsoft JhengHei UI"/>
          <w:b/>
          <w:bCs/>
          <w:sz w:val="20"/>
          <w:szCs w:val="20"/>
          <w:lang w:eastAsia="zh-TW"/>
        </w:rPr>
      </w:pPr>
      <w:r w:rsidRPr="000135AE">
        <w:rPr>
          <w:rFonts w:ascii="Microsoft JhengHei UI" w:eastAsia="Microsoft JhengHei UI" w:hAnsi="Microsoft JhengHei UI"/>
          <w:b/>
          <w:bCs/>
          <w:sz w:val="20"/>
          <w:szCs w:val="20"/>
          <w:lang w:eastAsia="zh-TW"/>
        </w:rPr>
        <w:t>請提供您預計或目前就讀的大學或</w:t>
      </w:r>
      <w:r w:rsidR="00B209CA" w:rsidRPr="000135AE">
        <w:rPr>
          <w:rFonts w:ascii="Microsoft JhengHei UI" w:eastAsia="Microsoft JhengHei UI" w:hAnsi="Microsoft JhengHei UI"/>
          <w:b/>
          <w:bCs/>
          <w:sz w:val="20"/>
          <w:szCs w:val="20"/>
          <w:lang w:eastAsia="zh-TW"/>
        </w:rPr>
        <w:t>研究</w:t>
      </w:r>
      <w:r w:rsidRPr="000135AE">
        <w:rPr>
          <w:rFonts w:ascii="Microsoft JhengHei UI" w:eastAsia="Microsoft JhengHei UI" w:hAnsi="Microsoft JhengHei UI"/>
          <w:b/>
          <w:bCs/>
          <w:sz w:val="20"/>
          <w:szCs w:val="20"/>
          <w:lang w:eastAsia="zh-TW"/>
        </w:rPr>
        <w:t xml:space="preserve">院名稱。 * </w:t>
      </w:r>
    </w:p>
    <w:p w14:paraId="6A8D7314" w14:textId="788B92A4" w:rsidR="001067FD" w:rsidRPr="000135AE" w:rsidRDefault="00B7371E"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如果您正在申請多</w:t>
      </w:r>
      <w:r w:rsidR="00B209CA" w:rsidRPr="000135AE">
        <w:rPr>
          <w:rFonts w:ascii="Microsoft JhengHei UI" w:eastAsia="Microsoft JhengHei UI" w:hAnsi="Microsoft JhengHei UI" w:hint="eastAsia"/>
          <w:sz w:val="20"/>
          <w:szCs w:val="20"/>
          <w:lang w:eastAsia="zh-TW"/>
        </w:rPr>
        <w:t>於一</w:t>
      </w:r>
      <w:r w:rsidRPr="000135AE">
        <w:rPr>
          <w:rFonts w:ascii="Microsoft JhengHei UI" w:eastAsia="Microsoft JhengHei UI" w:hAnsi="Microsoft JhengHei UI"/>
          <w:sz w:val="20"/>
          <w:szCs w:val="20"/>
          <w:lang w:eastAsia="zh-TW"/>
        </w:rPr>
        <w:t>個研究</w:t>
      </w:r>
      <w:r w:rsidR="00B209CA" w:rsidRPr="000135AE">
        <w:rPr>
          <w:rFonts w:ascii="Microsoft JhengHei UI" w:eastAsia="Microsoft JhengHei UI" w:hAnsi="Microsoft JhengHei UI"/>
          <w:sz w:val="20"/>
          <w:szCs w:val="20"/>
          <w:lang w:eastAsia="zh-TW"/>
        </w:rPr>
        <w:t>院</w:t>
      </w:r>
      <w:r w:rsidRPr="000135AE">
        <w:rPr>
          <w:rFonts w:ascii="Microsoft JhengHei UI" w:eastAsia="Microsoft JhengHei UI" w:hAnsi="Microsoft JhengHei UI"/>
          <w:sz w:val="20"/>
          <w:szCs w:val="20"/>
          <w:lang w:eastAsia="zh-TW"/>
        </w:rPr>
        <w:t>或正在等待</w:t>
      </w:r>
      <w:r w:rsidR="00B209CA" w:rsidRPr="000135AE">
        <w:rPr>
          <w:rFonts w:ascii="Microsoft JhengHei UI" w:eastAsia="Microsoft JhengHei UI" w:hAnsi="Microsoft JhengHei UI"/>
          <w:sz w:val="20"/>
          <w:szCs w:val="20"/>
          <w:lang w:eastAsia="zh-TW"/>
        </w:rPr>
        <w:t>多</w:t>
      </w:r>
      <w:r w:rsidR="00B209CA" w:rsidRPr="000135AE">
        <w:rPr>
          <w:rFonts w:ascii="Microsoft JhengHei UI" w:eastAsia="Microsoft JhengHei UI" w:hAnsi="Microsoft JhengHei UI" w:hint="eastAsia"/>
          <w:sz w:val="20"/>
          <w:szCs w:val="20"/>
          <w:lang w:eastAsia="zh-TW"/>
        </w:rPr>
        <w:t>於一</w:t>
      </w:r>
      <w:r w:rsidR="00B209CA" w:rsidRPr="000135AE">
        <w:rPr>
          <w:rFonts w:ascii="Microsoft JhengHei UI" w:eastAsia="Microsoft JhengHei UI" w:hAnsi="Microsoft JhengHei UI"/>
          <w:sz w:val="20"/>
          <w:szCs w:val="20"/>
          <w:lang w:eastAsia="zh-TW"/>
        </w:rPr>
        <w:t>個</w:t>
      </w:r>
      <w:r w:rsidRPr="000135AE">
        <w:rPr>
          <w:rFonts w:ascii="Microsoft JhengHei UI" w:eastAsia="Microsoft JhengHei UI" w:hAnsi="Microsoft JhengHei UI"/>
          <w:sz w:val="20"/>
          <w:szCs w:val="20"/>
          <w:lang w:eastAsia="zh-TW"/>
        </w:rPr>
        <w:t>研究</w:t>
      </w:r>
      <w:r w:rsidR="00B209CA" w:rsidRPr="000135AE">
        <w:rPr>
          <w:rFonts w:ascii="Microsoft JhengHei UI" w:eastAsia="Microsoft JhengHei UI" w:hAnsi="Microsoft JhengHei UI"/>
          <w:sz w:val="20"/>
          <w:szCs w:val="20"/>
          <w:lang w:eastAsia="zh-TW"/>
        </w:rPr>
        <w:t>院</w:t>
      </w:r>
      <w:r w:rsidRPr="000135AE">
        <w:rPr>
          <w:rFonts w:ascii="Microsoft JhengHei UI" w:eastAsia="Microsoft JhengHei UI" w:hAnsi="Microsoft JhengHei UI"/>
          <w:sz w:val="20"/>
          <w:szCs w:val="20"/>
          <w:lang w:eastAsia="zh-TW"/>
        </w:rPr>
        <w:t>的錄取回覆，您最多可以列出五所預計就讀的</w:t>
      </w:r>
      <w:r w:rsidR="00B209CA" w:rsidRPr="000135AE">
        <w:rPr>
          <w:rFonts w:ascii="Microsoft JhengHei UI" w:eastAsia="Microsoft JhengHei UI" w:hAnsi="Microsoft JhengHei UI" w:hint="eastAsia"/>
          <w:sz w:val="20"/>
          <w:szCs w:val="20"/>
          <w:lang w:eastAsia="zh-TW"/>
        </w:rPr>
        <w:t>教育</w:t>
      </w:r>
      <w:r w:rsidRPr="000135AE">
        <w:rPr>
          <w:rFonts w:ascii="Microsoft JhengHei UI" w:eastAsia="Microsoft JhengHei UI" w:hAnsi="Microsoft JhengHei UI"/>
          <w:sz w:val="20"/>
          <w:szCs w:val="20"/>
          <w:lang w:eastAsia="zh-TW"/>
        </w:rPr>
        <w:t>機構。</w:t>
      </w:r>
    </w:p>
    <w:tbl>
      <w:tblPr>
        <w:tblStyle w:val="TableGrid"/>
        <w:tblW w:w="0" w:type="auto"/>
        <w:tblLook w:val="04A0" w:firstRow="1" w:lastRow="0" w:firstColumn="1" w:lastColumn="0" w:noHBand="0" w:noVBand="1"/>
      </w:tblPr>
      <w:tblGrid>
        <w:gridCol w:w="8995"/>
      </w:tblGrid>
      <w:tr w:rsidR="00AB32D4" w:rsidRPr="000135AE" w14:paraId="18AA3100" w14:textId="77777777" w:rsidTr="00534694">
        <w:tc>
          <w:tcPr>
            <w:tcW w:w="8995" w:type="dxa"/>
          </w:tcPr>
          <w:p w14:paraId="0BA01DF7" w14:textId="77777777" w:rsidR="00AB32D4" w:rsidRPr="000135AE" w:rsidRDefault="00AB32D4" w:rsidP="00AB32D4">
            <w:pPr>
              <w:rPr>
                <w:rFonts w:ascii="Microsoft JhengHei UI" w:eastAsia="Microsoft JhengHei UI" w:hAnsi="Microsoft JhengHei UI"/>
                <w:sz w:val="20"/>
                <w:szCs w:val="20"/>
                <w:lang w:eastAsia="zh-TW"/>
              </w:rPr>
            </w:pPr>
            <w:permStart w:id="1296106524" w:edGrp="everyone" w:colFirst="0" w:colLast="0"/>
          </w:p>
        </w:tc>
      </w:tr>
      <w:permEnd w:id="1296106524"/>
    </w:tbl>
    <w:p w14:paraId="5A89553A" w14:textId="77777777" w:rsidR="00AB32D4" w:rsidRPr="000135AE" w:rsidRDefault="00AB32D4" w:rsidP="00AB32D4">
      <w:pPr>
        <w:spacing w:after="0"/>
        <w:rPr>
          <w:rFonts w:ascii="Microsoft JhengHei UI" w:eastAsia="Microsoft JhengHei UI" w:hAnsi="Microsoft JhengHei UI"/>
          <w:sz w:val="20"/>
          <w:szCs w:val="20"/>
          <w:lang w:eastAsia="zh-TW"/>
        </w:rPr>
      </w:pPr>
    </w:p>
    <w:p w14:paraId="3EAD1957" w14:textId="77777777" w:rsidR="004E079E" w:rsidRPr="000135AE" w:rsidRDefault="004E079E" w:rsidP="006026E8">
      <w:pPr>
        <w:pStyle w:val="ListParagraph"/>
        <w:spacing w:after="0"/>
        <w:rPr>
          <w:rFonts w:ascii="Microsoft JhengHei UI" w:eastAsia="Microsoft JhengHei UI" w:hAnsi="Microsoft JhengHei UI"/>
          <w:sz w:val="20"/>
          <w:szCs w:val="20"/>
          <w:highlight w:val="yellow"/>
          <w:lang w:eastAsia="zh-TW"/>
        </w:rPr>
      </w:pPr>
    </w:p>
    <w:p w14:paraId="730B054A" w14:textId="432F2F1C" w:rsidR="004E079E" w:rsidRPr="000135AE" w:rsidRDefault="00B7371E"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b/>
          <w:bCs/>
          <w:sz w:val="20"/>
          <w:szCs w:val="20"/>
          <w:lang w:eastAsia="zh-TW"/>
        </w:rPr>
        <w:t>您</w:t>
      </w:r>
      <w:r w:rsidR="000C4644" w:rsidRPr="000135AE">
        <w:rPr>
          <w:rFonts w:ascii="Microsoft JhengHei UI" w:eastAsia="Microsoft JhengHei UI" w:hAnsi="Microsoft JhengHei UI" w:hint="eastAsia"/>
          <w:b/>
          <w:bCs/>
          <w:sz w:val="20"/>
          <w:szCs w:val="20"/>
          <w:lang w:eastAsia="zh-TW"/>
        </w:rPr>
        <w:t>已</w:t>
      </w:r>
      <w:r w:rsidRPr="000135AE">
        <w:rPr>
          <w:rFonts w:ascii="Microsoft JhengHei UI" w:eastAsia="Microsoft JhengHei UI" w:hAnsi="Microsoft JhengHei UI"/>
          <w:b/>
          <w:bCs/>
          <w:sz w:val="20"/>
          <w:szCs w:val="20"/>
          <w:lang w:eastAsia="zh-TW"/>
        </w:rPr>
        <w:t>於或</w:t>
      </w:r>
      <w:r w:rsidR="000C4644" w:rsidRPr="000135AE">
        <w:rPr>
          <w:rFonts w:ascii="Microsoft JhengHei UI" w:eastAsia="Microsoft JhengHei UI" w:hAnsi="Microsoft JhengHei UI" w:hint="eastAsia"/>
          <w:b/>
          <w:bCs/>
          <w:sz w:val="20"/>
          <w:szCs w:val="20"/>
          <w:lang w:eastAsia="zh-TW"/>
        </w:rPr>
        <w:t>將</w:t>
      </w:r>
      <w:r w:rsidR="000C4644" w:rsidRPr="000135AE">
        <w:rPr>
          <w:rFonts w:ascii="Microsoft JhengHei UI" w:eastAsia="Microsoft JhengHei UI" w:hAnsi="Microsoft JhengHei UI"/>
          <w:b/>
          <w:bCs/>
          <w:sz w:val="20"/>
          <w:szCs w:val="20"/>
          <w:lang w:eastAsia="zh-TW"/>
        </w:rPr>
        <w:t>於</w:t>
      </w:r>
      <w:r w:rsidRPr="000135AE">
        <w:rPr>
          <w:rFonts w:ascii="Microsoft JhengHei UI" w:eastAsia="Microsoft JhengHei UI" w:hAnsi="Microsoft JhengHei UI"/>
          <w:b/>
          <w:bCs/>
          <w:sz w:val="20"/>
          <w:szCs w:val="20"/>
          <w:lang w:eastAsia="zh-TW"/>
        </w:rPr>
        <w:t>何時開始您的研究生</w:t>
      </w:r>
      <w:r w:rsidR="00470B53" w:rsidRPr="000135AE">
        <w:rPr>
          <w:rFonts w:ascii="Microsoft JhengHei UI" w:eastAsia="Microsoft JhengHei UI" w:hAnsi="Microsoft JhengHei UI"/>
          <w:b/>
          <w:sz w:val="20"/>
          <w:szCs w:val="20"/>
          <w:lang w:eastAsia="zh-TW"/>
        </w:rPr>
        <w:t>課</w:t>
      </w:r>
      <w:r w:rsidRPr="000135AE">
        <w:rPr>
          <w:rFonts w:ascii="Microsoft JhengHei UI" w:eastAsia="Microsoft JhengHei UI" w:hAnsi="Microsoft JhengHei UI"/>
          <w:b/>
          <w:bCs/>
          <w:sz w:val="20"/>
          <w:szCs w:val="20"/>
          <w:lang w:eastAsia="zh-TW"/>
        </w:rPr>
        <w:t>程？</w:t>
      </w:r>
      <w:r w:rsidRPr="000135AE">
        <w:rPr>
          <w:rFonts w:ascii="Microsoft JhengHei UI" w:eastAsia="Microsoft JhengHei UI" w:hAnsi="Microsoft JhengHei UI"/>
          <w:sz w:val="20"/>
          <w:szCs w:val="20"/>
          <w:lang w:eastAsia="zh-TW"/>
        </w:rPr>
        <w:t xml:space="preserve"> * </w:t>
      </w:r>
    </w:p>
    <w:p w14:paraId="4F84C844" w14:textId="5EA13CCA" w:rsidR="001067FD" w:rsidRPr="000135AE" w:rsidRDefault="00B7371E"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請選擇一個</w:t>
      </w:r>
      <w:r w:rsidR="000C4644" w:rsidRPr="000135AE">
        <w:rPr>
          <w:rFonts w:ascii="Microsoft JhengHei UI" w:eastAsia="Microsoft JhengHei UI" w:hAnsi="Microsoft JhengHei UI"/>
          <w:color w:val="000000"/>
          <w:sz w:val="20"/>
          <w:szCs w:val="20"/>
          <w:lang w:eastAsia="zh-TW"/>
        </w:rPr>
        <w:t>預</w:t>
      </w:r>
      <w:r w:rsidR="000C4644" w:rsidRPr="000135AE">
        <w:rPr>
          <w:rFonts w:ascii="Microsoft JhengHei UI" w:eastAsia="Microsoft JhengHei UI" w:hAnsi="Microsoft JhengHei UI" w:cs="PingFang TC" w:hint="eastAsia"/>
          <w:color w:val="000000"/>
          <w:sz w:val="20"/>
          <w:szCs w:val="20"/>
          <w:lang w:eastAsia="zh-TW"/>
        </w:rPr>
        <w:t>計</w:t>
      </w:r>
      <w:r w:rsidRPr="000135AE">
        <w:rPr>
          <w:rFonts w:ascii="Microsoft JhengHei UI" w:eastAsia="Microsoft JhengHei UI" w:hAnsi="Microsoft JhengHei UI"/>
          <w:sz w:val="20"/>
          <w:szCs w:val="20"/>
          <w:lang w:eastAsia="zh-TW"/>
        </w:rPr>
        <w:t>日期。</w:t>
      </w:r>
    </w:p>
    <w:tbl>
      <w:tblPr>
        <w:tblStyle w:val="TableGrid"/>
        <w:tblW w:w="0" w:type="auto"/>
        <w:tblLook w:val="04A0" w:firstRow="1" w:lastRow="0" w:firstColumn="1" w:lastColumn="0" w:noHBand="0" w:noVBand="1"/>
      </w:tblPr>
      <w:tblGrid>
        <w:gridCol w:w="8995"/>
      </w:tblGrid>
      <w:tr w:rsidR="00AB32D4" w:rsidRPr="000135AE" w14:paraId="2BA0485A" w14:textId="77777777" w:rsidTr="00534694">
        <w:tc>
          <w:tcPr>
            <w:tcW w:w="8995" w:type="dxa"/>
          </w:tcPr>
          <w:p w14:paraId="1383354B" w14:textId="2996923F" w:rsidR="00AB32D4" w:rsidRPr="000135AE" w:rsidRDefault="00AB32D4" w:rsidP="00AB32D4">
            <w:pPr>
              <w:rPr>
                <w:rFonts w:ascii="Microsoft JhengHei UI" w:eastAsia="Microsoft JhengHei UI" w:hAnsi="Microsoft JhengHei UI"/>
                <w:bCs/>
                <w:sz w:val="20"/>
                <w:szCs w:val="20"/>
                <w:highlight w:val="yellow"/>
                <w:lang w:eastAsia="zh-TW"/>
              </w:rPr>
            </w:pPr>
            <w:permStart w:id="993808210" w:edGrp="everyone" w:colFirst="0" w:colLast="0"/>
            <w:r w:rsidRPr="000135AE">
              <w:rPr>
                <w:rFonts w:ascii="Calibri" w:eastAsia="Microsoft JhengHei" w:hAnsi="Calibri" w:cs="Calibri"/>
                <w:bCs/>
                <w:color w:val="000000"/>
                <w:sz w:val="20"/>
                <w:szCs w:val="20"/>
                <w:lang w:eastAsia="zh-TW"/>
              </w:rPr>
              <w:t xml:space="preserve">      </w:t>
            </w:r>
            <w:r w:rsidRPr="000135AE">
              <w:rPr>
                <w:rFonts w:ascii="Calibri" w:eastAsia="Microsoft JhengHei" w:hAnsi="Calibri" w:cs="Calibri"/>
                <w:bCs/>
                <w:color w:val="000000"/>
                <w:sz w:val="20"/>
                <w:szCs w:val="20"/>
                <w:lang w:eastAsia="zh-TW"/>
              </w:rPr>
              <w:t>年</w:t>
            </w:r>
            <w:r w:rsidRPr="000135AE">
              <w:rPr>
                <w:rFonts w:ascii="Calibri" w:eastAsia="Microsoft JhengHei" w:hAnsi="Calibri" w:cs="Calibri"/>
                <w:bCs/>
                <w:color w:val="000000"/>
                <w:sz w:val="20"/>
                <w:szCs w:val="20"/>
                <w:lang w:eastAsia="zh-TW"/>
              </w:rPr>
              <w:t xml:space="preserve">    </w:t>
            </w:r>
            <w:r w:rsidRPr="000135AE">
              <w:rPr>
                <w:rFonts w:ascii="Calibri" w:eastAsia="Microsoft JhengHei" w:hAnsi="Calibri" w:cs="Calibri"/>
                <w:bCs/>
                <w:color w:val="000000"/>
                <w:sz w:val="20"/>
                <w:szCs w:val="20"/>
                <w:lang w:eastAsia="zh-TW"/>
              </w:rPr>
              <w:t>月</w:t>
            </w:r>
            <w:r w:rsidRPr="000135AE">
              <w:rPr>
                <w:rFonts w:ascii="Calibri" w:eastAsia="Microsoft JhengHei" w:hAnsi="Calibri" w:cs="Calibri"/>
                <w:bCs/>
                <w:color w:val="000000"/>
                <w:sz w:val="20"/>
                <w:szCs w:val="20"/>
                <w:lang w:eastAsia="zh-TW"/>
              </w:rPr>
              <w:t xml:space="preserve">    </w:t>
            </w:r>
            <w:r w:rsidRPr="000135AE">
              <w:rPr>
                <w:rFonts w:ascii="Calibri" w:eastAsia="Microsoft JhengHei" w:hAnsi="Calibri" w:cs="Calibri"/>
                <w:bCs/>
                <w:color w:val="000000"/>
                <w:sz w:val="20"/>
                <w:szCs w:val="20"/>
                <w:lang w:eastAsia="zh-TW"/>
              </w:rPr>
              <w:t>日</w:t>
            </w:r>
          </w:p>
        </w:tc>
      </w:tr>
      <w:permEnd w:id="993808210"/>
    </w:tbl>
    <w:p w14:paraId="509A315D" w14:textId="77777777" w:rsidR="004E079E" w:rsidRPr="000135AE" w:rsidRDefault="004E079E" w:rsidP="00AB32D4">
      <w:pPr>
        <w:spacing w:after="0"/>
        <w:rPr>
          <w:rFonts w:ascii="Microsoft JhengHei UI" w:eastAsia="Microsoft JhengHei UI" w:hAnsi="Microsoft JhengHei UI"/>
          <w:sz w:val="20"/>
          <w:szCs w:val="20"/>
          <w:highlight w:val="yellow"/>
          <w:lang w:eastAsia="zh-TW"/>
        </w:rPr>
      </w:pPr>
    </w:p>
    <w:p w14:paraId="38671C2B" w14:textId="2CDA3EF8" w:rsidR="004E079E" w:rsidRPr="000135AE" w:rsidRDefault="00B7371E" w:rsidP="00AB32D4">
      <w:pPr>
        <w:spacing w:after="0"/>
        <w:rPr>
          <w:rFonts w:ascii="Microsoft JhengHei UI" w:eastAsia="Microsoft JhengHei UI" w:hAnsi="Microsoft JhengHei UI"/>
          <w:b/>
          <w:bCs/>
          <w:sz w:val="20"/>
          <w:szCs w:val="20"/>
          <w:lang w:eastAsia="zh-TW"/>
        </w:rPr>
      </w:pPr>
      <w:r w:rsidRPr="000135AE">
        <w:rPr>
          <w:rFonts w:ascii="Microsoft JhengHei UI" w:eastAsia="Microsoft JhengHei UI" w:hAnsi="Microsoft JhengHei UI"/>
          <w:b/>
          <w:bCs/>
          <w:sz w:val="20"/>
          <w:szCs w:val="20"/>
          <w:lang w:eastAsia="zh-TW"/>
        </w:rPr>
        <w:t>您將於何時完成您的研究生</w:t>
      </w:r>
      <w:r w:rsidR="00470B53" w:rsidRPr="000135AE">
        <w:rPr>
          <w:rFonts w:ascii="Microsoft JhengHei UI" w:eastAsia="Microsoft JhengHei UI" w:hAnsi="Microsoft JhengHei UI"/>
          <w:b/>
          <w:sz w:val="20"/>
          <w:szCs w:val="20"/>
          <w:lang w:eastAsia="zh-TW"/>
        </w:rPr>
        <w:t>課</w:t>
      </w:r>
      <w:r w:rsidRPr="000135AE">
        <w:rPr>
          <w:rFonts w:ascii="Microsoft JhengHei UI" w:eastAsia="Microsoft JhengHei UI" w:hAnsi="Microsoft JhengHei UI"/>
          <w:b/>
          <w:bCs/>
          <w:sz w:val="20"/>
          <w:szCs w:val="20"/>
          <w:lang w:eastAsia="zh-TW"/>
        </w:rPr>
        <w:t xml:space="preserve">程？ * </w:t>
      </w:r>
    </w:p>
    <w:p w14:paraId="3403B82A" w14:textId="215F7ABD" w:rsidR="001067FD" w:rsidRPr="000135AE" w:rsidRDefault="00B7371E"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請選擇一個</w:t>
      </w:r>
      <w:r w:rsidR="000C4644" w:rsidRPr="000135AE">
        <w:rPr>
          <w:rFonts w:ascii="Microsoft JhengHei UI" w:eastAsia="Microsoft JhengHei UI" w:hAnsi="Microsoft JhengHei UI"/>
          <w:color w:val="000000"/>
          <w:sz w:val="20"/>
          <w:szCs w:val="20"/>
          <w:lang w:eastAsia="zh-TW"/>
        </w:rPr>
        <w:t>預</w:t>
      </w:r>
      <w:r w:rsidR="000C4644" w:rsidRPr="000135AE">
        <w:rPr>
          <w:rFonts w:ascii="Microsoft JhengHei UI" w:eastAsia="Microsoft JhengHei UI" w:hAnsi="Microsoft JhengHei UI" w:cs="PingFang TC" w:hint="eastAsia"/>
          <w:color w:val="000000"/>
          <w:sz w:val="20"/>
          <w:szCs w:val="20"/>
          <w:lang w:eastAsia="zh-TW"/>
        </w:rPr>
        <w:t>計</w:t>
      </w:r>
      <w:r w:rsidRPr="000135AE">
        <w:rPr>
          <w:rFonts w:ascii="Microsoft JhengHei UI" w:eastAsia="Microsoft JhengHei UI" w:hAnsi="Microsoft JhengHei UI"/>
          <w:sz w:val="20"/>
          <w:szCs w:val="20"/>
          <w:lang w:eastAsia="zh-TW"/>
        </w:rPr>
        <w:t>日期。</w:t>
      </w:r>
    </w:p>
    <w:tbl>
      <w:tblPr>
        <w:tblStyle w:val="TableGrid"/>
        <w:tblW w:w="0" w:type="auto"/>
        <w:tblLook w:val="04A0" w:firstRow="1" w:lastRow="0" w:firstColumn="1" w:lastColumn="0" w:noHBand="0" w:noVBand="1"/>
      </w:tblPr>
      <w:tblGrid>
        <w:gridCol w:w="8995"/>
      </w:tblGrid>
      <w:tr w:rsidR="00AB32D4" w:rsidRPr="000135AE" w14:paraId="2B587683" w14:textId="77777777" w:rsidTr="00534694">
        <w:tc>
          <w:tcPr>
            <w:tcW w:w="8995" w:type="dxa"/>
          </w:tcPr>
          <w:p w14:paraId="760EA839" w14:textId="77777777" w:rsidR="00AB32D4" w:rsidRPr="000135AE" w:rsidRDefault="00AB32D4" w:rsidP="005F5BA8">
            <w:pPr>
              <w:rPr>
                <w:rFonts w:ascii="Microsoft JhengHei UI" w:eastAsia="Microsoft JhengHei UI" w:hAnsi="Microsoft JhengHei UI"/>
                <w:bCs/>
                <w:sz w:val="20"/>
                <w:szCs w:val="20"/>
                <w:highlight w:val="yellow"/>
                <w:lang w:eastAsia="zh-TW"/>
              </w:rPr>
            </w:pPr>
            <w:permStart w:id="1231908102" w:edGrp="everyone" w:colFirst="0" w:colLast="0"/>
            <w:r w:rsidRPr="000135AE">
              <w:rPr>
                <w:rFonts w:ascii="Calibri" w:eastAsia="Microsoft JhengHei" w:hAnsi="Calibri" w:cs="Calibri"/>
                <w:bCs/>
                <w:color w:val="000000"/>
                <w:sz w:val="20"/>
                <w:szCs w:val="20"/>
                <w:lang w:eastAsia="zh-TW"/>
              </w:rPr>
              <w:t xml:space="preserve">      </w:t>
            </w:r>
            <w:r w:rsidRPr="000135AE">
              <w:rPr>
                <w:rFonts w:ascii="Calibri" w:eastAsia="Microsoft JhengHei" w:hAnsi="Calibri" w:cs="Calibri"/>
                <w:bCs/>
                <w:color w:val="000000"/>
                <w:sz w:val="20"/>
                <w:szCs w:val="20"/>
                <w:lang w:eastAsia="zh-TW"/>
              </w:rPr>
              <w:t>年</w:t>
            </w:r>
            <w:r w:rsidRPr="000135AE">
              <w:rPr>
                <w:rFonts w:ascii="Calibri" w:eastAsia="Microsoft JhengHei" w:hAnsi="Calibri" w:cs="Calibri"/>
                <w:bCs/>
                <w:color w:val="000000"/>
                <w:sz w:val="20"/>
                <w:szCs w:val="20"/>
                <w:lang w:eastAsia="zh-TW"/>
              </w:rPr>
              <w:t xml:space="preserve">    </w:t>
            </w:r>
            <w:r w:rsidRPr="000135AE">
              <w:rPr>
                <w:rFonts w:ascii="Calibri" w:eastAsia="Microsoft JhengHei" w:hAnsi="Calibri" w:cs="Calibri"/>
                <w:bCs/>
                <w:color w:val="000000"/>
                <w:sz w:val="20"/>
                <w:szCs w:val="20"/>
                <w:lang w:eastAsia="zh-TW"/>
              </w:rPr>
              <w:t>月</w:t>
            </w:r>
            <w:r w:rsidRPr="000135AE">
              <w:rPr>
                <w:rFonts w:ascii="Calibri" w:eastAsia="Microsoft JhengHei" w:hAnsi="Calibri" w:cs="Calibri"/>
                <w:bCs/>
                <w:color w:val="000000"/>
                <w:sz w:val="20"/>
                <w:szCs w:val="20"/>
                <w:lang w:eastAsia="zh-TW"/>
              </w:rPr>
              <w:t xml:space="preserve">    </w:t>
            </w:r>
            <w:r w:rsidRPr="000135AE">
              <w:rPr>
                <w:rFonts w:ascii="Calibri" w:eastAsia="Microsoft JhengHei" w:hAnsi="Calibri" w:cs="Calibri"/>
                <w:bCs/>
                <w:color w:val="000000"/>
                <w:sz w:val="20"/>
                <w:szCs w:val="20"/>
                <w:lang w:eastAsia="zh-TW"/>
              </w:rPr>
              <w:t>日</w:t>
            </w:r>
          </w:p>
        </w:tc>
      </w:tr>
      <w:permEnd w:id="1231908102"/>
    </w:tbl>
    <w:p w14:paraId="4F90AAFA" w14:textId="77777777" w:rsidR="00AB32D4" w:rsidRPr="000135AE" w:rsidRDefault="00AB32D4" w:rsidP="00AB32D4">
      <w:pPr>
        <w:spacing w:after="0"/>
        <w:rPr>
          <w:rFonts w:ascii="Microsoft JhengHei UI" w:eastAsia="Microsoft JhengHei UI" w:hAnsi="Microsoft JhengHei UI"/>
          <w:sz w:val="20"/>
          <w:szCs w:val="20"/>
          <w:lang w:eastAsia="zh-TW"/>
        </w:rPr>
      </w:pPr>
    </w:p>
    <w:p w14:paraId="059386DF" w14:textId="1D85A427" w:rsidR="00AB32D4" w:rsidRPr="000135AE" w:rsidRDefault="00B7371E" w:rsidP="00AB32D4">
      <w:pPr>
        <w:spacing w:after="0"/>
        <w:rPr>
          <w:rFonts w:ascii="Microsoft JhengHei UI" w:eastAsia="Microsoft JhengHei UI" w:hAnsi="Microsoft JhengHei UI" w:cstheme="majorBidi"/>
          <w:b/>
          <w:bCs/>
          <w:color w:val="0066FF"/>
          <w:sz w:val="20"/>
          <w:szCs w:val="20"/>
        </w:rPr>
      </w:pPr>
      <w:r w:rsidRPr="000135AE">
        <w:rPr>
          <w:rFonts w:ascii="Microsoft JhengHei UI" w:eastAsia="Microsoft JhengHei UI" w:hAnsi="Microsoft JhengHei UI"/>
          <w:b/>
          <w:bCs/>
          <w:sz w:val="20"/>
          <w:szCs w:val="20"/>
          <w:lang w:eastAsia="zh-TW"/>
        </w:rPr>
        <w:t>您是否已被研究</w:t>
      </w:r>
      <w:r w:rsidR="00470B53" w:rsidRPr="000135AE">
        <w:rPr>
          <w:rFonts w:ascii="Microsoft JhengHei UI" w:eastAsia="Microsoft JhengHei UI" w:hAnsi="Microsoft JhengHei UI"/>
          <w:b/>
          <w:bCs/>
          <w:sz w:val="20"/>
          <w:szCs w:val="20"/>
          <w:lang w:eastAsia="zh-TW"/>
        </w:rPr>
        <w:t>院</w:t>
      </w:r>
      <w:r w:rsidRPr="000135AE">
        <w:rPr>
          <w:rFonts w:ascii="Microsoft JhengHei UI" w:eastAsia="Microsoft JhengHei UI" w:hAnsi="Microsoft JhengHei UI"/>
          <w:b/>
          <w:bCs/>
          <w:sz w:val="20"/>
          <w:szCs w:val="20"/>
          <w:lang w:eastAsia="zh-TW"/>
        </w:rPr>
        <w:t>取</w:t>
      </w:r>
      <w:r w:rsidR="00470B53" w:rsidRPr="000135AE">
        <w:rPr>
          <w:rFonts w:ascii="Microsoft JhengHei UI" w:eastAsia="Microsoft JhengHei UI" w:hAnsi="Microsoft JhengHei UI"/>
          <w:b/>
          <w:bCs/>
          <w:sz w:val="20"/>
          <w:szCs w:val="20"/>
          <w:lang w:eastAsia="zh-TW"/>
        </w:rPr>
        <w:t>錄</w:t>
      </w:r>
      <w:r w:rsidRPr="000135AE">
        <w:rPr>
          <w:rFonts w:ascii="Microsoft JhengHei UI" w:eastAsia="Microsoft JhengHei UI" w:hAnsi="Microsoft JhengHei UI"/>
          <w:b/>
          <w:bCs/>
          <w:sz w:val="20"/>
          <w:szCs w:val="20"/>
          <w:lang w:eastAsia="zh-TW"/>
        </w:rPr>
        <w:t xml:space="preserve">？ * </w:t>
      </w:r>
      <w:r w:rsidR="00AB32D4" w:rsidRPr="000135AE">
        <w:rPr>
          <w:rFonts w:ascii="Microsoft JhengHei UI" w:eastAsia="Microsoft JhengHei UI" w:hAnsi="Microsoft JhengHei UI" w:cstheme="majorBidi"/>
          <w:b/>
          <w:bCs/>
          <w:color w:val="0066FF"/>
          <w:sz w:val="20"/>
          <w:szCs w:val="20"/>
        </w:rPr>
        <w:t xml:space="preserve">【GoApply上填寫即可】 </w:t>
      </w:r>
    </w:p>
    <w:p w14:paraId="7E163EEC" w14:textId="77777777" w:rsidR="004E079E" w:rsidRPr="000135AE" w:rsidRDefault="00B7371E" w:rsidP="005245F9">
      <w:pPr>
        <w:pStyle w:val="ListParagraph"/>
        <w:numPr>
          <w:ilvl w:val="0"/>
          <w:numId w:val="10"/>
        </w:num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是</w:t>
      </w:r>
    </w:p>
    <w:p w14:paraId="0DBCE679" w14:textId="4ACB8E13" w:rsidR="001067FD" w:rsidRPr="000135AE" w:rsidRDefault="00B7371E" w:rsidP="005245F9">
      <w:pPr>
        <w:pStyle w:val="ListParagraph"/>
        <w:numPr>
          <w:ilvl w:val="0"/>
          <w:numId w:val="10"/>
        </w:num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否</w:t>
      </w:r>
    </w:p>
    <w:p w14:paraId="58B79524" w14:textId="77777777" w:rsidR="004E079E" w:rsidRPr="000135AE" w:rsidRDefault="004E079E" w:rsidP="000135AE">
      <w:pPr>
        <w:spacing w:after="0"/>
        <w:rPr>
          <w:rFonts w:ascii="Microsoft JhengHei UI" w:eastAsia="Microsoft JhengHei UI" w:hAnsi="Microsoft JhengHei UI"/>
          <w:sz w:val="20"/>
          <w:szCs w:val="20"/>
          <w:highlight w:val="yellow"/>
          <w:lang w:eastAsia="zh-TW"/>
        </w:rPr>
      </w:pPr>
    </w:p>
    <w:p w14:paraId="05F24077" w14:textId="597CA5B4" w:rsidR="004E079E" w:rsidRPr="000135AE" w:rsidRDefault="00B7371E" w:rsidP="00AB32D4">
      <w:pPr>
        <w:spacing w:after="0"/>
        <w:rPr>
          <w:rFonts w:ascii="Microsoft JhengHei UI" w:eastAsia="Microsoft JhengHei UI" w:hAnsi="Microsoft JhengHei UI"/>
          <w:b/>
          <w:bCs/>
          <w:sz w:val="20"/>
          <w:szCs w:val="20"/>
          <w:lang w:eastAsia="zh-TW"/>
        </w:rPr>
      </w:pPr>
      <w:r w:rsidRPr="000135AE">
        <w:rPr>
          <w:rFonts w:ascii="Microsoft JhengHei UI" w:eastAsia="Microsoft JhengHei UI" w:hAnsi="Microsoft JhengHei UI"/>
          <w:b/>
          <w:bCs/>
          <w:sz w:val="20"/>
          <w:szCs w:val="20"/>
          <w:lang w:eastAsia="zh-TW"/>
        </w:rPr>
        <w:t>如您尚未收到研究生</w:t>
      </w:r>
      <w:r w:rsidR="000C4644" w:rsidRPr="000135AE">
        <w:rPr>
          <w:rFonts w:ascii="Microsoft JhengHei UI" w:eastAsia="Microsoft JhengHei UI" w:hAnsi="Microsoft JhengHei UI"/>
          <w:b/>
          <w:sz w:val="20"/>
          <w:szCs w:val="20"/>
          <w:lang w:eastAsia="zh-TW"/>
        </w:rPr>
        <w:t>課</w:t>
      </w:r>
      <w:r w:rsidRPr="000135AE">
        <w:rPr>
          <w:rFonts w:ascii="Microsoft JhengHei UI" w:eastAsia="Microsoft JhengHei UI" w:hAnsi="Microsoft JhengHei UI"/>
          <w:b/>
          <w:bCs/>
          <w:sz w:val="20"/>
          <w:szCs w:val="20"/>
          <w:lang w:eastAsia="zh-TW"/>
        </w:rPr>
        <w:t>程的</w:t>
      </w:r>
      <w:r w:rsidR="000C4644" w:rsidRPr="000135AE">
        <w:rPr>
          <w:rFonts w:ascii="Microsoft JhengHei UI" w:eastAsia="Microsoft JhengHei UI" w:hAnsi="Microsoft JhengHei UI"/>
          <w:b/>
          <w:bCs/>
          <w:sz w:val="20"/>
          <w:szCs w:val="20"/>
          <w:lang w:eastAsia="zh-TW"/>
        </w:rPr>
        <w:t>取</w:t>
      </w:r>
      <w:r w:rsidRPr="000135AE">
        <w:rPr>
          <w:rFonts w:ascii="Microsoft JhengHei UI" w:eastAsia="Microsoft JhengHei UI" w:hAnsi="Microsoft JhengHei UI"/>
          <w:b/>
          <w:bCs/>
          <w:sz w:val="20"/>
          <w:szCs w:val="20"/>
          <w:lang w:eastAsia="zh-TW"/>
        </w:rPr>
        <w:t>錄通知，預計的通知日期是何時？</w:t>
      </w:r>
      <w:r w:rsidR="00AB32D4" w:rsidRPr="000135AE">
        <w:rPr>
          <w:rFonts w:ascii="Microsoft JhengHei UI" w:eastAsia="Microsoft JhengHei UI" w:hAnsi="Microsoft JhengHei UI" w:cstheme="majorBidi"/>
          <w:b/>
          <w:bCs/>
          <w:color w:val="0066FF"/>
          <w:sz w:val="20"/>
          <w:szCs w:val="20"/>
          <w:lang w:eastAsia="zh-TW"/>
        </w:rPr>
        <w:t>【GoApply上填寫即可】</w:t>
      </w:r>
    </w:p>
    <w:p w14:paraId="22E260D0" w14:textId="399FC08A" w:rsidR="001067FD" w:rsidRPr="000135AE" w:rsidRDefault="00B7371E"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申請者必須不遲於 2027 年 4 月 1 日收到通知，方可獲考慮給予研究生獎助計劃。</w:t>
      </w:r>
    </w:p>
    <w:p w14:paraId="5F86ADE7" w14:textId="77777777" w:rsidR="004E079E" w:rsidRPr="000135AE" w:rsidRDefault="004E079E" w:rsidP="006026E8">
      <w:pPr>
        <w:pStyle w:val="ListParagraph"/>
        <w:spacing w:after="0"/>
        <w:rPr>
          <w:rFonts w:ascii="Microsoft JhengHei UI" w:eastAsia="Microsoft JhengHei UI" w:hAnsi="Microsoft JhengHei UI"/>
          <w:sz w:val="20"/>
          <w:szCs w:val="20"/>
          <w:highlight w:val="yellow"/>
          <w:lang w:eastAsia="zh-TW"/>
        </w:rPr>
      </w:pPr>
    </w:p>
    <w:p w14:paraId="0C2C4A40" w14:textId="2AF72856" w:rsidR="004E079E" w:rsidRPr="000135AE" w:rsidRDefault="00B7371E" w:rsidP="00AB32D4">
      <w:pPr>
        <w:spacing w:after="0"/>
        <w:rPr>
          <w:rFonts w:ascii="Microsoft JhengHei UI" w:eastAsia="Microsoft JhengHei UI" w:hAnsi="Microsoft JhengHei UI"/>
          <w:b/>
          <w:bCs/>
          <w:sz w:val="20"/>
          <w:szCs w:val="20"/>
          <w:lang w:eastAsia="zh-TW"/>
        </w:rPr>
      </w:pPr>
      <w:r w:rsidRPr="000135AE">
        <w:rPr>
          <w:rFonts w:ascii="Microsoft JhengHei UI" w:eastAsia="Microsoft JhengHei UI" w:hAnsi="Microsoft JhengHei UI"/>
          <w:b/>
          <w:bCs/>
          <w:sz w:val="20"/>
          <w:szCs w:val="20"/>
          <w:lang w:eastAsia="zh-TW"/>
        </w:rPr>
        <w:t>額外</w:t>
      </w:r>
      <w:r w:rsidR="000C4644" w:rsidRPr="000135AE">
        <w:rPr>
          <w:rFonts w:ascii="Microsoft JhengHei UI" w:eastAsia="Microsoft JhengHei UI" w:hAnsi="Microsoft JhengHei UI"/>
          <w:b/>
          <w:bCs/>
          <w:sz w:val="20"/>
          <w:szCs w:val="20"/>
          <w:lang w:eastAsia="zh-TW"/>
        </w:rPr>
        <w:t>取</w:t>
      </w:r>
      <w:r w:rsidRPr="000135AE">
        <w:rPr>
          <w:rFonts w:ascii="Microsoft JhengHei UI" w:eastAsia="Microsoft JhengHei UI" w:hAnsi="Microsoft JhengHei UI"/>
          <w:b/>
          <w:bCs/>
          <w:sz w:val="20"/>
          <w:szCs w:val="20"/>
          <w:lang w:eastAsia="zh-TW"/>
        </w:rPr>
        <w:t xml:space="preserve">錄資料（最多 100 字） </w:t>
      </w:r>
    </w:p>
    <w:p w14:paraId="61A8CF85" w14:textId="513C31BE" w:rsidR="001067FD" w:rsidRPr="000135AE" w:rsidRDefault="00B7371E" w:rsidP="00AB32D4">
      <w:pPr>
        <w:spacing w:after="0"/>
        <w:rPr>
          <w:rFonts w:ascii="Microsoft JhengHei UI" w:eastAsia="Microsoft JhengHei UI" w:hAnsi="Microsoft JhengHei UI"/>
          <w:sz w:val="20"/>
          <w:szCs w:val="20"/>
          <w:lang w:eastAsia="zh-TW"/>
        </w:rPr>
      </w:pPr>
      <w:r w:rsidRPr="000135AE">
        <w:rPr>
          <w:rFonts w:ascii="Microsoft JhengHei UI" w:eastAsia="Microsoft JhengHei UI" w:hAnsi="Microsoft JhengHei UI"/>
          <w:sz w:val="20"/>
          <w:szCs w:val="20"/>
          <w:lang w:eastAsia="zh-TW"/>
        </w:rPr>
        <w:t>如您不確定</w:t>
      </w:r>
      <w:r w:rsidR="000C4644" w:rsidRPr="000135AE">
        <w:rPr>
          <w:rFonts w:ascii="Microsoft JhengHei UI" w:eastAsia="Microsoft JhengHei UI" w:hAnsi="Microsoft JhengHei UI"/>
          <w:sz w:val="20"/>
          <w:szCs w:val="20"/>
          <w:lang w:eastAsia="zh-TW"/>
        </w:rPr>
        <w:t>課</w:t>
      </w:r>
      <w:r w:rsidRPr="000135AE">
        <w:rPr>
          <w:rFonts w:ascii="Microsoft JhengHei UI" w:eastAsia="Microsoft JhengHei UI" w:hAnsi="Microsoft JhengHei UI"/>
          <w:sz w:val="20"/>
          <w:szCs w:val="20"/>
          <w:lang w:eastAsia="zh-TW"/>
        </w:rPr>
        <w:t>程的開始日期，或您正在考慮</w:t>
      </w:r>
      <w:r w:rsidR="000C4644" w:rsidRPr="000135AE">
        <w:rPr>
          <w:rFonts w:ascii="Microsoft JhengHei UI" w:eastAsia="Microsoft JhengHei UI" w:hAnsi="Microsoft JhengHei UI"/>
          <w:sz w:val="20"/>
          <w:szCs w:val="20"/>
          <w:lang w:eastAsia="zh-TW"/>
        </w:rPr>
        <w:t>多</w:t>
      </w:r>
      <w:r w:rsidR="000C4644" w:rsidRPr="000135AE">
        <w:rPr>
          <w:rFonts w:ascii="Microsoft JhengHei UI" w:eastAsia="Microsoft JhengHei UI" w:hAnsi="Microsoft JhengHei UI" w:hint="eastAsia"/>
          <w:sz w:val="20"/>
          <w:szCs w:val="20"/>
          <w:lang w:eastAsia="zh-TW"/>
        </w:rPr>
        <w:t>於一</w:t>
      </w:r>
      <w:r w:rsidR="000C4644" w:rsidRPr="000135AE">
        <w:rPr>
          <w:rFonts w:ascii="Microsoft JhengHei UI" w:eastAsia="Microsoft JhengHei UI" w:hAnsi="Microsoft JhengHei UI"/>
          <w:sz w:val="20"/>
          <w:szCs w:val="20"/>
          <w:lang w:eastAsia="zh-TW"/>
        </w:rPr>
        <w:t>個</w:t>
      </w:r>
      <w:r w:rsidRPr="000135AE">
        <w:rPr>
          <w:rFonts w:ascii="Microsoft JhengHei UI" w:eastAsia="Microsoft JhengHei UI" w:hAnsi="Microsoft JhengHei UI"/>
          <w:sz w:val="20"/>
          <w:szCs w:val="20"/>
          <w:lang w:eastAsia="zh-TW"/>
        </w:rPr>
        <w:t>研究</w:t>
      </w:r>
      <w:r w:rsidR="000C4644" w:rsidRPr="000135AE">
        <w:rPr>
          <w:rFonts w:ascii="Microsoft JhengHei UI" w:eastAsia="Microsoft JhengHei UI" w:hAnsi="Microsoft JhengHei UI"/>
          <w:sz w:val="20"/>
          <w:szCs w:val="20"/>
          <w:lang w:eastAsia="zh-TW"/>
        </w:rPr>
        <w:t>院</w:t>
      </w:r>
      <w:r w:rsidRPr="000135AE">
        <w:rPr>
          <w:rFonts w:ascii="Microsoft JhengHei UI" w:eastAsia="Microsoft JhengHei UI" w:hAnsi="Microsoft JhengHei UI"/>
          <w:sz w:val="20"/>
          <w:szCs w:val="20"/>
          <w:lang w:eastAsia="zh-TW"/>
        </w:rPr>
        <w:t>選擇，請在此提供相關詳情。</w:t>
      </w:r>
    </w:p>
    <w:tbl>
      <w:tblPr>
        <w:tblStyle w:val="TableGrid"/>
        <w:tblW w:w="9085" w:type="dxa"/>
        <w:tblLook w:val="04A0" w:firstRow="1" w:lastRow="0" w:firstColumn="1" w:lastColumn="0" w:noHBand="0" w:noVBand="1"/>
      </w:tblPr>
      <w:tblGrid>
        <w:gridCol w:w="9085"/>
      </w:tblGrid>
      <w:tr w:rsidR="00AB32D4" w:rsidRPr="000135AE" w14:paraId="2AAF7F96" w14:textId="77777777" w:rsidTr="00534694">
        <w:tc>
          <w:tcPr>
            <w:tcW w:w="9085" w:type="dxa"/>
          </w:tcPr>
          <w:p w14:paraId="68FC1B48" w14:textId="77777777" w:rsidR="00AB32D4" w:rsidRPr="000135AE" w:rsidRDefault="00AB32D4" w:rsidP="00AB32D4">
            <w:pPr>
              <w:rPr>
                <w:rFonts w:ascii="Microsoft JhengHei UI" w:eastAsia="Microsoft JhengHei UI" w:hAnsi="Microsoft JhengHei UI"/>
                <w:sz w:val="20"/>
                <w:szCs w:val="20"/>
                <w:lang w:eastAsia="zh-TW"/>
              </w:rPr>
            </w:pPr>
            <w:permStart w:id="1780111928" w:edGrp="everyone" w:colFirst="0" w:colLast="0"/>
          </w:p>
        </w:tc>
      </w:tr>
      <w:permEnd w:id="1780111928"/>
    </w:tbl>
    <w:p w14:paraId="1925AB57" w14:textId="77777777" w:rsidR="00AB32D4" w:rsidRPr="00AB32D4" w:rsidRDefault="00AB32D4" w:rsidP="00AB32D4">
      <w:pPr>
        <w:spacing w:after="0"/>
        <w:rPr>
          <w:rFonts w:ascii="Microsoft JhengHei UI" w:eastAsia="Microsoft JhengHei UI" w:hAnsi="Microsoft JhengHei UI"/>
          <w:sz w:val="24"/>
          <w:szCs w:val="24"/>
          <w:lang w:eastAsia="zh-TW"/>
        </w:rPr>
      </w:pPr>
    </w:p>
    <w:p w14:paraId="242E17DB" w14:textId="0C9F5945" w:rsidR="001067FD" w:rsidRPr="00CB1DD4" w:rsidRDefault="00B7371E" w:rsidP="005245F9">
      <w:pPr>
        <w:pStyle w:val="ListParagraph"/>
        <w:keepNext/>
        <w:numPr>
          <w:ilvl w:val="0"/>
          <w:numId w:val="19"/>
        </w:numPr>
        <w:rPr>
          <w:rFonts w:ascii="Microsoft JhengHei UI" w:eastAsia="Microsoft JhengHei UI" w:hAnsi="Microsoft JhengHei UI"/>
          <w:b/>
          <w:sz w:val="28"/>
          <w:szCs w:val="28"/>
          <w:lang w:eastAsia="zh-TW"/>
        </w:rPr>
      </w:pPr>
      <w:r w:rsidRPr="00CB1DD4">
        <w:rPr>
          <w:rFonts w:ascii="Microsoft JhengHei UI" w:eastAsia="Microsoft JhengHei UI" w:hAnsi="Microsoft JhengHei UI"/>
          <w:b/>
          <w:sz w:val="28"/>
          <w:szCs w:val="28"/>
          <w:lang w:eastAsia="zh-TW"/>
        </w:rPr>
        <w:t>擬定之研究生</w:t>
      </w:r>
      <w:r w:rsidR="00EF46D2" w:rsidRPr="00CB1DD4">
        <w:rPr>
          <w:rFonts w:ascii="Microsoft JhengHei UI" w:eastAsia="Microsoft JhengHei UI" w:hAnsi="Microsoft JhengHei UI"/>
          <w:b/>
          <w:sz w:val="28"/>
          <w:szCs w:val="28"/>
          <w:lang w:eastAsia="zh-TW"/>
        </w:rPr>
        <w:t>課程</w:t>
      </w:r>
    </w:p>
    <w:p w14:paraId="1755EDAD" w14:textId="078AED9A" w:rsidR="001067FD" w:rsidRPr="0076326C" w:rsidRDefault="00B7371E" w:rsidP="00AB32D4">
      <w:pPr>
        <w:spacing w:after="0"/>
        <w:rPr>
          <w:rFonts w:ascii="Microsoft JhengHei UI" w:eastAsia="Microsoft JhengHei UI" w:hAnsi="Microsoft JhengHei UI"/>
          <w:b/>
          <w:bCs/>
          <w:sz w:val="20"/>
          <w:szCs w:val="20"/>
          <w:lang w:eastAsia="zh-TW"/>
        </w:rPr>
      </w:pPr>
      <w:r w:rsidRPr="0076326C">
        <w:rPr>
          <w:rFonts w:ascii="Microsoft JhengHei UI" w:eastAsia="Microsoft JhengHei UI" w:hAnsi="Microsoft JhengHei UI"/>
          <w:b/>
          <w:bCs/>
          <w:sz w:val="20"/>
          <w:szCs w:val="20"/>
          <w:lang w:eastAsia="zh-TW"/>
        </w:rPr>
        <w:t>ACC 理解您的研究</w:t>
      </w:r>
      <w:r w:rsidR="00EF46D2" w:rsidRPr="0076326C">
        <w:rPr>
          <w:rFonts w:ascii="Microsoft JhengHei UI" w:eastAsia="Microsoft JhengHei UI" w:hAnsi="Microsoft JhengHei UI"/>
          <w:b/>
          <w:bCs/>
          <w:sz w:val="20"/>
          <w:szCs w:val="20"/>
          <w:lang w:eastAsia="zh-TW"/>
        </w:rPr>
        <w:t>生</w:t>
      </w:r>
      <w:r w:rsidR="00EF46D2" w:rsidRPr="0076326C">
        <w:rPr>
          <w:rFonts w:ascii="Microsoft JhengHei UI" w:eastAsia="Microsoft JhengHei UI" w:hAnsi="Microsoft JhengHei UI"/>
          <w:b/>
          <w:sz w:val="20"/>
          <w:szCs w:val="20"/>
          <w:lang w:eastAsia="zh-TW"/>
        </w:rPr>
        <w:t>課</w:t>
      </w:r>
      <w:r w:rsidR="00EF46D2" w:rsidRPr="0076326C">
        <w:rPr>
          <w:rFonts w:ascii="Microsoft JhengHei UI" w:eastAsia="Microsoft JhengHei UI" w:hAnsi="Microsoft JhengHei UI"/>
          <w:b/>
          <w:bCs/>
          <w:sz w:val="20"/>
          <w:szCs w:val="20"/>
          <w:lang w:eastAsia="zh-TW"/>
        </w:rPr>
        <w:t>程</w:t>
      </w:r>
      <w:r w:rsidRPr="0076326C">
        <w:rPr>
          <w:rFonts w:ascii="Microsoft JhengHei UI" w:eastAsia="Microsoft JhengHei UI" w:hAnsi="Microsoft JhengHei UI"/>
          <w:b/>
          <w:bCs/>
          <w:sz w:val="20"/>
          <w:szCs w:val="20"/>
          <w:lang w:eastAsia="zh-TW"/>
        </w:rPr>
        <w:t>可能與您主要實踐的</w:t>
      </w:r>
      <w:r w:rsidR="00747521" w:rsidRPr="0076326C">
        <w:rPr>
          <w:rFonts w:ascii="Microsoft JhengHei UI" w:eastAsia="Microsoft JhengHei UI" w:hAnsi="Microsoft JhengHei UI"/>
          <w:b/>
          <w:bCs/>
          <w:sz w:val="20"/>
          <w:szCs w:val="20"/>
          <w:lang w:eastAsia="zh-TW"/>
        </w:rPr>
        <w:t>藝術範疇</w:t>
      </w:r>
      <w:r w:rsidRPr="0076326C">
        <w:rPr>
          <w:rFonts w:ascii="Microsoft JhengHei UI" w:eastAsia="Microsoft JhengHei UI" w:hAnsi="Microsoft JhengHei UI"/>
          <w:b/>
          <w:bCs/>
          <w:sz w:val="20"/>
          <w:szCs w:val="20"/>
          <w:lang w:eastAsia="zh-TW"/>
        </w:rPr>
        <w:t>不同（例如，電影製作人攻讀藝術史研究生</w:t>
      </w:r>
      <w:r w:rsidR="00EF46D2" w:rsidRPr="0076326C">
        <w:rPr>
          <w:rFonts w:ascii="Microsoft JhengHei UI" w:eastAsia="Microsoft JhengHei UI" w:hAnsi="Microsoft JhengHei UI"/>
          <w:b/>
          <w:sz w:val="20"/>
          <w:szCs w:val="20"/>
          <w:lang w:eastAsia="zh-TW"/>
        </w:rPr>
        <w:t>課</w:t>
      </w:r>
      <w:r w:rsidRPr="0076326C">
        <w:rPr>
          <w:rFonts w:ascii="Microsoft JhengHei UI" w:eastAsia="Microsoft JhengHei UI" w:hAnsi="Microsoft JhengHei UI"/>
          <w:b/>
          <w:bCs/>
          <w:sz w:val="20"/>
          <w:szCs w:val="20"/>
          <w:lang w:eastAsia="zh-TW"/>
        </w:rPr>
        <w:t>程）。請選擇一個您認為最符合您目前或預計修讀課程的主要</w:t>
      </w:r>
      <w:r w:rsidR="00747521" w:rsidRPr="0076326C">
        <w:rPr>
          <w:rFonts w:ascii="Microsoft JhengHei UI" w:eastAsia="Microsoft JhengHei UI" w:hAnsi="Microsoft JhengHei UI"/>
          <w:b/>
          <w:bCs/>
          <w:sz w:val="20"/>
          <w:szCs w:val="20"/>
          <w:lang w:eastAsia="zh-TW"/>
        </w:rPr>
        <w:t>藝術範疇</w:t>
      </w:r>
      <w:r w:rsidRPr="0076326C">
        <w:rPr>
          <w:rFonts w:ascii="Microsoft JhengHei UI" w:eastAsia="Microsoft JhengHei UI" w:hAnsi="Microsoft JhengHei UI"/>
          <w:b/>
          <w:bCs/>
          <w:sz w:val="20"/>
          <w:szCs w:val="20"/>
          <w:lang w:eastAsia="zh-TW"/>
        </w:rPr>
        <w:t>。 *</w:t>
      </w:r>
    </w:p>
    <w:tbl>
      <w:tblPr>
        <w:tblStyle w:val="TableGrid"/>
        <w:tblW w:w="9085" w:type="dxa"/>
        <w:tblLook w:val="04A0" w:firstRow="1" w:lastRow="0" w:firstColumn="1" w:lastColumn="0" w:noHBand="0" w:noVBand="1"/>
      </w:tblPr>
      <w:tblGrid>
        <w:gridCol w:w="738"/>
        <w:gridCol w:w="3690"/>
        <w:gridCol w:w="630"/>
        <w:gridCol w:w="4027"/>
      </w:tblGrid>
      <w:tr w:rsidR="00E4204C" w14:paraId="00CCA6B2" w14:textId="77777777" w:rsidTr="00534694">
        <w:tc>
          <w:tcPr>
            <w:tcW w:w="738" w:type="dxa"/>
          </w:tcPr>
          <w:p w14:paraId="3B556DB7" w14:textId="77777777" w:rsidR="00E4204C" w:rsidRDefault="00E4204C" w:rsidP="005F5BA8">
            <w:pPr>
              <w:rPr>
                <w:rFonts w:ascii="Microsoft JhengHei UI" w:eastAsia="Microsoft JhengHei UI" w:hAnsi="Microsoft JhengHei UI"/>
                <w:sz w:val="24"/>
                <w:szCs w:val="24"/>
                <w:lang w:eastAsia="zh-TW"/>
              </w:rPr>
            </w:pPr>
            <w:permStart w:id="2002410544" w:edGrp="everyone" w:colFirst="2" w:colLast="2"/>
            <w:permStart w:id="1170108258" w:edGrp="everyone" w:colFirst="0" w:colLast="0"/>
          </w:p>
        </w:tc>
        <w:tc>
          <w:tcPr>
            <w:tcW w:w="3690" w:type="dxa"/>
          </w:tcPr>
          <w:p w14:paraId="575EEA8F"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建築（設計、歷史與理論）</w:t>
            </w:r>
          </w:p>
        </w:tc>
        <w:tc>
          <w:tcPr>
            <w:tcW w:w="630" w:type="dxa"/>
          </w:tcPr>
          <w:p w14:paraId="6F594B0F" w14:textId="77777777" w:rsidR="00E4204C" w:rsidRPr="00534694" w:rsidRDefault="00E4204C" w:rsidP="005F5BA8">
            <w:pPr>
              <w:rPr>
                <w:rFonts w:ascii="Microsoft JhengHei UI" w:eastAsia="Microsoft JhengHei UI" w:hAnsi="Microsoft JhengHei UI"/>
                <w:sz w:val="20"/>
                <w:szCs w:val="20"/>
                <w:lang w:eastAsia="zh-TW"/>
              </w:rPr>
            </w:pPr>
          </w:p>
        </w:tc>
        <w:tc>
          <w:tcPr>
            <w:tcW w:w="4027" w:type="dxa"/>
          </w:tcPr>
          <w:p w14:paraId="4FA179DB"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舞蹈</w:t>
            </w:r>
          </w:p>
        </w:tc>
      </w:tr>
      <w:tr w:rsidR="00E4204C" w14:paraId="758E98D8" w14:textId="77777777" w:rsidTr="00534694">
        <w:tc>
          <w:tcPr>
            <w:tcW w:w="738" w:type="dxa"/>
          </w:tcPr>
          <w:p w14:paraId="4623AFDD" w14:textId="77777777" w:rsidR="00E4204C" w:rsidRDefault="00E4204C" w:rsidP="005F5BA8">
            <w:pPr>
              <w:rPr>
                <w:rFonts w:ascii="Microsoft JhengHei UI" w:eastAsia="Microsoft JhengHei UI" w:hAnsi="Microsoft JhengHei UI"/>
                <w:sz w:val="24"/>
                <w:szCs w:val="24"/>
                <w:lang w:eastAsia="zh-TW"/>
              </w:rPr>
            </w:pPr>
            <w:permStart w:id="1034294811" w:edGrp="everyone" w:colFirst="2" w:colLast="2"/>
            <w:permStart w:id="277823775" w:edGrp="everyone" w:colFirst="0" w:colLast="0"/>
            <w:permEnd w:id="2002410544"/>
            <w:permEnd w:id="1170108258"/>
          </w:p>
        </w:tc>
        <w:tc>
          <w:tcPr>
            <w:tcW w:w="3690" w:type="dxa"/>
          </w:tcPr>
          <w:p w14:paraId="621E89C6"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考古學</w:t>
            </w:r>
          </w:p>
        </w:tc>
        <w:tc>
          <w:tcPr>
            <w:tcW w:w="630" w:type="dxa"/>
          </w:tcPr>
          <w:p w14:paraId="48986A17" w14:textId="77777777" w:rsidR="00E4204C" w:rsidRPr="00534694" w:rsidRDefault="00E4204C" w:rsidP="005F5BA8">
            <w:pPr>
              <w:rPr>
                <w:rFonts w:ascii="Microsoft JhengHei UI" w:eastAsia="Microsoft JhengHei UI" w:hAnsi="Microsoft JhengHei UI"/>
                <w:sz w:val="20"/>
                <w:szCs w:val="20"/>
                <w:lang w:eastAsia="zh-TW"/>
              </w:rPr>
            </w:pPr>
          </w:p>
        </w:tc>
        <w:tc>
          <w:tcPr>
            <w:tcW w:w="4027" w:type="dxa"/>
          </w:tcPr>
          <w:p w14:paraId="1A2AC32F"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民族音樂學</w:t>
            </w:r>
          </w:p>
        </w:tc>
      </w:tr>
      <w:tr w:rsidR="00E4204C" w14:paraId="41787EDF" w14:textId="77777777" w:rsidTr="00534694">
        <w:tc>
          <w:tcPr>
            <w:tcW w:w="738" w:type="dxa"/>
          </w:tcPr>
          <w:p w14:paraId="7A8A8E33" w14:textId="77777777" w:rsidR="00E4204C" w:rsidRDefault="00E4204C" w:rsidP="005F5BA8">
            <w:pPr>
              <w:rPr>
                <w:rFonts w:ascii="Microsoft JhengHei UI" w:eastAsia="Microsoft JhengHei UI" w:hAnsi="Microsoft JhengHei UI"/>
                <w:sz w:val="24"/>
                <w:szCs w:val="24"/>
                <w:lang w:eastAsia="zh-TW"/>
              </w:rPr>
            </w:pPr>
            <w:permStart w:id="961173174" w:edGrp="everyone" w:colFirst="2" w:colLast="2"/>
            <w:permStart w:id="2025353816" w:edGrp="everyone" w:colFirst="0" w:colLast="0"/>
            <w:permEnd w:id="1034294811"/>
            <w:permEnd w:id="277823775"/>
          </w:p>
        </w:tc>
        <w:tc>
          <w:tcPr>
            <w:tcW w:w="3690" w:type="dxa"/>
          </w:tcPr>
          <w:p w14:paraId="307E44EC"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藝術史</w:t>
            </w:r>
          </w:p>
        </w:tc>
        <w:tc>
          <w:tcPr>
            <w:tcW w:w="630" w:type="dxa"/>
          </w:tcPr>
          <w:p w14:paraId="7726D817" w14:textId="77777777" w:rsidR="00E4204C" w:rsidRPr="00534694" w:rsidRDefault="00E4204C" w:rsidP="005F5BA8">
            <w:pPr>
              <w:rPr>
                <w:rFonts w:ascii="Microsoft JhengHei UI" w:eastAsia="Microsoft JhengHei UI" w:hAnsi="Microsoft JhengHei UI"/>
                <w:sz w:val="20"/>
                <w:szCs w:val="20"/>
                <w:lang w:eastAsia="zh-TW"/>
              </w:rPr>
            </w:pPr>
          </w:p>
        </w:tc>
        <w:tc>
          <w:tcPr>
            <w:tcW w:w="4027" w:type="dxa"/>
          </w:tcPr>
          <w:p w14:paraId="283CD9B3"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電影 (</w:t>
            </w:r>
            <w:r w:rsidRPr="00534694">
              <w:rPr>
                <w:rFonts w:ascii="Microsoft JhengHei UI" w:eastAsia="Microsoft JhengHei UI" w:hAnsi="Microsoft JhengHei UI" w:cs="Microsoft JhengHei"/>
                <w:sz w:val="20"/>
                <w:szCs w:val="20"/>
                <w:lang w:eastAsia="zh-HK"/>
              </w:rPr>
              <w:t>請注意</w:t>
            </w:r>
            <w:r w:rsidRPr="00534694">
              <w:rPr>
                <w:rFonts w:ascii="Microsoft JhengHei UI" w:eastAsia="Microsoft JhengHei UI" w:hAnsi="Microsoft JhengHei UI"/>
                <w:sz w:val="20"/>
                <w:szCs w:val="20"/>
                <w:lang w:eastAsia="zh-TW"/>
              </w:rPr>
              <w:t>，</w:t>
            </w:r>
            <w:r w:rsidRPr="00534694">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E4204C" w14:paraId="4C34C345" w14:textId="77777777" w:rsidTr="00534694">
        <w:tc>
          <w:tcPr>
            <w:tcW w:w="738" w:type="dxa"/>
          </w:tcPr>
          <w:p w14:paraId="46A7F87E" w14:textId="77777777" w:rsidR="00E4204C" w:rsidRDefault="00E4204C" w:rsidP="005F5BA8">
            <w:pPr>
              <w:rPr>
                <w:rFonts w:ascii="Microsoft JhengHei UI" w:eastAsia="Microsoft JhengHei UI" w:hAnsi="Microsoft JhengHei UI"/>
                <w:sz w:val="24"/>
                <w:szCs w:val="24"/>
                <w:lang w:eastAsia="zh-TW"/>
              </w:rPr>
            </w:pPr>
            <w:permStart w:id="2077295608" w:edGrp="everyone" w:colFirst="2" w:colLast="2"/>
            <w:permStart w:id="1878224519" w:edGrp="everyone" w:colFirst="0" w:colLast="0"/>
            <w:permEnd w:id="961173174"/>
            <w:permEnd w:id="2025353816"/>
          </w:p>
        </w:tc>
        <w:tc>
          <w:tcPr>
            <w:tcW w:w="3690" w:type="dxa"/>
          </w:tcPr>
          <w:p w14:paraId="34F4DE8E"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藝術行政</w:t>
            </w:r>
          </w:p>
        </w:tc>
        <w:tc>
          <w:tcPr>
            <w:tcW w:w="630" w:type="dxa"/>
          </w:tcPr>
          <w:p w14:paraId="310AACD4" w14:textId="77777777" w:rsidR="00E4204C" w:rsidRPr="00534694" w:rsidRDefault="00E4204C" w:rsidP="005F5BA8">
            <w:pPr>
              <w:rPr>
                <w:rFonts w:ascii="Microsoft JhengHei UI" w:eastAsia="Microsoft JhengHei UI" w:hAnsi="Microsoft JhengHei UI"/>
                <w:sz w:val="20"/>
                <w:szCs w:val="20"/>
                <w:lang w:eastAsia="zh-TW"/>
              </w:rPr>
            </w:pPr>
          </w:p>
        </w:tc>
        <w:tc>
          <w:tcPr>
            <w:tcW w:w="4027" w:type="dxa"/>
          </w:tcPr>
          <w:p w14:paraId="0195002F"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文學</w:t>
            </w:r>
          </w:p>
        </w:tc>
      </w:tr>
      <w:tr w:rsidR="00E4204C" w14:paraId="40BC4FAB" w14:textId="77777777" w:rsidTr="00534694">
        <w:trPr>
          <w:trHeight w:val="350"/>
        </w:trPr>
        <w:tc>
          <w:tcPr>
            <w:tcW w:w="738" w:type="dxa"/>
          </w:tcPr>
          <w:p w14:paraId="1F3410C0" w14:textId="77777777" w:rsidR="00E4204C" w:rsidRDefault="00E4204C" w:rsidP="005F5BA8">
            <w:pPr>
              <w:rPr>
                <w:rFonts w:ascii="Microsoft JhengHei UI" w:eastAsia="Microsoft JhengHei UI" w:hAnsi="Microsoft JhengHei UI"/>
                <w:sz w:val="24"/>
                <w:szCs w:val="24"/>
                <w:lang w:eastAsia="zh-TW"/>
              </w:rPr>
            </w:pPr>
            <w:permStart w:id="1778867892" w:edGrp="everyone" w:colFirst="2" w:colLast="2"/>
            <w:permStart w:id="1669732712" w:edGrp="everyone" w:colFirst="0" w:colLast="0"/>
            <w:permEnd w:id="2077295608"/>
            <w:permEnd w:id="1878224519"/>
          </w:p>
        </w:tc>
        <w:tc>
          <w:tcPr>
            <w:tcW w:w="3690" w:type="dxa"/>
          </w:tcPr>
          <w:p w14:paraId="2B735D29"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藝術評論</w:t>
            </w:r>
          </w:p>
        </w:tc>
        <w:tc>
          <w:tcPr>
            <w:tcW w:w="630" w:type="dxa"/>
          </w:tcPr>
          <w:p w14:paraId="03C9A558" w14:textId="77777777" w:rsidR="00E4204C" w:rsidRPr="00534694" w:rsidRDefault="00E4204C" w:rsidP="005F5BA8">
            <w:pPr>
              <w:rPr>
                <w:rFonts w:ascii="Microsoft JhengHei UI" w:eastAsia="Microsoft JhengHei UI" w:hAnsi="Microsoft JhengHei UI"/>
                <w:sz w:val="20"/>
                <w:szCs w:val="20"/>
                <w:lang w:eastAsia="zh-TW"/>
              </w:rPr>
            </w:pPr>
          </w:p>
        </w:tc>
        <w:tc>
          <w:tcPr>
            <w:tcW w:w="4027" w:type="dxa"/>
          </w:tcPr>
          <w:p w14:paraId="69D8E454"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博物館學</w:t>
            </w:r>
          </w:p>
        </w:tc>
      </w:tr>
      <w:tr w:rsidR="00E4204C" w14:paraId="530867FE" w14:textId="77777777" w:rsidTr="00534694">
        <w:tc>
          <w:tcPr>
            <w:tcW w:w="738" w:type="dxa"/>
          </w:tcPr>
          <w:p w14:paraId="13493535" w14:textId="77777777" w:rsidR="00E4204C" w:rsidRDefault="00E4204C" w:rsidP="005F5BA8">
            <w:pPr>
              <w:rPr>
                <w:rFonts w:ascii="Microsoft JhengHei UI" w:eastAsia="Microsoft JhengHei UI" w:hAnsi="Microsoft JhengHei UI"/>
                <w:sz w:val="24"/>
                <w:szCs w:val="24"/>
                <w:lang w:eastAsia="zh-TW"/>
              </w:rPr>
            </w:pPr>
            <w:permStart w:id="818243765" w:edGrp="everyone" w:colFirst="2" w:colLast="2"/>
            <w:permStart w:id="666855361" w:edGrp="everyone" w:colFirst="0" w:colLast="0"/>
            <w:permEnd w:id="1778867892"/>
            <w:permEnd w:id="1669732712"/>
          </w:p>
        </w:tc>
        <w:tc>
          <w:tcPr>
            <w:tcW w:w="3690" w:type="dxa"/>
          </w:tcPr>
          <w:p w14:paraId="7A8ADCCF"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文物保育</w:t>
            </w:r>
          </w:p>
        </w:tc>
        <w:tc>
          <w:tcPr>
            <w:tcW w:w="630" w:type="dxa"/>
          </w:tcPr>
          <w:p w14:paraId="3C45F7FF" w14:textId="77777777" w:rsidR="00E4204C" w:rsidRPr="00534694" w:rsidRDefault="00E4204C" w:rsidP="005F5BA8">
            <w:pPr>
              <w:rPr>
                <w:rFonts w:ascii="Microsoft JhengHei UI" w:eastAsia="Microsoft JhengHei UI" w:hAnsi="Microsoft JhengHei UI"/>
                <w:sz w:val="20"/>
                <w:szCs w:val="20"/>
                <w:lang w:eastAsia="zh-TW"/>
              </w:rPr>
            </w:pPr>
          </w:p>
        </w:tc>
        <w:tc>
          <w:tcPr>
            <w:tcW w:w="4027" w:type="dxa"/>
          </w:tcPr>
          <w:p w14:paraId="6347C2C8"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音樂</w:t>
            </w:r>
          </w:p>
        </w:tc>
      </w:tr>
      <w:tr w:rsidR="00E4204C" w14:paraId="5C23F53E" w14:textId="77777777" w:rsidTr="00534694">
        <w:tc>
          <w:tcPr>
            <w:tcW w:w="738" w:type="dxa"/>
          </w:tcPr>
          <w:p w14:paraId="048A665A" w14:textId="77777777" w:rsidR="00E4204C" w:rsidRDefault="00E4204C" w:rsidP="005F5BA8">
            <w:pPr>
              <w:rPr>
                <w:rFonts w:ascii="Microsoft JhengHei UI" w:eastAsia="Microsoft JhengHei UI" w:hAnsi="Microsoft JhengHei UI"/>
                <w:sz w:val="24"/>
                <w:szCs w:val="24"/>
                <w:lang w:eastAsia="zh-TW"/>
              </w:rPr>
            </w:pPr>
            <w:permStart w:id="789523943" w:edGrp="everyone" w:colFirst="2" w:colLast="2"/>
            <w:permStart w:id="1709181007" w:edGrp="everyone" w:colFirst="0" w:colLast="0"/>
            <w:permEnd w:id="818243765"/>
            <w:permEnd w:id="666855361"/>
          </w:p>
        </w:tc>
        <w:tc>
          <w:tcPr>
            <w:tcW w:w="3690" w:type="dxa"/>
          </w:tcPr>
          <w:p w14:paraId="4C852D76"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工藝</w:t>
            </w:r>
          </w:p>
        </w:tc>
        <w:tc>
          <w:tcPr>
            <w:tcW w:w="630" w:type="dxa"/>
          </w:tcPr>
          <w:p w14:paraId="2C2DEC7F" w14:textId="77777777" w:rsidR="00E4204C" w:rsidRPr="00534694" w:rsidRDefault="00E4204C" w:rsidP="005F5BA8">
            <w:pPr>
              <w:rPr>
                <w:rFonts w:ascii="Microsoft JhengHei UI" w:eastAsia="Microsoft JhengHei UI" w:hAnsi="Microsoft JhengHei UI"/>
                <w:sz w:val="20"/>
                <w:szCs w:val="20"/>
                <w:lang w:eastAsia="zh-TW"/>
              </w:rPr>
            </w:pPr>
          </w:p>
        </w:tc>
        <w:tc>
          <w:tcPr>
            <w:tcW w:w="4027" w:type="dxa"/>
          </w:tcPr>
          <w:p w14:paraId="78D69BCD"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戲劇</w:t>
            </w:r>
          </w:p>
        </w:tc>
      </w:tr>
      <w:tr w:rsidR="00E4204C" w14:paraId="394F887F" w14:textId="77777777" w:rsidTr="00534694">
        <w:tc>
          <w:tcPr>
            <w:tcW w:w="738" w:type="dxa"/>
          </w:tcPr>
          <w:p w14:paraId="6A842968" w14:textId="77777777" w:rsidR="00E4204C" w:rsidRDefault="00E4204C" w:rsidP="005F5BA8">
            <w:pPr>
              <w:rPr>
                <w:rFonts w:ascii="Microsoft JhengHei UI" w:eastAsia="Microsoft JhengHei UI" w:hAnsi="Microsoft JhengHei UI"/>
                <w:sz w:val="24"/>
                <w:szCs w:val="24"/>
                <w:lang w:eastAsia="zh-TW"/>
              </w:rPr>
            </w:pPr>
            <w:permStart w:id="214203530" w:edGrp="everyone" w:colFirst="2" w:colLast="2"/>
            <w:permStart w:id="1062934086" w:edGrp="everyone" w:colFirst="0" w:colLast="0"/>
            <w:permEnd w:id="789523943"/>
            <w:permEnd w:id="1709181007"/>
          </w:p>
        </w:tc>
        <w:tc>
          <w:tcPr>
            <w:tcW w:w="3690" w:type="dxa"/>
          </w:tcPr>
          <w:p w14:paraId="6B356B79"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策展</w:t>
            </w:r>
          </w:p>
        </w:tc>
        <w:tc>
          <w:tcPr>
            <w:tcW w:w="630" w:type="dxa"/>
          </w:tcPr>
          <w:p w14:paraId="7B68E1FC" w14:textId="77777777" w:rsidR="00E4204C" w:rsidRPr="00534694" w:rsidRDefault="00E4204C" w:rsidP="005F5BA8">
            <w:pPr>
              <w:rPr>
                <w:rFonts w:ascii="Microsoft JhengHei UI" w:eastAsia="Microsoft JhengHei UI" w:hAnsi="Microsoft JhengHei UI"/>
                <w:sz w:val="20"/>
                <w:szCs w:val="20"/>
                <w:lang w:eastAsia="zh-TW"/>
              </w:rPr>
            </w:pPr>
          </w:p>
        </w:tc>
        <w:tc>
          <w:tcPr>
            <w:tcW w:w="4027" w:type="dxa"/>
          </w:tcPr>
          <w:p w14:paraId="01B28972" w14:textId="77777777" w:rsidR="00E4204C" w:rsidRPr="00534694" w:rsidRDefault="00E4204C" w:rsidP="005F5BA8">
            <w:pPr>
              <w:rPr>
                <w:rFonts w:ascii="Microsoft JhengHei UI" w:eastAsia="Microsoft JhengHei UI" w:hAnsi="Microsoft JhengHei UI"/>
                <w:sz w:val="20"/>
                <w:szCs w:val="20"/>
                <w:lang w:eastAsia="zh-TW"/>
              </w:rPr>
            </w:pPr>
            <w:r w:rsidRPr="00534694">
              <w:rPr>
                <w:rFonts w:ascii="Microsoft JhengHei UI" w:eastAsia="Microsoft JhengHei UI" w:hAnsi="Microsoft JhengHei UI"/>
                <w:sz w:val="20"/>
                <w:szCs w:val="20"/>
                <w:lang w:eastAsia="zh-TW"/>
              </w:rPr>
              <w:t>視覺藝術</w:t>
            </w:r>
          </w:p>
        </w:tc>
      </w:tr>
      <w:permEnd w:id="214203530"/>
      <w:permEnd w:id="1062934086"/>
    </w:tbl>
    <w:p w14:paraId="4314AA13" w14:textId="77777777" w:rsidR="003E539D" w:rsidRDefault="003E539D" w:rsidP="00E4204C">
      <w:pPr>
        <w:spacing w:after="0"/>
        <w:rPr>
          <w:rFonts w:ascii="Microsoft JhengHei UI" w:eastAsia="Microsoft JhengHei UI" w:hAnsi="Microsoft JhengHei UI"/>
          <w:b/>
          <w:bCs/>
          <w:sz w:val="24"/>
          <w:szCs w:val="24"/>
          <w:highlight w:val="yellow"/>
          <w:lang w:eastAsia="zh-TW"/>
        </w:rPr>
      </w:pPr>
    </w:p>
    <w:p w14:paraId="568BB367" w14:textId="20AD9CE6" w:rsidR="001067FD" w:rsidRPr="0076326C" w:rsidRDefault="00B7371E" w:rsidP="00E4204C">
      <w:pPr>
        <w:spacing w:after="0"/>
        <w:rPr>
          <w:rFonts w:ascii="Microsoft JhengHei UI" w:eastAsia="Microsoft JhengHei UI" w:hAnsi="Microsoft JhengHei UI"/>
          <w:b/>
          <w:bCs/>
          <w:sz w:val="20"/>
          <w:szCs w:val="20"/>
          <w:lang w:eastAsia="zh-TW"/>
        </w:rPr>
      </w:pPr>
      <w:r w:rsidRPr="0076326C">
        <w:rPr>
          <w:rFonts w:ascii="Microsoft JhengHei UI" w:eastAsia="Microsoft JhengHei UI" w:hAnsi="Microsoft JhengHei UI"/>
          <w:b/>
          <w:bCs/>
          <w:sz w:val="20"/>
          <w:szCs w:val="20"/>
          <w:lang w:eastAsia="zh-TW"/>
        </w:rPr>
        <w:t>請</w:t>
      </w:r>
      <w:r w:rsidR="00BB2E00" w:rsidRPr="0076326C">
        <w:rPr>
          <w:rFonts w:ascii="Microsoft JhengHei UI" w:eastAsia="Microsoft JhengHei UI" w:hAnsi="Microsoft JhengHei UI" w:hint="eastAsia"/>
          <w:b/>
          <w:bCs/>
          <w:sz w:val="20"/>
          <w:szCs w:val="20"/>
          <w:lang w:eastAsia="zh-TW"/>
        </w:rPr>
        <w:t>以不多於</w:t>
      </w:r>
      <w:r w:rsidRPr="0076326C">
        <w:rPr>
          <w:rFonts w:ascii="Microsoft JhengHei UI" w:eastAsia="Microsoft JhengHei UI" w:hAnsi="Microsoft JhengHei UI"/>
          <w:b/>
          <w:bCs/>
          <w:sz w:val="20"/>
          <w:szCs w:val="20"/>
          <w:lang w:eastAsia="zh-TW"/>
        </w:rPr>
        <w:t>三句提供您的</w:t>
      </w:r>
      <w:r w:rsidR="00BB2E00" w:rsidRPr="0076326C">
        <w:rPr>
          <w:rFonts w:ascii="Microsoft JhengHei UI" w:eastAsia="Microsoft JhengHei UI" w:hAnsi="Microsoft JhengHei UI"/>
          <w:b/>
          <w:bCs/>
          <w:sz w:val="20"/>
          <w:szCs w:val="20"/>
          <w:lang w:eastAsia="zh-TW"/>
        </w:rPr>
        <w:t>研究生</w:t>
      </w:r>
      <w:r w:rsidR="00BB2E00" w:rsidRPr="0076326C">
        <w:rPr>
          <w:rFonts w:ascii="Microsoft JhengHei UI" w:eastAsia="Microsoft JhengHei UI" w:hAnsi="Microsoft JhengHei UI"/>
          <w:b/>
          <w:sz w:val="20"/>
          <w:szCs w:val="20"/>
          <w:lang w:eastAsia="zh-TW"/>
        </w:rPr>
        <w:t>課</w:t>
      </w:r>
      <w:r w:rsidR="00BB2E00" w:rsidRPr="0076326C">
        <w:rPr>
          <w:rFonts w:ascii="Microsoft JhengHei UI" w:eastAsia="Microsoft JhengHei UI" w:hAnsi="Microsoft JhengHei UI"/>
          <w:b/>
          <w:bCs/>
          <w:sz w:val="20"/>
          <w:szCs w:val="20"/>
          <w:lang w:eastAsia="zh-TW"/>
        </w:rPr>
        <w:t>程</w:t>
      </w:r>
      <w:r w:rsidRPr="0076326C">
        <w:rPr>
          <w:rFonts w:ascii="Microsoft JhengHei UI" w:eastAsia="Microsoft JhengHei UI" w:hAnsi="Microsoft JhengHei UI"/>
          <w:b/>
          <w:bCs/>
          <w:sz w:val="20"/>
          <w:szCs w:val="20"/>
          <w:lang w:eastAsia="zh-TW"/>
        </w:rPr>
        <w:t>摘要。 *</w:t>
      </w:r>
    </w:p>
    <w:tbl>
      <w:tblPr>
        <w:tblStyle w:val="TableGrid"/>
        <w:tblW w:w="9085" w:type="dxa"/>
        <w:tblLook w:val="04A0" w:firstRow="1" w:lastRow="0" w:firstColumn="1" w:lastColumn="0" w:noHBand="0" w:noVBand="1"/>
      </w:tblPr>
      <w:tblGrid>
        <w:gridCol w:w="9085"/>
      </w:tblGrid>
      <w:tr w:rsidR="00E4204C" w14:paraId="3E052875" w14:textId="77777777" w:rsidTr="00534694">
        <w:trPr>
          <w:trHeight w:val="1196"/>
        </w:trPr>
        <w:tc>
          <w:tcPr>
            <w:tcW w:w="9085" w:type="dxa"/>
          </w:tcPr>
          <w:p w14:paraId="62C1C08F" w14:textId="77777777" w:rsidR="00E4204C" w:rsidRPr="0076326C" w:rsidRDefault="00E4204C" w:rsidP="00E4204C">
            <w:pPr>
              <w:rPr>
                <w:rFonts w:ascii="Microsoft JhengHei UI" w:eastAsia="Microsoft JhengHei UI" w:hAnsi="Microsoft JhengHei UI"/>
                <w:sz w:val="20"/>
                <w:szCs w:val="20"/>
                <w:lang w:eastAsia="zh-TW"/>
              </w:rPr>
            </w:pPr>
            <w:permStart w:id="1155409847" w:edGrp="everyone" w:colFirst="0" w:colLast="0"/>
          </w:p>
        </w:tc>
      </w:tr>
      <w:permEnd w:id="1155409847"/>
    </w:tbl>
    <w:p w14:paraId="45F8C836" w14:textId="77777777" w:rsidR="00E4204C" w:rsidRPr="00E4204C" w:rsidRDefault="00E4204C" w:rsidP="00E4204C">
      <w:pPr>
        <w:spacing w:after="0"/>
        <w:rPr>
          <w:rFonts w:ascii="Microsoft JhengHei UI" w:eastAsia="Microsoft JhengHei UI" w:hAnsi="Microsoft JhengHei UI"/>
          <w:b/>
          <w:bCs/>
          <w:sz w:val="24"/>
          <w:szCs w:val="24"/>
          <w:lang w:eastAsia="zh-TW"/>
        </w:rPr>
      </w:pPr>
    </w:p>
    <w:p w14:paraId="486E610A" w14:textId="407E5839" w:rsidR="001067FD" w:rsidRPr="0076326C" w:rsidRDefault="00B7371E" w:rsidP="00E4204C">
      <w:pPr>
        <w:spacing w:after="0"/>
        <w:rPr>
          <w:rFonts w:ascii="Microsoft JhengHei UI" w:eastAsia="Microsoft JhengHei UI" w:hAnsi="Microsoft JhengHei UI"/>
          <w:b/>
          <w:bCs/>
          <w:sz w:val="20"/>
          <w:szCs w:val="20"/>
          <w:lang w:eastAsia="zh-TW"/>
        </w:rPr>
      </w:pPr>
      <w:r w:rsidRPr="0076326C">
        <w:rPr>
          <w:rFonts w:ascii="Microsoft JhengHei UI" w:eastAsia="Microsoft JhengHei UI" w:hAnsi="Microsoft JhengHei UI"/>
          <w:b/>
          <w:bCs/>
          <w:sz w:val="20"/>
          <w:szCs w:val="20"/>
          <w:lang w:eastAsia="zh-TW"/>
        </w:rPr>
        <w:t>詳細描述您的研究生</w:t>
      </w:r>
      <w:r w:rsidR="00BB2E00" w:rsidRPr="0076326C">
        <w:rPr>
          <w:rFonts w:ascii="Microsoft JhengHei UI" w:eastAsia="Microsoft JhengHei UI" w:hAnsi="Microsoft JhengHei UI"/>
          <w:b/>
          <w:sz w:val="20"/>
          <w:szCs w:val="20"/>
          <w:lang w:eastAsia="zh-TW"/>
        </w:rPr>
        <w:t>課</w:t>
      </w:r>
      <w:r w:rsidR="00BB2E00" w:rsidRPr="0076326C">
        <w:rPr>
          <w:rFonts w:ascii="Microsoft JhengHei UI" w:eastAsia="Microsoft JhengHei UI" w:hAnsi="Microsoft JhengHei UI"/>
          <w:b/>
          <w:bCs/>
          <w:sz w:val="20"/>
          <w:szCs w:val="20"/>
          <w:lang w:eastAsia="zh-TW"/>
        </w:rPr>
        <w:t>程</w:t>
      </w:r>
      <w:r w:rsidRPr="0076326C">
        <w:rPr>
          <w:rFonts w:ascii="Microsoft JhengHei UI" w:eastAsia="Microsoft JhengHei UI" w:hAnsi="Microsoft JhengHei UI"/>
          <w:b/>
          <w:bCs/>
          <w:sz w:val="20"/>
          <w:szCs w:val="20"/>
          <w:lang w:eastAsia="zh-TW"/>
        </w:rPr>
        <w:t>，您希望獲得什麼知識或經驗，以及您希望您的研究對您和他人產生什麼影響。（最多 300 字） *</w:t>
      </w:r>
    </w:p>
    <w:tbl>
      <w:tblPr>
        <w:tblStyle w:val="TableGrid"/>
        <w:tblW w:w="9085" w:type="dxa"/>
        <w:tblLook w:val="04A0" w:firstRow="1" w:lastRow="0" w:firstColumn="1" w:lastColumn="0" w:noHBand="0" w:noVBand="1"/>
      </w:tblPr>
      <w:tblGrid>
        <w:gridCol w:w="9085"/>
      </w:tblGrid>
      <w:tr w:rsidR="00E4204C" w14:paraId="300B49EB" w14:textId="77777777" w:rsidTr="00534694">
        <w:trPr>
          <w:trHeight w:val="2573"/>
        </w:trPr>
        <w:tc>
          <w:tcPr>
            <w:tcW w:w="9085" w:type="dxa"/>
          </w:tcPr>
          <w:p w14:paraId="473AA651" w14:textId="41FB7CB7" w:rsidR="00E4204C" w:rsidRPr="0076326C" w:rsidRDefault="00E4204C" w:rsidP="00E4204C">
            <w:pPr>
              <w:rPr>
                <w:rFonts w:ascii="Microsoft JhengHei UI" w:eastAsia="Microsoft JhengHei UI" w:hAnsi="Microsoft JhengHei UI"/>
                <w:sz w:val="20"/>
                <w:szCs w:val="20"/>
                <w:lang w:eastAsia="zh-TW"/>
              </w:rPr>
            </w:pPr>
            <w:permStart w:id="4274846" w:edGrp="everyone" w:colFirst="0" w:colLast="0"/>
          </w:p>
        </w:tc>
      </w:tr>
      <w:permEnd w:id="4274846"/>
    </w:tbl>
    <w:p w14:paraId="22A279D7" w14:textId="77777777" w:rsidR="003E539D" w:rsidRPr="00E4204C" w:rsidRDefault="003E539D" w:rsidP="00E4204C">
      <w:pPr>
        <w:spacing w:after="0"/>
        <w:rPr>
          <w:rFonts w:ascii="Microsoft JhengHei UI" w:eastAsia="Microsoft JhengHei UI" w:hAnsi="Microsoft JhengHei UI"/>
          <w:sz w:val="24"/>
          <w:szCs w:val="24"/>
          <w:lang w:eastAsia="zh-TW"/>
        </w:rPr>
      </w:pPr>
    </w:p>
    <w:p w14:paraId="4D8DA8AE" w14:textId="691CB6A7" w:rsidR="001067FD" w:rsidRPr="0076326C" w:rsidRDefault="00B7371E" w:rsidP="00E4204C">
      <w:pPr>
        <w:spacing w:after="0"/>
        <w:rPr>
          <w:rFonts w:ascii="Microsoft JhengHei UI" w:eastAsia="Microsoft JhengHei UI" w:hAnsi="Microsoft JhengHei UI"/>
          <w:b/>
          <w:bCs/>
          <w:sz w:val="20"/>
          <w:szCs w:val="20"/>
          <w:lang w:eastAsia="zh-TW"/>
        </w:rPr>
      </w:pPr>
      <w:r w:rsidRPr="0076326C">
        <w:rPr>
          <w:rFonts w:ascii="Microsoft JhengHei UI" w:eastAsia="Microsoft JhengHei UI" w:hAnsi="Microsoft JhengHei UI"/>
          <w:b/>
          <w:bCs/>
          <w:sz w:val="20"/>
          <w:szCs w:val="20"/>
          <w:lang w:eastAsia="zh-TW"/>
        </w:rPr>
        <w:t>ACC 的宗旨是透過文化交流促進國際對話，以達至更深厚的相互尊重與理解。文化交流對您的研究生</w:t>
      </w:r>
      <w:r w:rsidR="00BB2E00" w:rsidRPr="0076326C">
        <w:rPr>
          <w:rFonts w:ascii="Microsoft JhengHei UI" w:eastAsia="Microsoft JhengHei UI" w:hAnsi="Microsoft JhengHei UI"/>
          <w:b/>
          <w:sz w:val="20"/>
          <w:szCs w:val="20"/>
          <w:lang w:eastAsia="zh-TW"/>
        </w:rPr>
        <w:t>課</w:t>
      </w:r>
      <w:r w:rsidR="00BB2E00" w:rsidRPr="0076326C">
        <w:rPr>
          <w:rFonts w:ascii="Microsoft JhengHei UI" w:eastAsia="Microsoft JhengHei UI" w:hAnsi="Microsoft JhengHei UI"/>
          <w:b/>
          <w:bCs/>
          <w:sz w:val="20"/>
          <w:szCs w:val="20"/>
          <w:lang w:eastAsia="zh-TW"/>
        </w:rPr>
        <w:t>程</w:t>
      </w:r>
      <w:r w:rsidRPr="0076326C">
        <w:rPr>
          <w:rFonts w:ascii="Microsoft JhengHei UI" w:eastAsia="Microsoft JhengHei UI" w:hAnsi="Microsoft JhengHei UI"/>
          <w:b/>
          <w:bCs/>
          <w:sz w:val="20"/>
          <w:szCs w:val="20"/>
          <w:lang w:eastAsia="zh-TW"/>
        </w:rPr>
        <w:t>有何重要意義？（最多 300 字） *</w:t>
      </w:r>
    </w:p>
    <w:tbl>
      <w:tblPr>
        <w:tblStyle w:val="TableGrid"/>
        <w:tblW w:w="9085" w:type="dxa"/>
        <w:tblLook w:val="04A0" w:firstRow="1" w:lastRow="0" w:firstColumn="1" w:lastColumn="0" w:noHBand="0" w:noVBand="1"/>
      </w:tblPr>
      <w:tblGrid>
        <w:gridCol w:w="9085"/>
      </w:tblGrid>
      <w:tr w:rsidR="00E4204C" w14:paraId="06BCCF61" w14:textId="77777777" w:rsidTr="00AF4983">
        <w:trPr>
          <w:trHeight w:val="2573"/>
        </w:trPr>
        <w:tc>
          <w:tcPr>
            <w:tcW w:w="9085" w:type="dxa"/>
          </w:tcPr>
          <w:p w14:paraId="6291998E" w14:textId="77777777" w:rsidR="00E4204C" w:rsidRPr="0076326C" w:rsidRDefault="00E4204C" w:rsidP="005F5BA8">
            <w:pPr>
              <w:rPr>
                <w:rFonts w:ascii="Microsoft JhengHei UI" w:eastAsia="Microsoft JhengHei UI" w:hAnsi="Microsoft JhengHei UI"/>
                <w:sz w:val="20"/>
                <w:szCs w:val="20"/>
                <w:lang w:eastAsia="zh-TW"/>
              </w:rPr>
            </w:pPr>
            <w:permStart w:id="1762670377" w:edGrp="everyone" w:colFirst="0" w:colLast="0"/>
          </w:p>
        </w:tc>
      </w:tr>
      <w:permEnd w:id="1762670377"/>
    </w:tbl>
    <w:p w14:paraId="2279A790" w14:textId="77777777" w:rsidR="00E4204C" w:rsidRPr="00E4204C" w:rsidRDefault="00E4204C" w:rsidP="00E4204C">
      <w:pPr>
        <w:spacing w:after="0"/>
        <w:rPr>
          <w:rFonts w:ascii="Microsoft JhengHei UI" w:eastAsia="Microsoft JhengHei UI" w:hAnsi="Microsoft JhengHei UI"/>
          <w:b/>
          <w:bCs/>
          <w:sz w:val="24"/>
          <w:szCs w:val="24"/>
          <w:lang w:eastAsia="zh-TW"/>
        </w:rPr>
      </w:pPr>
    </w:p>
    <w:p w14:paraId="4E8CF234" w14:textId="4541B2A1" w:rsidR="001067FD" w:rsidRPr="00CB1DD4" w:rsidRDefault="00B7371E" w:rsidP="006026E8">
      <w:pPr>
        <w:keepNext/>
        <w:spacing w:after="0"/>
        <w:rPr>
          <w:rFonts w:ascii="Microsoft JhengHei UI" w:eastAsia="Microsoft JhengHei UI" w:hAnsi="Microsoft JhengHei UI"/>
          <w:b/>
          <w:sz w:val="24"/>
          <w:szCs w:val="24"/>
          <w:u w:val="single"/>
          <w:lang w:eastAsia="zh-TW"/>
        </w:rPr>
      </w:pPr>
      <w:r w:rsidRPr="00CB1DD4">
        <w:rPr>
          <w:rFonts w:ascii="Microsoft JhengHei UI" w:eastAsia="Microsoft JhengHei UI" w:hAnsi="Microsoft JhengHei UI"/>
          <w:b/>
          <w:sz w:val="24"/>
          <w:szCs w:val="24"/>
          <w:u w:val="single"/>
          <w:lang w:eastAsia="zh-TW"/>
        </w:rPr>
        <w:t>補充資料</w:t>
      </w:r>
    </w:p>
    <w:p w14:paraId="6913D4BE" w14:textId="0824EF1F" w:rsidR="00BC1551" w:rsidRPr="0076326C" w:rsidRDefault="00BC1551" w:rsidP="00BC1551">
      <w:pPr>
        <w:spacing w:after="0" w:line="240" w:lineRule="auto"/>
        <w:rPr>
          <w:rFonts w:ascii="Microsoft JhengHei UI" w:eastAsia="Microsoft JhengHei UI" w:hAnsi="Microsoft JhengHei UI" w:cs="Microsoft JhengHei"/>
          <w:color w:val="000000"/>
          <w:sz w:val="20"/>
          <w:szCs w:val="20"/>
          <w:lang w:eastAsia="zh-TW"/>
        </w:rPr>
      </w:pPr>
      <w:r w:rsidRPr="0076326C">
        <w:rPr>
          <w:rFonts w:ascii="Microsoft JhengHei UI" w:eastAsia="Microsoft JhengHei UI" w:hAnsi="Microsoft JhengHei UI" w:cs="Microsoft JhengHei" w:hint="eastAsia"/>
          <w:color w:val="000000"/>
          <w:sz w:val="20"/>
          <w:szCs w:val="20"/>
          <w:lang w:eastAsia="zh-TW"/>
        </w:rPr>
        <w:t>以下問題旨在幫助</w:t>
      </w:r>
      <w:r w:rsidRPr="0076326C">
        <w:rPr>
          <w:rFonts w:ascii="Microsoft JhengHei UI" w:eastAsia="Microsoft JhengHei UI" w:hAnsi="Microsoft JhengHei UI" w:cs="Arial"/>
          <w:color w:val="000000"/>
          <w:sz w:val="20"/>
          <w:szCs w:val="20"/>
          <w:lang w:eastAsia="zh-TW"/>
        </w:rPr>
        <w:t xml:space="preserve"> ACC </w:t>
      </w:r>
      <w:r w:rsidRPr="0076326C">
        <w:rPr>
          <w:rFonts w:ascii="Microsoft JhengHei UI" w:eastAsia="Microsoft JhengHei UI" w:hAnsi="Microsoft JhengHei UI" w:cs="Microsoft JhengHei" w:hint="eastAsia"/>
          <w:color w:val="000000"/>
          <w:sz w:val="20"/>
          <w:szCs w:val="20"/>
          <w:lang w:eastAsia="zh-TW"/>
        </w:rPr>
        <w:t>更</w:t>
      </w:r>
      <w:r w:rsidRPr="0076326C">
        <w:rPr>
          <w:rFonts w:ascii="Microsoft JhengHei UI" w:eastAsia="Microsoft JhengHei UI" w:hAnsi="Microsoft JhengHei UI" w:cs="Microsoft JhengHei"/>
          <w:color w:val="000000"/>
          <w:sz w:val="20"/>
          <w:szCs w:val="20"/>
          <w:lang w:eastAsia="zh-HK"/>
        </w:rPr>
        <w:t>有效</w:t>
      </w:r>
      <w:r w:rsidRPr="0076326C">
        <w:rPr>
          <w:rFonts w:ascii="Microsoft JhengHei UI" w:eastAsia="Microsoft JhengHei UI" w:hAnsi="Microsoft JhengHei UI" w:cs="Microsoft JhengHei" w:hint="eastAsia"/>
          <w:color w:val="000000"/>
          <w:sz w:val="20"/>
          <w:szCs w:val="20"/>
          <w:lang w:eastAsia="zh-TW"/>
        </w:rPr>
        <w:t>地了解並支持申請者及</w:t>
      </w:r>
      <w:r w:rsidR="00747521" w:rsidRPr="0076326C">
        <w:rPr>
          <w:rFonts w:ascii="Microsoft JhengHei UI" w:eastAsia="Microsoft JhengHei UI" w:hAnsi="Microsoft JhengHei UI" w:cs="Microsoft JhengHei" w:hint="eastAsia"/>
          <w:color w:val="000000"/>
          <w:sz w:val="20"/>
          <w:szCs w:val="20"/>
          <w:lang w:eastAsia="zh-TW"/>
        </w:rPr>
        <w:t>得奬人</w:t>
      </w:r>
      <w:r w:rsidRPr="0076326C">
        <w:rPr>
          <w:rFonts w:ascii="Microsoft JhengHei UI" w:eastAsia="Microsoft JhengHei UI" w:hAnsi="Microsoft JhengHei UI" w:cs="Microsoft JhengHei" w:hint="eastAsia"/>
          <w:color w:val="000000"/>
          <w:sz w:val="20"/>
          <w:szCs w:val="20"/>
          <w:lang w:eastAsia="zh-TW"/>
        </w:rPr>
        <w:t>。回覆將不會用於評估您的申請，亦不會影響資助決定</w:t>
      </w:r>
      <w:r w:rsidRPr="0076326C">
        <w:rPr>
          <w:rFonts w:ascii="Microsoft JhengHei UI" w:eastAsia="Microsoft JhengHei UI" w:hAnsi="Microsoft JhengHei UI" w:cs="Microsoft JhengHei"/>
          <w:color w:val="000000"/>
          <w:sz w:val="20"/>
          <w:szCs w:val="20"/>
          <w:lang w:eastAsia="zh-TW"/>
        </w:rPr>
        <w:t>。</w:t>
      </w:r>
    </w:p>
    <w:p w14:paraId="38D55B0F" w14:textId="77777777" w:rsidR="00BC1551" w:rsidRPr="0076326C" w:rsidRDefault="00BC1551" w:rsidP="00BC1551">
      <w:pPr>
        <w:spacing w:after="0" w:line="240" w:lineRule="auto"/>
        <w:rPr>
          <w:rFonts w:ascii="Microsoft JhengHei UI" w:eastAsia="Microsoft JhengHei UI" w:hAnsi="Microsoft JhengHei UI" w:cs="Arial"/>
          <w:color w:val="000000"/>
          <w:sz w:val="20"/>
          <w:szCs w:val="20"/>
          <w:lang w:eastAsia="zh-TW"/>
        </w:rPr>
      </w:pPr>
    </w:p>
    <w:p w14:paraId="6C1326B6" w14:textId="77777777" w:rsidR="00BC1551" w:rsidRPr="0076326C" w:rsidRDefault="00BC1551" w:rsidP="00BC1551">
      <w:pPr>
        <w:spacing w:after="0" w:line="240" w:lineRule="auto"/>
        <w:rPr>
          <w:rFonts w:ascii="Microsoft JhengHei UI" w:eastAsia="Microsoft JhengHei UI" w:hAnsi="Microsoft JhengHei UI" w:cs="Arial"/>
          <w:color w:val="000000"/>
          <w:sz w:val="20"/>
          <w:szCs w:val="20"/>
          <w:lang w:eastAsia="zh-TW"/>
        </w:rPr>
      </w:pPr>
      <w:r w:rsidRPr="0076326C">
        <w:rPr>
          <w:rFonts w:ascii="Microsoft JhengHei UI" w:eastAsia="Microsoft JhengHei UI" w:hAnsi="Microsoft JhengHei UI" w:cs="Microsoft JhengHei" w:hint="eastAsia"/>
          <w:b/>
          <w:bCs/>
          <w:color w:val="000000"/>
          <w:sz w:val="20"/>
          <w:szCs w:val="20"/>
          <w:lang w:eastAsia="zh-TW"/>
        </w:rPr>
        <w:lastRenderedPageBreak/>
        <w:t>請列出位於美國的任何聯繫人或網絡，以及他們在您的獎助計劃期間可能</w:t>
      </w:r>
      <w:r w:rsidRPr="0076326C">
        <w:rPr>
          <w:rFonts w:ascii="Microsoft JhengHei UI" w:eastAsia="Microsoft JhengHei UI" w:hAnsi="Microsoft JhengHei UI" w:cs="Microsoft JhengHei"/>
          <w:b/>
          <w:bCs/>
          <w:color w:val="000000"/>
          <w:sz w:val="20"/>
          <w:szCs w:val="20"/>
          <w:lang w:eastAsia="zh-HK"/>
        </w:rPr>
        <w:t>提供的支援</w:t>
      </w:r>
      <w:r w:rsidRPr="0076326C">
        <w:rPr>
          <w:rFonts w:ascii="Microsoft JhengHei UI" w:eastAsia="Microsoft JhengHei UI" w:hAnsi="Microsoft JhengHei UI" w:cs="Microsoft JhengHei" w:hint="eastAsia"/>
          <w:b/>
          <w:bCs/>
          <w:color w:val="000000"/>
          <w:sz w:val="20"/>
          <w:szCs w:val="20"/>
          <w:lang w:eastAsia="zh-TW"/>
        </w:rPr>
        <w:t>。（字數上限</w:t>
      </w:r>
      <w:r w:rsidRPr="0076326C">
        <w:rPr>
          <w:rFonts w:ascii="Microsoft JhengHei UI" w:eastAsia="Microsoft JhengHei UI" w:hAnsi="Microsoft JhengHei UI" w:cs="Arial"/>
          <w:b/>
          <w:bCs/>
          <w:color w:val="000000"/>
          <w:sz w:val="20"/>
          <w:szCs w:val="20"/>
          <w:lang w:eastAsia="zh-TW"/>
        </w:rPr>
        <w:t xml:space="preserve"> 100 </w:t>
      </w:r>
      <w:r w:rsidRPr="0076326C">
        <w:rPr>
          <w:rFonts w:ascii="Microsoft JhengHei UI" w:eastAsia="Microsoft JhengHei UI" w:hAnsi="Microsoft JhengHei UI" w:cs="Microsoft JhengHei" w:hint="eastAsia"/>
          <w:b/>
          <w:bCs/>
          <w:color w:val="000000"/>
          <w:sz w:val="20"/>
          <w:szCs w:val="20"/>
          <w:lang w:eastAsia="zh-TW"/>
        </w:rPr>
        <w:t>字）</w:t>
      </w:r>
    </w:p>
    <w:p w14:paraId="4B0D2159" w14:textId="77777777" w:rsidR="00BC1551" w:rsidRPr="0076326C" w:rsidRDefault="00BC1551" w:rsidP="00BC1551">
      <w:pPr>
        <w:spacing w:after="0" w:line="240" w:lineRule="auto"/>
        <w:rPr>
          <w:rFonts w:ascii="Microsoft JhengHei UI" w:eastAsia="Microsoft JhengHei UI" w:hAnsi="Microsoft JhengHei UI" w:cs="Microsoft JhengHei"/>
          <w:color w:val="000000"/>
          <w:sz w:val="20"/>
          <w:szCs w:val="20"/>
          <w:lang w:eastAsia="zh-TW"/>
        </w:rPr>
      </w:pPr>
      <w:r w:rsidRPr="0076326C">
        <w:rPr>
          <w:rFonts w:ascii="Microsoft JhengHei UI" w:eastAsia="Microsoft JhengHei UI" w:hAnsi="Microsoft JhengHei UI" w:cs="Microsoft JhengHei" w:hint="eastAsia"/>
          <w:color w:val="000000"/>
          <w:sz w:val="20"/>
          <w:szCs w:val="20"/>
          <w:lang w:eastAsia="zh-TW"/>
        </w:rPr>
        <w:t>不強制要求提供聯絡人或關係。</w:t>
      </w:r>
      <w:r w:rsidRPr="0076326C">
        <w:rPr>
          <w:rFonts w:ascii="Microsoft JhengHei UI" w:eastAsia="Microsoft JhengHei UI" w:hAnsi="Microsoft JhengHei UI" w:cs="Arial"/>
          <w:color w:val="000000"/>
          <w:sz w:val="20"/>
          <w:szCs w:val="20"/>
          <w:lang w:eastAsia="zh-TW"/>
        </w:rPr>
        <w:t xml:space="preserve">ACC </w:t>
      </w:r>
      <w:r w:rsidRPr="0076326C">
        <w:rPr>
          <w:rFonts w:ascii="Microsoft JhengHei UI" w:eastAsia="Microsoft JhengHei UI" w:hAnsi="Microsoft JhengHei UI" w:cs="Microsoft JhengHei" w:hint="eastAsia"/>
          <w:color w:val="000000"/>
          <w:sz w:val="20"/>
          <w:szCs w:val="20"/>
          <w:lang w:eastAsia="zh-TW"/>
        </w:rPr>
        <w:t>將使用此資訊更</w:t>
      </w:r>
      <w:r w:rsidRPr="0076326C">
        <w:rPr>
          <w:rFonts w:ascii="Microsoft JhengHei UI" w:eastAsia="Microsoft JhengHei UI" w:hAnsi="Microsoft JhengHei UI" w:cs="Microsoft JhengHei"/>
          <w:color w:val="000000"/>
          <w:sz w:val="20"/>
          <w:szCs w:val="20"/>
          <w:lang w:eastAsia="zh-HK"/>
        </w:rPr>
        <w:t>有效</w:t>
      </w:r>
      <w:r w:rsidRPr="0076326C">
        <w:rPr>
          <w:rFonts w:ascii="Microsoft JhengHei UI" w:eastAsia="Microsoft JhengHei UI" w:hAnsi="Microsoft JhengHei UI" w:cs="Microsoft JhengHei" w:hint="eastAsia"/>
          <w:color w:val="000000"/>
          <w:sz w:val="20"/>
          <w:szCs w:val="20"/>
          <w:lang w:eastAsia="zh-TW"/>
        </w:rPr>
        <w:t>地支持您及您擬定的活動</w:t>
      </w:r>
      <w:r w:rsidRPr="0076326C">
        <w:rPr>
          <w:rFonts w:ascii="Microsoft JhengHei UI" w:eastAsia="Microsoft JhengHei UI" w:hAnsi="Microsoft JhengHei UI" w:cs="Microsoft JhengHei"/>
          <w:color w:val="000000"/>
          <w:sz w:val="20"/>
          <w:szCs w:val="20"/>
          <w:lang w:eastAsia="zh-TW"/>
        </w:rPr>
        <w:t>。</w:t>
      </w:r>
    </w:p>
    <w:tbl>
      <w:tblPr>
        <w:tblStyle w:val="TableGrid"/>
        <w:tblW w:w="9085" w:type="dxa"/>
        <w:tblLook w:val="04A0" w:firstRow="1" w:lastRow="0" w:firstColumn="1" w:lastColumn="0" w:noHBand="0" w:noVBand="1"/>
      </w:tblPr>
      <w:tblGrid>
        <w:gridCol w:w="9085"/>
      </w:tblGrid>
      <w:tr w:rsidR="00E4204C" w14:paraId="17268733" w14:textId="77777777" w:rsidTr="00AF4983">
        <w:trPr>
          <w:trHeight w:val="2573"/>
        </w:trPr>
        <w:tc>
          <w:tcPr>
            <w:tcW w:w="9085" w:type="dxa"/>
          </w:tcPr>
          <w:p w14:paraId="0ADB3901" w14:textId="6FDCD465" w:rsidR="00E4204C" w:rsidRPr="0076326C" w:rsidRDefault="00E4204C" w:rsidP="005F5BA8">
            <w:pPr>
              <w:rPr>
                <w:rFonts w:ascii="Microsoft JhengHei UI" w:eastAsia="Microsoft JhengHei UI" w:hAnsi="Microsoft JhengHei UI"/>
                <w:sz w:val="20"/>
                <w:szCs w:val="20"/>
                <w:lang w:eastAsia="zh-TW"/>
              </w:rPr>
            </w:pPr>
            <w:permStart w:id="1850354032" w:edGrp="everyone" w:colFirst="0" w:colLast="0"/>
          </w:p>
        </w:tc>
      </w:tr>
      <w:permEnd w:id="1850354032"/>
    </w:tbl>
    <w:p w14:paraId="61E938F0" w14:textId="77777777" w:rsidR="00E4204C" w:rsidRPr="00BC1551" w:rsidRDefault="00E4204C" w:rsidP="00BC1551">
      <w:pPr>
        <w:spacing w:after="0" w:line="240" w:lineRule="auto"/>
        <w:rPr>
          <w:rFonts w:ascii="Microsoft JhengHei UI" w:eastAsia="Microsoft JhengHei UI" w:hAnsi="Microsoft JhengHei UI" w:cs="Arial"/>
          <w:color w:val="000000"/>
          <w:sz w:val="24"/>
          <w:szCs w:val="24"/>
          <w:lang w:eastAsia="zh-TW"/>
        </w:rPr>
      </w:pPr>
    </w:p>
    <w:p w14:paraId="4AAAD53C" w14:textId="31380B70" w:rsidR="001067FD" w:rsidRPr="00C2467C" w:rsidRDefault="00B7371E" w:rsidP="005245F9">
      <w:pPr>
        <w:pStyle w:val="ListParagraph"/>
        <w:keepNext/>
        <w:numPr>
          <w:ilvl w:val="0"/>
          <w:numId w:val="19"/>
        </w:numPr>
        <w:rPr>
          <w:rFonts w:ascii="Microsoft JhengHei UI" w:eastAsia="Microsoft JhengHei UI" w:hAnsi="Microsoft JhengHei UI"/>
          <w:b/>
          <w:sz w:val="28"/>
          <w:szCs w:val="28"/>
          <w:lang w:eastAsia="zh-TW"/>
        </w:rPr>
      </w:pPr>
      <w:r w:rsidRPr="00C2467C">
        <w:rPr>
          <w:rFonts w:ascii="Microsoft JhengHei UI" w:eastAsia="Microsoft JhengHei UI" w:hAnsi="Microsoft JhengHei UI"/>
          <w:b/>
          <w:sz w:val="28"/>
          <w:szCs w:val="28"/>
          <w:lang w:eastAsia="zh-TW"/>
        </w:rPr>
        <w:t>獎助計劃</w:t>
      </w:r>
      <w:r w:rsidR="001B26E3" w:rsidRPr="00C2467C">
        <w:rPr>
          <w:rFonts w:ascii="Microsoft JhengHei UI" w:eastAsia="Microsoft JhengHei UI" w:hAnsi="Microsoft JhengHei UI" w:hint="eastAsia"/>
          <w:b/>
          <w:sz w:val="28"/>
          <w:szCs w:val="28"/>
          <w:lang w:eastAsia="zh-TW"/>
        </w:rPr>
        <w:t>契</w:t>
      </w:r>
      <w:r w:rsidRPr="00C2467C">
        <w:rPr>
          <w:rFonts w:ascii="Microsoft JhengHei UI" w:eastAsia="Microsoft JhengHei UI" w:hAnsi="Microsoft JhengHei UI"/>
          <w:b/>
          <w:sz w:val="28"/>
          <w:szCs w:val="28"/>
          <w:lang w:eastAsia="zh-TW"/>
        </w:rPr>
        <w:t>機</w:t>
      </w:r>
    </w:p>
    <w:p w14:paraId="16C34527" w14:textId="5D10C7D2" w:rsidR="001067FD" w:rsidRPr="00C2467C" w:rsidRDefault="001B26E3" w:rsidP="00E4204C">
      <w:pPr>
        <w:spacing w:after="0"/>
        <w:rPr>
          <w:rFonts w:ascii="Microsoft JhengHei UI" w:eastAsia="Microsoft JhengHei UI" w:hAnsi="Microsoft JhengHei UI"/>
          <w:b/>
          <w:bCs/>
          <w:sz w:val="20"/>
          <w:szCs w:val="20"/>
          <w:lang w:eastAsia="zh-TW"/>
        </w:rPr>
      </w:pPr>
      <w:r w:rsidRPr="00C2467C">
        <w:rPr>
          <w:rFonts w:ascii="Microsoft JhengHei UI" w:eastAsia="Microsoft JhengHei UI" w:hAnsi="Microsoft JhengHei UI"/>
          <w:b/>
          <w:bCs/>
          <w:color w:val="000000"/>
          <w:sz w:val="20"/>
          <w:szCs w:val="20"/>
          <w:lang w:eastAsia="zh-TW"/>
        </w:rPr>
        <w:t>為</w:t>
      </w:r>
      <w:r w:rsidRPr="00C2467C">
        <w:rPr>
          <w:rFonts w:ascii="Microsoft JhengHei UI" w:eastAsia="Microsoft JhengHei UI" w:hAnsi="Microsoft JhengHei UI" w:cs="PingFang TC" w:hint="eastAsia"/>
          <w:b/>
          <w:bCs/>
          <w:color w:val="000000"/>
          <w:sz w:val="20"/>
          <w:szCs w:val="20"/>
          <w:lang w:eastAsia="zh-TW"/>
        </w:rPr>
        <w:t>何</w:t>
      </w:r>
      <w:r w:rsidRPr="00C2467C">
        <w:rPr>
          <w:rFonts w:ascii="Microsoft JhengHei UI" w:eastAsia="Microsoft JhengHei UI" w:hAnsi="Microsoft JhengHei UI"/>
          <w:b/>
          <w:bCs/>
          <w:color w:val="000000"/>
          <w:sz w:val="20"/>
          <w:szCs w:val="20"/>
          <w:lang w:eastAsia="zh-TW"/>
        </w:rPr>
        <w:t>現階</w:t>
      </w:r>
      <w:r w:rsidRPr="00C2467C">
        <w:rPr>
          <w:rFonts w:ascii="Microsoft JhengHei UI" w:eastAsia="Microsoft JhengHei UI" w:hAnsi="Microsoft JhengHei UI" w:cs="PingFang TC" w:hint="eastAsia"/>
          <w:b/>
          <w:bCs/>
          <w:color w:val="000000"/>
          <w:sz w:val="20"/>
          <w:szCs w:val="20"/>
          <w:lang w:eastAsia="zh-TW"/>
        </w:rPr>
        <w:t>段</w:t>
      </w:r>
      <w:r w:rsidRPr="00C2467C">
        <w:rPr>
          <w:rFonts w:ascii="Microsoft JhengHei UI" w:eastAsia="Microsoft JhengHei UI" w:hAnsi="Microsoft JhengHei UI"/>
          <w:b/>
          <w:bCs/>
          <w:sz w:val="20"/>
          <w:szCs w:val="20"/>
          <w:lang w:eastAsia="zh-TW"/>
        </w:rPr>
        <w:t>是您職涯中</w:t>
      </w:r>
      <w:r w:rsidRPr="00C2467C">
        <w:rPr>
          <w:rFonts w:ascii="Microsoft JhengHei UI" w:eastAsia="Microsoft JhengHei UI" w:hAnsi="Microsoft JhengHei UI"/>
          <w:b/>
          <w:sz w:val="20"/>
          <w:szCs w:val="20"/>
          <w:lang w:eastAsia="zh-TW"/>
        </w:rPr>
        <w:t>修讀</w:t>
      </w:r>
      <w:r w:rsidRPr="00C2467C">
        <w:rPr>
          <w:rFonts w:ascii="Microsoft JhengHei UI" w:eastAsia="Microsoft JhengHei UI" w:hAnsi="Microsoft JhengHei UI"/>
          <w:b/>
          <w:bCs/>
          <w:sz w:val="20"/>
          <w:szCs w:val="20"/>
          <w:lang w:eastAsia="zh-TW"/>
        </w:rPr>
        <w:t>擬定的</w:t>
      </w:r>
      <w:r w:rsidRPr="00C2467C">
        <w:rPr>
          <w:rFonts w:ascii="Microsoft JhengHei UI" w:eastAsia="Microsoft JhengHei UI" w:hAnsi="Microsoft JhengHei UI"/>
          <w:b/>
          <w:sz w:val="20"/>
          <w:szCs w:val="20"/>
          <w:lang w:eastAsia="zh-TW"/>
        </w:rPr>
        <w:t>研究生課程</w:t>
      </w:r>
      <w:r w:rsidRPr="00C2467C">
        <w:rPr>
          <w:rFonts w:ascii="Microsoft JhengHei UI" w:eastAsia="Microsoft JhengHei UI" w:hAnsi="Microsoft JhengHei UI"/>
          <w:b/>
          <w:bCs/>
          <w:sz w:val="20"/>
          <w:szCs w:val="20"/>
          <w:lang w:eastAsia="zh-TW"/>
        </w:rPr>
        <w:t>的合適時機？在美國</w:t>
      </w:r>
      <w:r w:rsidRPr="00C2467C">
        <w:rPr>
          <w:rFonts w:ascii="Microsoft JhengHei UI" w:eastAsia="Microsoft JhengHei UI" w:hAnsi="Microsoft JhengHei UI"/>
          <w:b/>
          <w:sz w:val="20"/>
          <w:szCs w:val="20"/>
          <w:lang w:eastAsia="zh-TW"/>
        </w:rPr>
        <w:t>修讀</w:t>
      </w:r>
      <w:r w:rsidRPr="00C2467C">
        <w:rPr>
          <w:rFonts w:ascii="Microsoft JhengHei UI" w:eastAsia="Microsoft JhengHei UI" w:hAnsi="Microsoft JhengHei UI"/>
          <w:b/>
          <w:bCs/>
          <w:sz w:val="20"/>
          <w:szCs w:val="20"/>
          <w:lang w:eastAsia="zh-TW"/>
        </w:rPr>
        <w:t>此</w:t>
      </w:r>
      <w:r w:rsidRPr="00C2467C">
        <w:rPr>
          <w:rFonts w:ascii="Microsoft JhengHei UI" w:eastAsia="Microsoft JhengHei UI" w:hAnsi="Microsoft JhengHei UI"/>
          <w:b/>
          <w:sz w:val="20"/>
          <w:szCs w:val="20"/>
          <w:lang w:eastAsia="zh-TW"/>
        </w:rPr>
        <w:t>課程</w:t>
      </w:r>
      <w:r w:rsidRPr="00C2467C">
        <w:rPr>
          <w:rFonts w:ascii="Microsoft JhengHei UI" w:eastAsia="Microsoft JhengHei UI" w:hAnsi="Microsoft JhengHei UI"/>
          <w:b/>
          <w:bCs/>
          <w:sz w:val="20"/>
          <w:szCs w:val="20"/>
          <w:lang w:eastAsia="zh-TW"/>
        </w:rPr>
        <w:t>如何有助您的藝術和專業成長？（最多 250 字） *</w:t>
      </w:r>
    </w:p>
    <w:p w14:paraId="5C40A14A" w14:textId="71716283" w:rsidR="001067FD" w:rsidRPr="00C2467C" w:rsidRDefault="001B26E3" w:rsidP="00E4204C">
      <w:pPr>
        <w:spacing w:after="0"/>
        <w:rPr>
          <w:rFonts w:ascii="Microsoft JhengHei UI" w:eastAsia="Microsoft JhengHei UI" w:hAnsi="Microsoft JhengHei UI"/>
          <w:sz w:val="20"/>
          <w:szCs w:val="20"/>
          <w:lang w:eastAsia="zh-TW"/>
        </w:rPr>
      </w:pPr>
      <w:r w:rsidRPr="00C2467C">
        <w:rPr>
          <w:rFonts w:ascii="Microsoft JhengHei UI" w:eastAsia="Microsoft JhengHei UI" w:hAnsi="Microsoft JhengHei UI"/>
          <w:sz w:val="20"/>
          <w:szCs w:val="20"/>
          <w:lang w:eastAsia="zh-TW"/>
        </w:rPr>
        <w:t>請描述 ACC 的支</w:t>
      </w:r>
      <w:r w:rsidRPr="00C2467C">
        <w:rPr>
          <w:rFonts w:ascii="Microsoft JhengHei UI" w:eastAsia="Microsoft JhengHei UI" w:hAnsi="Microsoft JhengHei UI" w:cs="Microsoft JhengHei" w:hint="eastAsia"/>
          <w:color w:val="000000"/>
          <w:sz w:val="20"/>
          <w:szCs w:val="20"/>
          <w:lang w:eastAsia="zh-TW"/>
        </w:rPr>
        <w:t>助</w:t>
      </w:r>
      <w:r w:rsidRPr="00C2467C">
        <w:rPr>
          <w:rFonts w:ascii="Microsoft JhengHei UI" w:eastAsia="Microsoft JhengHei UI" w:hAnsi="Microsoft JhengHei UI"/>
          <w:sz w:val="20"/>
          <w:szCs w:val="20"/>
          <w:lang w:eastAsia="zh-TW"/>
        </w:rPr>
        <w:t xml:space="preserve">如何對您現階段職涯的工作/實踐帶來轉變。 </w:t>
      </w:r>
    </w:p>
    <w:tbl>
      <w:tblPr>
        <w:tblStyle w:val="TableGrid"/>
        <w:tblW w:w="9085" w:type="dxa"/>
        <w:tblLook w:val="04A0" w:firstRow="1" w:lastRow="0" w:firstColumn="1" w:lastColumn="0" w:noHBand="0" w:noVBand="1"/>
      </w:tblPr>
      <w:tblGrid>
        <w:gridCol w:w="9085"/>
      </w:tblGrid>
      <w:tr w:rsidR="00E4204C" w14:paraId="0C8257EA" w14:textId="77777777" w:rsidTr="00AF4983">
        <w:trPr>
          <w:trHeight w:val="2267"/>
        </w:trPr>
        <w:tc>
          <w:tcPr>
            <w:tcW w:w="9085" w:type="dxa"/>
          </w:tcPr>
          <w:p w14:paraId="051B89CE" w14:textId="77777777" w:rsidR="00E4204C" w:rsidRDefault="00E4204C" w:rsidP="00E4204C">
            <w:pPr>
              <w:rPr>
                <w:rFonts w:ascii="Microsoft JhengHei UI" w:eastAsia="Microsoft JhengHei UI" w:hAnsi="Microsoft JhengHei UI"/>
                <w:sz w:val="24"/>
                <w:szCs w:val="24"/>
                <w:lang w:eastAsia="zh-TW"/>
              </w:rPr>
            </w:pPr>
            <w:permStart w:id="1712469371" w:edGrp="everyone" w:colFirst="0" w:colLast="0"/>
          </w:p>
        </w:tc>
      </w:tr>
      <w:permEnd w:id="1712469371"/>
    </w:tbl>
    <w:p w14:paraId="3C2D1A4D" w14:textId="77777777" w:rsidR="00E4204C" w:rsidRPr="00E4204C" w:rsidRDefault="00E4204C" w:rsidP="00E4204C">
      <w:pPr>
        <w:spacing w:after="0"/>
        <w:rPr>
          <w:rFonts w:ascii="Microsoft JhengHei UI" w:eastAsia="Microsoft JhengHei UI" w:hAnsi="Microsoft JhengHei UI"/>
          <w:sz w:val="24"/>
          <w:szCs w:val="24"/>
          <w:lang w:eastAsia="zh-TW"/>
        </w:rPr>
      </w:pPr>
    </w:p>
    <w:p w14:paraId="36786F99" w14:textId="307704DC" w:rsidR="001067FD" w:rsidRPr="00C2467C" w:rsidRDefault="00B7371E" w:rsidP="005245F9">
      <w:pPr>
        <w:pStyle w:val="ListParagraph"/>
        <w:keepNext/>
        <w:numPr>
          <w:ilvl w:val="0"/>
          <w:numId w:val="19"/>
        </w:numPr>
        <w:rPr>
          <w:rFonts w:ascii="Microsoft JhengHei UI" w:eastAsia="Microsoft JhengHei UI" w:hAnsi="Microsoft JhengHei UI"/>
          <w:b/>
          <w:sz w:val="28"/>
          <w:szCs w:val="28"/>
          <w:lang w:eastAsia="zh-TW"/>
        </w:rPr>
      </w:pPr>
      <w:r w:rsidRPr="00C2467C">
        <w:rPr>
          <w:rFonts w:ascii="Microsoft JhengHei UI" w:eastAsia="Microsoft JhengHei UI" w:hAnsi="Microsoft JhengHei UI"/>
          <w:b/>
          <w:sz w:val="28"/>
          <w:szCs w:val="28"/>
          <w:lang w:eastAsia="zh-TW"/>
        </w:rPr>
        <w:t>文件上傳</w:t>
      </w:r>
    </w:p>
    <w:p w14:paraId="0B2EA9E9" w14:textId="3503E0C5" w:rsidR="003E539D" w:rsidRPr="00E4204C" w:rsidRDefault="00B7371E" w:rsidP="006026E8">
      <w:pPr>
        <w:spacing w:after="0"/>
        <w:rPr>
          <w:rFonts w:ascii="Microsoft JhengHei UI" w:eastAsia="Microsoft JhengHei UI" w:hAnsi="Microsoft JhengHei UI"/>
          <w:sz w:val="32"/>
          <w:szCs w:val="32"/>
          <w:lang w:eastAsia="zh-TW"/>
        </w:rPr>
      </w:pPr>
      <w:r w:rsidRPr="00C2467C">
        <w:rPr>
          <w:rFonts w:ascii="Microsoft JhengHei UI" w:eastAsia="Microsoft JhengHei UI" w:hAnsi="Microsoft JhengHei UI"/>
          <w:b/>
          <w:bCs/>
          <w:sz w:val="24"/>
          <w:szCs w:val="24"/>
          <w:u w:val="single"/>
          <w:lang w:eastAsia="zh-TW"/>
        </w:rPr>
        <w:t>作品樣本</w:t>
      </w:r>
      <w:r w:rsidR="00E4204C" w:rsidRPr="00C2467C">
        <w:rPr>
          <w:rFonts w:ascii="Microsoft JhengHei UI" w:eastAsia="Microsoft JhengHei UI" w:hAnsi="Microsoft JhengHei UI"/>
          <w:b/>
          <w:bCs/>
          <w:sz w:val="24"/>
          <w:szCs w:val="24"/>
          <w:lang w:eastAsia="zh-TW"/>
        </w:rPr>
        <w:t>＊</w:t>
      </w:r>
      <w:r w:rsidR="00E4204C" w:rsidRPr="00C2467C">
        <w:rPr>
          <w:rFonts w:ascii="Microsoft JhengHei UI" w:eastAsia="Microsoft JhengHei UI" w:hAnsi="Microsoft JhengHei UI"/>
          <w:b/>
          <w:bCs/>
          <w:color w:val="0066FF"/>
          <w:sz w:val="20"/>
          <w:szCs w:val="20"/>
          <w:lang w:eastAsia="zh-TW"/>
        </w:rPr>
        <w:t>【GoApply上填寫即可】</w:t>
      </w:r>
    </w:p>
    <w:p w14:paraId="1737E785" w14:textId="7F15EA99" w:rsidR="00BC1551" w:rsidRPr="0076326C" w:rsidRDefault="00BC1551" w:rsidP="00BC1551">
      <w:pPr>
        <w:spacing w:after="0"/>
        <w:rPr>
          <w:rFonts w:ascii="Microsoft JhengHei UI" w:eastAsia="Microsoft JhengHei UI" w:hAnsi="Microsoft JhengHei UI"/>
          <w:sz w:val="20"/>
          <w:szCs w:val="20"/>
          <w:lang w:eastAsia="zh-TW"/>
        </w:rPr>
      </w:pPr>
      <w:r w:rsidRPr="0076326C">
        <w:rPr>
          <w:rFonts w:ascii="Microsoft JhengHei UI" w:eastAsia="Microsoft JhengHei UI" w:hAnsi="Microsoft JhengHei UI"/>
          <w:sz w:val="20"/>
          <w:szCs w:val="20"/>
          <w:lang w:eastAsia="zh-TW"/>
        </w:rPr>
        <w:t>請提交</w:t>
      </w:r>
      <w:r w:rsidRPr="0076326C">
        <w:rPr>
          <w:rFonts w:ascii="Microsoft JhengHei UI" w:eastAsia="Microsoft JhengHei UI" w:hAnsi="Microsoft JhengHei UI"/>
          <w:b/>
          <w:bCs/>
          <w:sz w:val="20"/>
          <w:szCs w:val="20"/>
          <w:lang w:eastAsia="zh-TW"/>
        </w:rPr>
        <w:t>三份最能體現您工作成果的作品樣本</w:t>
      </w:r>
      <w:r w:rsidRPr="0076326C">
        <w:rPr>
          <w:rFonts w:ascii="Microsoft JhengHei UI" w:eastAsia="Microsoft JhengHei UI" w:hAnsi="Microsoft JhengHei UI"/>
          <w:sz w:val="20"/>
          <w:szCs w:val="20"/>
          <w:lang w:eastAsia="zh-TW"/>
        </w:rPr>
        <w:t xml:space="preserve">。JPEG </w:t>
      </w:r>
      <w:r w:rsidRPr="0076326C">
        <w:rPr>
          <w:rFonts w:ascii="Microsoft JhengHei UI" w:eastAsia="Microsoft JhengHei UI" w:hAnsi="Microsoft JhengHei UI" w:cs="Microsoft JhengHei" w:hint="eastAsia"/>
          <w:sz w:val="20"/>
          <w:szCs w:val="20"/>
          <w:lang w:eastAsia="zh-TW"/>
        </w:rPr>
        <w:t>或</w:t>
      </w:r>
      <w:r w:rsidRPr="0076326C">
        <w:rPr>
          <w:rFonts w:ascii="Microsoft JhengHei UI" w:eastAsia="Microsoft JhengHei UI" w:hAnsi="Microsoft JhengHei UI"/>
          <w:sz w:val="20"/>
          <w:szCs w:val="20"/>
          <w:lang w:eastAsia="zh-TW"/>
        </w:rPr>
        <w:t xml:space="preserve"> PNG</w:t>
      </w:r>
      <w:r w:rsidRPr="0076326C">
        <w:rPr>
          <w:rFonts w:ascii="Microsoft JhengHei UI" w:eastAsia="Microsoft JhengHei UI" w:hAnsi="Microsoft JhengHei UI" w:cs="Microsoft JhengHei" w:hint="eastAsia"/>
          <w:sz w:val="20"/>
          <w:szCs w:val="20"/>
          <w:lang w:eastAsia="zh-TW"/>
        </w:rPr>
        <w:t>格式的圖像</w:t>
      </w:r>
      <w:r w:rsidRPr="0076326C">
        <w:rPr>
          <w:rFonts w:ascii="Microsoft JhengHei UI" w:eastAsia="Microsoft JhengHei UI" w:hAnsi="Microsoft JhengHei UI" w:cs="Microsoft JhengHei"/>
          <w:sz w:val="20"/>
          <w:szCs w:val="20"/>
          <w:lang w:eastAsia="zh-HK"/>
        </w:rPr>
        <w:t>檔案</w:t>
      </w:r>
      <w:r w:rsidRPr="0076326C">
        <w:rPr>
          <w:rFonts w:ascii="Microsoft JhengHei UI" w:eastAsia="Microsoft JhengHei UI" w:hAnsi="Microsoft JhengHei UI" w:cs="Microsoft JhengHei" w:hint="eastAsia"/>
          <w:sz w:val="20"/>
          <w:szCs w:val="20"/>
          <w:lang w:eastAsia="zh-TW"/>
        </w:rPr>
        <w:t>或包含圖像的</w:t>
      </w:r>
      <w:r w:rsidRPr="0076326C">
        <w:rPr>
          <w:rFonts w:ascii="Microsoft JhengHei UI" w:eastAsia="Microsoft JhengHei UI" w:hAnsi="Microsoft JhengHei UI"/>
          <w:sz w:val="20"/>
          <w:szCs w:val="20"/>
          <w:lang w:eastAsia="zh-TW"/>
        </w:rPr>
        <w:t>PDF</w:t>
      </w:r>
      <w:r w:rsidRPr="0076326C">
        <w:rPr>
          <w:rFonts w:ascii="Microsoft JhengHei UI" w:eastAsia="Microsoft JhengHei UI" w:hAnsi="Microsoft JhengHei UI" w:cs="Microsoft JhengHei"/>
          <w:sz w:val="20"/>
          <w:szCs w:val="20"/>
          <w:lang w:eastAsia="zh-HK"/>
        </w:rPr>
        <w:t>檔案</w:t>
      </w:r>
      <w:r w:rsidRPr="0076326C">
        <w:rPr>
          <w:rFonts w:ascii="Microsoft JhengHei UI" w:eastAsia="Microsoft JhengHei UI" w:hAnsi="Microsoft JhengHei UI" w:cs="Microsoft JhengHei" w:hint="eastAsia"/>
          <w:sz w:val="20"/>
          <w:szCs w:val="20"/>
          <w:lang w:eastAsia="zh-TW"/>
        </w:rPr>
        <w:t>、</w:t>
      </w:r>
      <w:r w:rsidRPr="0076326C">
        <w:rPr>
          <w:rFonts w:ascii="Microsoft JhengHei UI" w:eastAsia="Microsoft JhengHei UI" w:hAnsi="Microsoft JhengHei UI" w:cs="Microsoft JhengHei"/>
          <w:sz w:val="20"/>
          <w:szCs w:val="20"/>
          <w:lang w:eastAsia="zh-HK"/>
        </w:rPr>
        <w:t>影片連結</w:t>
      </w:r>
      <w:r w:rsidRPr="0076326C">
        <w:rPr>
          <w:rFonts w:ascii="Microsoft JhengHei UI" w:eastAsia="Microsoft JhengHei UI" w:hAnsi="Microsoft JhengHei UI" w:cs="Microsoft JhengHei" w:hint="eastAsia"/>
          <w:sz w:val="20"/>
          <w:szCs w:val="20"/>
          <w:lang w:eastAsia="zh-TW"/>
        </w:rPr>
        <w:t>、音頻剪輯或其他相關媒體或材料</w:t>
      </w:r>
      <w:r w:rsidRPr="0076326C">
        <w:rPr>
          <w:rFonts w:ascii="Microsoft JhengHei UI" w:eastAsia="Microsoft JhengHei UI" w:hAnsi="Microsoft JhengHei UI"/>
          <w:sz w:val="20"/>
          <w:szCs w:val="20"/>
          <w:lang w:eastAsia="zh-TW"/>
        </w:rPr>
        <w:t>，以支持您的申請。</w:t>
      </w:r>
      <w:r w:rsidRPr="0076326C">
        <w:rPr>
          <w:rFonts w:ascii="Microsoft JhengHei UI" w:eastAsia="Microsoft JhengHei UI" w:hAnsi="Microsoft JhengHei UI"/>
          <w:color w:val="000000"/>
          <w:sz w:val="20"/>
          <w:szCs w:val="20"/>
          <w:lang w:eastAsia="zh-TW"/>
        </w:rPr>
        <w:t>（</w:t>
      </w:r>
      <w:hyperlink r:id="rId14" w:history="1">
        <w:r w:rsidRPr="0076326C">
          <w:rPr>
            <w:rStyle w:val="Hyperlink"/>
            <w:rFonts w:ascii="Microsoft JhengHei UI" w:eastAsia="Microsoft JhengHei UI" w:hAnsi="Microsoft JhengHei UI"/>
            <w:sz w:val="20"/>
            <w:szCs w:val="20"/>
            <w:lang w:eastAsia="zh-TW"/>
          </w:rPr>
          <w:t>請參見作品樣本示例</w:t>
        </w:r>
      </w:hyperlink>
      <w:r w:rsidRPr="0076326C">
        <w:rPr>
          <w:rFonts w:ascii="Microsoft JhengHei UI" w:eastAsia="Microsoft JhengHei UI" w:hAnsi="Microsoft JhengHei UI"/>
          <w:color w:val="000000"/>
          <w:sz w:val="20"/>
          <w:szCs w:val="20"/>
          <w:lang w:eastAsia="zh-TW"/>
        </w:rPr>
        <w:t>。</w:t>
      </w:r>
      <w:r w:rsidRPr="0076326C">
        <w:rPr>
          <w:rFonts w:ascii="Microsoft JhengHei UI" w:eastAsia="Microsoft JhengHei UI" w:hAnsi="Microsoft JhengHei UI" w:cs="PingFang TC" w:hint="eastAsia"/>
          <w:color w:val="000000"/>
          <w:sz w:val="20"/>
          <w:szCs w:val="20"/>
          <w:lang w:eastAsia="zh-TW"/>
        </w:rPr>
        <w:t>）</w:t>
      </w:r>
      <w:r w:rsidRPr="0076326C">
        <w:rPr>
          <w:rFonts w:ascii="Microsoft JhengHei UI" w:eastAsia="Microsoft JhengHei UI" w:hAnsi="Microsoft JhengHei UI"/>
          <w:sz w:val="20"/>
          <w:szCs w:val="20"/>
          <w:lang w:eastAsia="zh-TW"/>
        </w:rPr>
        <w:t>請參閱以下的作品樣本指南：</w:t>
      </w:r>
    </w:p>
    <w:p w14:paraId="56B991BD" w14:textId="77777777" w:rsidR="00BC1551" w:rsidRPr="0076326C" w:rsidRDefault="00BC1551" w:rsidP="005245F9">
      <w:pPr>
        <w:pStyle w:val="ListParagraph"/>
        <w:numPr>
          <w:ilvl w:val="0"/>
          <w:numId w:val="11"/>
        </w:numPr>
        <w:spacing w:after="0"/>
        <w:rPr>
          <w:rFonts w:ascii="Microsoft JhengHei UI" w:eastAsia="Microsoft JhengHei UI" w:hAnsi="Microsoft JhengHei UI"/>
          <w:sz w:val="20"/>
          <w:szCs w:val="20"/>
          <w:lang w:eastAsia="zh-TW"/>
        </w:rPr>
      </w:pPr>
      <w:r w:rsidRPr="0076326C">
        <w:rPr>
          <w:rFonts w:ascii="Microsoft JhengHei UI" w:eastAsia="Microsoft JhengHei UI" w:hAnsi="Microsoft JhengHei UI"/>
          <w:b/>
          <w:bCs/>
          <w:sz w:val="20"/>
          <w:szCs w:val="20"/>
          <w:lang w:eastAsia="zh-TW"/>
        </w:rPr>
        <w:t>音訊/視訊樣本</w:t>
      </w:r>
      <w:r w:rsidRPr="0076326C">
        <w:rPr>
          <w:rFonts w:ascii="Microsoft JhengHei UI" w:eastAsia="Microsoft JhengHei UI" w:hAnsi="Microsoft JhengHei UI"/>
          <w:sz w:val="20"/>
          <w:szCs w:val="20"/>
          <w:lang w:eastAsia="zh-TW"/>
        </w:rPr>
        <w:t>：申請者可提交一份包含最多三個音訊或視訊片段網址的 PDF 檔案，每個片段內容不超過三分鐘。對於超過三分鐘的片段，工作人員及評審小組將僅審查首三分鐘</w:t>
      </w:r>
      <w:r w:rsidRPr="0076326C">
        <w:rPr>
          <w:rFonts w:ascii="Microsoft JhengHei UI" w:eastAsia="Microsoft JhengHei UI" w:hAnsi="Microsoft JhengHei UI" w:cs="Microsoft JhengHei" w:hint="eastAsia"/>
          <w:sz w:val="20"/>
          <w:szCs w:val="20"/>
          <w:lang w:eastAsia="zh-TW"/>
        </w:rPr>
        <w:t>的音頻或視頻</w:t>
      </w:r>
      <w:r w:rsidRPr="0076326C">
        <w:rPr>
          <w:rFonts w:ascii="Microsoft JhengHei UI" w:eastAsia="Microsoft JhengHei UI" w:hAnsi="Microsoft JhengHei UI"/>
          <w:sz w:val="20"/>
          <w:szCs w:val="20"/>
          <w:lang w:eastAsia="zh-TW"/>
        </w:rPr>
        <w:t>。</w:t>
      </w:r>
    </w:p>
    <w:p w14:paraId="2818D0E2" w14:textId="77777777" w:rsidR="00BC1551" w:rsidRPr="0076326C" w:rsidRDefault="00BC1551" w:rsidP="005245F9">
      <w:pPr>
        <w:pStyle w:val="ListParagraph"/>
        <w:numPr>
          <w:ilvl w:val="0"/>
          <w:numId w:val="11"/>
        </w:numPr>
        <w:spacing w:after="0"/>
        <w:rPr>
          <w:rFonts w:ascii="Microsoft JhengHei UI" w:eastAsia="Microsoft JhengHei UI" w:hAnsi="Microsoft JhengHei UI"/>
          <w:sz w:val="20"/>
          <w:szCs w:val="20"/>
        </w:rPr>
      </w:pPr>
      <w:r w:rsidRPr="0076326C">
        <w:rPr>
          <w:rFonts w:ascii="Microsoft JhengHei UI" w:eastAsia="Microsoft JhengHei UI" w:hAnsi="Microsoft JhengHei UI"/>
          <w:b/>
          <w:bCs/>
          <w:sz w:val="20"/>
          <w:szCs w:val="20"/>
          <w:lang w:eastAsia="zh-TW"/>
        </w:rPr>
        <w:t>圖像樣本：</w:t>
      </w:r>
      <w:r w:rsidRPr="0076326C">
        <w:rPr>
          <w:rFonts w:ascii="Microsoft JhengHei UI" w:eastAsia="Microsoft JhengHei UI" w:hAnsi="Microsoft JhengHei UI"/>
          <w:sz w:val="20"/>
          <w:szCs w:val="20"/>
          <w:lang w:eastAsia="zh-TW"/>
        </w:rPr>
        <w:t xml:space="preserve">可以 PDF、JPEG </w:t>
      </w:r>
      <w:r w:rsidRPr="0076326C">
        <w:rPr>
          <w:rFonts w:ascii="Microsoft JhengHei UI" w:eastAsia="Microsoft JhengHei UI" w:hAnsi="Microsoft JhengHei UI" w:cs="Microsoft JhengHei" w:hint="eastAsia"/>
          <w:sz w:val="20"/>
          <w:szCs w:val="20"/>
          <w:lang w:eastAsia="zh-TW"/>
        </w:rPr>
        <w:t>及</w:t>
      </w:r>
      <w:r w:rsidRPr="0076326C">
        <w:rPr>
          <w:rFonts w:ascii="Microsoft JhengHei UI" w:eastAsia="Microsoft JhengHei UI" w:hAnsi="Microsoft JhengHei UI"/>
          <w:sz w:val="20"/>
          <w:szCs w:val="20"/>
          <w:lang w:eastAsia="zh-TW"/>
        </w:rPr>
        <w:t>PNG 格式提交。每份作品或展覽樣本的 PDF 檔案可包含不超過兩頁的圖像。同一頁內可以放置多個圖像及說明文字，但它們必須來自同一份作品或展覽樣本。</w:t>
      </w:r>
      <w:r w:rsidRPr="0076326C">
        <w:rPr>
          <w:rFonts w:ascii="Microsoft JhengHei UI" w:eastAsia="Microsoft JhengHei UI" w:hAnsi="Microsoft JhengHei UI"/>
          <w:sz w:val="20"/>
          <w:szCs w:val="20"/>
        </w:rPr>
        <w:t>您最多可以提交三份作品</w:t>
      </w:r>
      <w:r w:rsidRPr="0076326C">
        <w:rPr>
          <w:rFonts w:ascii="Microsoft JhengHei UI" w:eastAsia="Microsoft JhengHei UI" w:hAnsi="Microsoft JhengHei UI" w:cs="Microsoft JhengHei" w:hint="eastAsia"/>
          <w:sz w:val="20"/>
          <w:szCs w:val="20"/>
        </w:rPr>
        <w:t>或展覽樣本</w:t>
      </w:r>
      <w:r w:rsidRPr="0076326C">
        <w:rPr>
          <w:rFonts w:ascii="Microsoft JhengHei UI" w:eastAsia="Microsoft JhengHei UI" w:hAnsi="Microsoft JhengHei UI"/>
          <w:sz w:val="20"/>
          <w:szCs w:val="20"/>
        </w:rPr>
        <w:t>。</w:t>
      </w:r>
    </w:p>
    <w:p w14:paraId="5B12440B" w14:textId="77777777" w:rsidR="00BC1551" w:rsidRPr="0076326C" w:rsidRDefault="00BC1551" w:rsidP="005245F9">
      <w:pPr>
        <w:pStyle w:val="ListParagraph"/>
        <w:numPr>
          <w:ilvl w:val="0"/>
          <w:numId w:val="11"/>
        </w:numPr>
        <w:spacing w:after="0"/>
        <w:rPr>
          <w:rFonts w:ascii="Microsoft JhengHei UI" w:eastAsia="Microsoft JhengHei UI" w:hAnsi="Microsoft JhengHei UI"/>
          <w:sz w:val="20"/>
          <w:szCs w:val="20"/>
          <w:lang w:eastAsia="zh-TW"/>
        </w:rPr>
      </w:pPr>
      <w:r w:rsidRPr="0076326C">
        <w:rPr>
          <w:rFonts w:ascii="Microsoft JhengHei UI" w:eastAsia="Microsoft JhengHei UI" w:hAnsi="Microsoft JhengHei UI"/>
          <w:b/>
          <w:bCs/>
          <w:sz w:val="20"/>
          <w:szCs w:val="20"/>
          <w:lang w:eastAsia="zh-TW"/>
        </w:rPr>
        <w:t>文字樣本：</w:t>
      </w:r>
      <w:r w:rsidRPr="0076326C">
        <w:rPr>
          <w:rFonts w:ascii="Microsoft JhengHei UI" w:eastAsia="Microsoft JhengHei UI" w:hAnsi="Microsoft JhengHei UI" w:cs="Microsoft JhengHei" w:hint="eastAsia"/>
          <w:sz w:val="20"/>
          <w:szCs w:val="20"/>
          <w:lang w:eastAsia="zh-TW"/>
        </w:rPr>
        <w:t>申請者可</w:t>
      </w:r>
      <w:r w:rsidRPr="0076326C">
        <w:rPr>
          <w:rFonts w:ascii="Microsoft JhengHei UI" w:eastAsia="Microsoft JhengHei UI" w:hAnsi="Microsoft JhengHei UI"/>
          <w:sz w:val="20"/>
          <w:szCs w:val="20"/>
          <w:lang w:eastAsia="zh-TW"/>
        </w:rPr>
        <w:t>每份作品樣本（文學、藝術史、藝術評論等）不超過五頁</w:t>
      </w:r>
      <w:r w:rsidRPr="0076326C">
        <w:rPr>
          <w:rFonts w:ascii="Microsoft JhengHei UI" w:eastAsia="Microsoft JhengHei UI" w:hAnsi="Microsoft JhengHei UI" w:cs="Microsoft JhengHei" w:hint="eastAsia"/>
          <w:sz w:val="20"/>
          <w:szCs w:val="20"/>
          <w:lang w:eastAsia="zh-TW"/>
        </w:rPr>
        <w:t>的</w:t>
      </w:r>
      <w:r w:rsidRPr="0076326C">
        <w:rPr>
          <w:rFonts w:ascii="Microsoft JhengHei UI" w:eastAsia="Microsoft JhengHei UI" w:hAnsi="Microsoft JhengHei UI"/>
          <w:sz w:val="20"/>
          <w:szCs w:val="20"/>
          <w:lang w:eastAsia="zh-TW"/>
        </w:rPr>
        <w:t>PDF</w:t>
      </w:r>
      <w:r w:rsidRPr="0076326C">
        <w:rPr>
          <w:rFonts w:ascii="Microsoft JhengHei UI" w:eastAsia="Microsoft JhengHei UI" w:hAnsi="Microsoft JhengHei UI" w:cs="Microsoft JhengHei"/>
          <w:sz w:val="20"/>
          <w:szCs w:val="20"/>
          <w:lang w:eastAsia="zh-HK"/>
        </w:rPr>
        <w:t>檔案</w:t>
      </w:r>
      <w:r w:rsidRPr="0076326C">
        <w:rPr>
          <w:rFonts w:ascii="Microsoft JhengHei UI" w:eastAsia="Microsoft JhengHei UI" w:hAnsi="Microsoft JhengHei UI"/>
          <w:sz w:val="20"/>
          <w:szCs w:val="20"/>
          <w:lang w:eastAsia="zh-TW"/>
        </w:rPr>
        <w:t>。</w:t>
      </w:r>
    </w:p>
    <w:p w14:paraId="66C940F2" w14:textId="77777777" w:rsidR="00BC1551" w:rsidRPr="0076326C" w:rsidRDefault="00BC1551" w:rsidP="005245F9">
      <w:pPr>
        <w:pStyle w:val="ListParagraph"/>
        <w:numPr>
          <w:ilvl w:val="0"/>
          <w:numId w:val="11"/>
        </w:numPr>
        <w:spacing w:after="0"/>
        <w:rPr>
          <w:rFonts w:ascii="Microsoft JhengHei UI" w:eastAsia="Microsoft JhengHei UI" w:hAnsi="Microsoft JhengHei UI"/>
          <w:sz w:val="20"/>
          <w:szCs w:val="20"/>
          <w:lang w:eastAsia="zh-TW"/>
        </w:rPr>
      </w:pPr>
      <w:r w:rsidRPr="0076326C">
        <w:rPr>
          <w:rFonts w:ascii="Microsoft JhengHei UI" w:eastAsia="Microsoft JhengHei UI" w:hAnsi="Microsoft JhengHei UI"/>
          <w:b/>
          <w:bCs/>
          <w:sz w:val="20"/>
          <w:szCs w:val="20"/>
          <w:lang w:eastAsia="zh-TW"/>
        </w:rPr>
        <w:lastRenderedPageBreak/>
        <w:t>多媒體樣本：</w:t>
      </w:r>
      <w:r w:rsidRPr="0076326C">
        <w:rPr>
          <w:rFonts w:ascii="Microsoft JhengHei UI" w:eastAsia="Microsoft JhengHei UI" w:hAnsi="Microsoft JhengHei UI"/>
          <w:sz w:val="20"/>
          <w:szCs w:val="20"/>
          <w:lang w:eastAsia="zh-TW"/>
        </w:rPr>
        <w:t>申請者可提交一份針對單一作品或展覽，結合了圖像（不超過兩頁）、文字（不超過五頁）及/或視頻/音頻片段</w:t>
      </w:r>
      <w:r w:rsidRPr="0076326C">
        <w:rPr>
          <w:rFonts w:ascii="Microsoft JhengHei UI" w:eastAsia="Microsoft JhengHei UI" w:hAnsi="Microsoft JhengHei UI" w:cs="Microsoft JhengHei"/>
          <w:sz w:val="20"/>
          <w:szCs w:val="20"/>
          <w:lang w:eastAsia="zh-HK"/>
        </w:rPr>
        <w:t>連結</w:t>
      </w:r>
      <w:r w:rsidRPr="0076326C">
        <w:rPr>
          <w:rFonts w:ascii="Microsoft JhengHei UI" w:eastAsia="Microsoft JhengHei UI" w:hAnsi="Microsoft JhengHei UI"/>
          <w:sz w:val="20"/>
          <w:szCs w:val="20"/>
          <w:lang w:eastAsia="zh-TW"/>
        </w:rPr>
        <w:t>（不超過三分鐘）的 PDF 檔案。</w:t>
      </w:r>
    </w:p>
    <w:p w14:paraId="51CD73C8" w14:textId="77777777" w:rsidR="00BC1551" w:rsidRPr="0076326C" w:rsidRDefault="00BC1551" w:rsidP="00BC1551">
      <w:pPr>
        <w:spacing w:after="0"/>
        <w:rPr>
          <w:rFonts w:ascii="Microsoft JhengHei UI" w:eastAsia="Microsoft JhengHei UI" w:hAnsi="Microsoft JhengHei UI" w:cs="PingFang TC"/>
          <w:color w:val="000000"/>
          <w:sz w:val="20"/>
          <w:szCs w:val="20"/>
          <w:lang w:eastAsia="zh-TW"/>
        </w:rPr>
      </w:pPr>
    </w:p>
    <w:p w14:paraId="51DFA0C3" w14:textId="77777777" w:rsidR="00BC1551" w:rsidRPr="0076326C" w:rsidRDefault="00BC1551" w:rsidP="00BC1551">
      <w:pPr>
        <w:spacing w:after="0"/>
        <w:rPr>
          <w:rFonts w:ascii="Microsoft JhengHei UI" w:eastAsia="Microsoft JhengHei UI" w:hAnsi="Microsoft JhengHei UI" w:cs="PingFang TC"/>
          <w:color w:val="000000"/>
          <w:sz w:val="20"/>
          <w:szCs w:val="20"/>
          <w:lang w:eastAsia="zh-TW"/>
        </w:rPr>
      </w:pPr>
      <w:r w:rsidRPr="0076326C">
        <w:rPr>
          <w:rFonts w:ascii="Microsoft JhengHei UI" w:eastAsia="Microsoft JhengHei UI" w:hAnsi="Microsoft JhengHei UI" w:cs="PingFang TC" w:hint="eastAsia"/>
          <w:color w:val="000000"/>
          <w:sz w:val="20"/>
          <w:szCs w:val="20"/>
          <w:lang w:eastAsia="zh-TW"/>
        </w:rPr>
        <w:t>請確保所有連結均可正常瀏覽，而非設為私人</w:t>
      </w:r>
      <w:r w:rsidRPr="0076326C">
        <w:rPr>
          <w:rFonts w:ascii="Microsoft JhengHei UI" w:eastAsia="Microsoft JhengHei UI" w:hAnsi="Microsoft JhengHei UI" w:cs="PingFang TC"/>
          <w:color w:val="000000"/>
          <w:sz w:val="20"/>
          <w:szCs w:val="20"/>
          <w:lang w:eastAsia="zh-HK"/>
        </w:rPr>
        <w:t>模式</w:t>
      </w:r>
      <w:r w:rsidRPr="0076326C">
        <w:rPr>
          <w:rFonts w:ascii="Microsoft JhengHei UI" w:eastAsia="Microsoft JhengHei UI" w:hAnsi="Microsoft JhengHei UI" w:cs="PingFang TC" w:hint="eastAsia"/>
          <w:color w:val="000000"/>
          <w:sz w:val="20"/>
          <w:szCs w:val="20"/>
          <w:lang w:eastAsia="zh-TW"/>
        </w:rPr>
        <w:t>。否則我們將無法評審您的作品樣本。如有需要，</w:t>
      </w:r>
      <w:r w:rsidRPr="0076326C">
        <w:rPr>
          <w:rFonts w:ascii="Microsoft JhengHei UI" w:eastAsia="Microsoft JhengHei UI" w:hAnsi="Microsoft JhengHei UI"/>
          <w:color w:val="000000"/>
          <w:sz w:val="20"/>
          <w:szCs w:val="20"/>
          <w:lang w:eastAsia="zh-TW"/>
        </w:rPr>
        <w:t xml:space="preserve">ACC </w:t>
      </w:r>
      <w:r w:rsidRPr="0076326C">
        <w:rPr>
          <w:rFonts w:ascii="Microsoft JhengHei UI" w:eastAsia="Microsoft JhengHei UI" w:hAnsi="Microsoft JhengHei UI" w:cs="PingFang TC" w:hint="eastAsia"/>
          <w:color w:val="000000"/>
          <w:sz w:val="20"/>
          <w:szCs w:val="20"/>
          <w:lang w:eastAsia="zh-TW"/>
        </w:rPr>
        <w:t>可要求提供額外的作品樣本。</w:t>
      </w:r>
    </w:p>
    <w:p w14:paraId="0B274244" w14:textId="77777777" w:rsidR="00BC1551" w:rsidRPr="001D319B" w:rsidRDefault="00BC1551" w:rsidP="00BC1551">
      <w:pPr>
        <w:spacing w:after="0"/>
        <w:rPr>
          <w:rFonts w:ascii="Microsoft JhengHei UI" w:eastAsia="Microsoft JhengHei UI" w:hAnsi="Microsoft JhengHei UI" w:cs="PingFang TC"/>
          <w:color w:val="000000"/>
          <w:sz w:val="20"/>
          <w:szCs w:val="20"/>
          <w:lang w:eastAsia="zh-TW"/>
        </w:rPr>
      </w:pPr>
    </w:p>
    <w:p w14:paraId="5B7E6E85" w14:textId="73BE6177" w:rsidR="00BC1551" w:rsidRPr="00E83432" w:rsidRDefault="00BC1551" w:rsidP="00BC1551">
      <w:pPr>
        <w:pStyle w:val="Heading4"/>
        <w:spacing w:before="0"/>
        <w:rPr>
          <w:rFonts w:ascii="Microsoft JhengHei UI" w:eastAsia="Microsoft JhengHei UI" w:hAnsi="Microsoft JhengHei UI"/>
          <w:b w:val="0"/>
          <w:bCs w:val="0"/>
          <w:i w:val="0"/>
          <w:iCs w:val="0"/>
          <w:color w:val="000000"/>
          <w:sz w:val="20"/>
          <w:szCs w:val="20"/>
        </w:rPr>
      </w:pPr>
      <w:r w:rsidRPr="00E83432">
        <w:rPr>
          <w:rFonts w:ascii="Microsoft JhengHei UI" w:eastAsia="Microsoft JhengHei UI" w:hAnsi="Microsoft JhengHei UI"/>
          <w:i w:val="0"/>
          <w:iCs w:val="0"/>
          <w:color w:val="000000"/>
          <w:sz w:val="20"/>
          <w:szCs w:val="20"/>
        </w:rPr>
        <w:t>檔案命名規則</w:t>
      </w:r>
      <w:r w:rsidR="009C3488" w:rsidRPr="00E83432">
        <w:rPr>
          <w:rFonts w:ascii="Microsoft JhengHei UI" w:eastAsia="Microsoft JhengHei UI" w:hAnsi="Microsoft JhengHei UI"/>
          <w:i w:val="0"/>
          <w:iCs w:val="0"/>
          <w:color w:val="000000"/>
          <w:sz w:val="20"/>
          <w:szCs w:val="20"/>
        </w:rPr>
        <w:t>:</w:t>
      </w:r>
    </w:p>
    <w:p w14:paraId="15285F0F" w14:textId="77777777" w:rsidR="00BC1551" w:rsidRPr="001D319B" w:rsidRDefault="00BC1551" w:rsidP="00BC1551">
      <w:pPr>
        <w:pStyle w:val="Heading4"/>
        <w:spacing w:before="0"/>
        <w:rPr>
          <w:rStyle w:val="HTMLCode"/>
          <w:rFonts w:ascii="Microsoft JhengHei UI" w:eastAsia="Microsoft JhengHei UI" w:hAnsi="Microsoft JhengHei UI"/>
          <w:b w:val="0"/>
          <w:bCs w:val="0"/>
          <w:i w:val="0"/>
          <w:iCs w:val="0"/>
          <w:color w:val="000000"/>
        </w:rPr>
      </w:pPr>
      <w:r w:rsidRPr="001D319B">
        <w:rPr>
          <w:rFonts w:ascii="Microsoft JhengHei UI" w:eastAsia="Microsoft JhengHei UI" w:hAnsi="Microsoft JhengHei UI" w:cs="PingFang TC" w:hint="eastAsia"/>
          <w:b w:val="0"/>
          <w:bCs w:val="0"/>
          <w:i w:val="0"/>
          <w:iCs w:val="0"/>
          <w:color w:val="000000"/>
          <w:sz w:val="20"/>
          <w:szCs w:val="20"/>
        </w:rPr>
        <w:t>請使用以下格式，為每個檔案指定一個唯一的英文名稱：</w:t>
      </w:r>
      <w:r w:rsidRPr="001D319B">
        <w:rPr>
          <w:rStyle w:val="HTMLCode"/>
          <w:rFonts w:ascii="Microsoft JhengHei UI" w:eastAsia="Microsoft JhengHei UI" w:hAnsi="Microsoft JhengHei UI"/>
          <w:b w:val="0"/>
          <w:bCs w:val="0"/>
          <w:i w:val="0"/>
          <w:iCs w:val="0"/>
          <w:color w:val="000000"/>
        </w:rPr>
        <w:t>LASTNAME-FirstName_FileName</w:t>
      </w:r>
    </w:p>
    <w:p w14:paraId="48D36CB5" w14:textId="77777777" w:rsidR="00BC1551" w:rsidRPr="00E83432" w:rsidRDefault="00BC1551" w:rsidP="00BC1551">
      <w:pPr>
        <w:spacing w:after="0"/>
        <w:rPr>
          <w:rFonts w:ascii="Microsoft JhengHei UI" w:eastAsia="Microsoft JhengHei UI" w:hAnsi="Microsoft JhengHei UI"/>
          <w:sz w:val="20"/>
          <w:szCs w:val="20"/>
        </w:rPr>
      </w:pPr>
    </w:p>
    <w:p w14:paraId="71FE46AD" w14:textId="77777777" w:rsidR="00BC1551" w:rsidRPr="001D319B" w:rsidRDefault="00BC1551" w:rsidP="00BC1551">
      <w:pPr>
        <w:pStyle w:val="NormalWeb"/>
        <w:spacing w:before="0" w:beforeAutospacing="0" w:after="0" w:afterAutospacing="0"/>
        <w:rPr>
          <w:rFonts w:ascii="Microsoft JhengHei UI" w:eastAsia="Microsoft JhengHei UI" w:hAnsi="Microsoft JhengHei UI"/>
          <w:b/>
          <w:bCs/>
          <w:color w:val="000000"/>
          <w:sz w:val="20"/>
          <w:szCs w:val="20"/>
          <w:lang w:val="en-US"/>
        </w:rPr>
      </w:pPr>
      <w:r w:rsidRPr="001D319B">
        <w:rPr>
          <w:rFonts w:ascii="Microsoft JhengHei UI" w:eastAsia="Microsoft JhengHei UI" w:hAnsi="Microsoft JhengHei UI" w:hint="eastAsia"/>
          <w:b/>
          <w:bCs/>
          <w:color w:val="000000"/>
          <w:sz w:val="20"/>
          <w:szCs w:val="20"/>
          <w:lang w:val="en-US"/>
        </w:rPr>
        <w:t>示例：</w:t>
      </w:r>
    </w:p>
    <w:p w14:paraId="42EA3C68" w14:textId="77777777" w:rsidR="00BC1551" w:rsidRPr="00E83432" w:rsidRDefault="00BC1551" w:rsidP="005245F9">
      <w:pPr>
        <w:pStyle w:val="NormalWeb"/>
        <w:numPr>
          <w:ilvl w:val="1"/>
          <w:numId w:val="15"/>
        </w:numPr>
        <w:spacing w:before="0" w:beforeAutospacing="0" w:after="0" w:afterAutospacing="0"/>
        <w:rPr>
          <w:rFonts w:ascii="Microsoft JhengHei UI" w:eastAsia="Microsoft JhengHei UI" w:hAnsi="Microsoft JhengHei UI"/>
          <w:color w:val="000000"/>
          <w:sz w:val="20"/>
          <w:szCs w:val="20"/>
        </w:rPr>
      </w:pPr>
      <w:r w:rsidRPr="00E83432">
        <w:rPr>
          <w:rStyle w:val="HTMLCode"/>
          <w:rFonts w:ascii="Microsoft JhengHei UI" w:eastAsia="Microsoft JhengHei UI" w:hAnsi="Microsoft JhengHei UI"/>
          <w:color w:val="000000"/>
        </w:rPr>
        <w:t>SMITH-Jane_CarnegieHallPerformance</w:t>
      </w:r>
    </w:p>
    <w:p w14:paraId="2F1C284A" w14:textId="77777777" w:rsidR="00BC1551" w:rsidRPr="00E83432" w:rsidRDefault="00BC1551" w:rsidP="005245F9">
      <w:pPr>
        <w:pStyle w:val="NormalWeb"/>
        <w:numPr>
          <w:ilvl w:val="1"/>
          <w:numId w:val="15"/>
        </w:numPr>
        <w:spacing w:before="0" w:beforeAutospacing="0" w:after="0" w:afterAutospacing="0"/>
        <w:rPr>
          <w:rStyle w:val="HTMLCode"/>
          <w:rFonts w:ascii="Microsoft JhengHei UI" w:eastAsia="Microsoft JhengHei UI" w:hAnsi="Microsoft JhengHei UI"/>
          <w:color w:val="000000"/>
        </w:rPr>
      </w:pPr>
      <w:r w:rsidRPr="00E83432">
        <w:rPr>
          <w:rStyle w:val="HTMLCode"/>
          <w:rFonts w:ascii="Microsoft JhengHei UI" w:eastAsia="Microsoft JhengHei UI" w:hAnsi="Microsoft JhengHei UI"/>
          <w:color w:val="000000"/>
        </w:rPr>
        <w:t>SMITH-Jane_MuseumExhibitionInstallation</w:t>
      </w:r>
    </w:p>
    <w:p w14:paraId="664275CC" w14:textId="77777777" w:rsidR="00BC1551" w:rsidRPr="001D319B" w:rsidRDefault="00BC1551" w:rsidP="00BC1551">
      <w:pPr>
        <w:pStyle w:val="NormalWeb"/>
        <w:spacing w:before="0" w:beforeAutospacing="0" w:after="0" w:afterAutospacing="0"/>
        <w:rPr>
          <w:rStyle w:val="HTMLCode"/>
          <w:rFonts w:ascii="Microsoft JhengHei UI" w:eastAsia="Microsoft JhengHei UI" w:hAnsi="Microsoft JhengHei UI"/>
          <w:color w:val="000000"/>
          <w:lang w:val="en-US"/>
        </w:rPr>
      </w:pPr>
    </w:p>
    <w:p w14:paraId="1EAE07ED" w14:textId="1A3B004B" w:rsidR="00BC1551" w:rsidRPr="001D319B" w:rsidRDefault="00BC1551" w:rsidP="00BC1551">
      <w:pPr>
        <w:pStyle w:val="NormalWeb"/>
        <w:spacing w:before="0" w:beforeAutospacing="0" w:after="0" w:afterAutospacing="0"/>
        <w:rPr>
          <w:rFonts w:ascii="Microsoft JhengHei UI" w:eastAsia="Microsoft JhengHei UI" w:hAnsi="Microsoft JhengHei UI"/>
          <w:b/>
          <w:bCs/>
          <w:color w:val="000000"/>
          <w:sz w:val="20"/>
          <w:szCs w:val="20"/>
          <w:lang w:val="en-US"/>
        </w:rPr>
      </w:pPr>
      <w:r w:rsidRPr="001D319B">
        <w:rPr>
          <w:rFonts w:ascii="Microsoft JhengHei UI" w:eastAsia="Microsoft JhengHei UI" w:hAnsi="Microsoft JhengHei UI"/>
          <w:b/>
          <w:bCs/>
          <w:color w:val="000000"/>
          <w:sz w:val="20"/>
          <w:szCs w:val="20"/>
        </w:rPr>
        <w:t>上傳檔案規範</w:t>
      </w:r>
      <w:r w:rsidR="006267F5" w:rsidRPr="001D319B">
        <w:rPr>
          <w:rFonts w:ascii="Microsoft JhengHei UI" w:eastAsia="Microsoft JhengHei UI" w:hAnsi="Microsoft JhengHei UI"/>
          <w:b/>
          <w:bCs/>
          <w:color w:val="000000"/>
          <w:sz w:val="20"/>
          <w:szCs w:val="20"/>
          <w:lang w:val="en-US"/>
        </w:rPr>
        <w:t xml:space="preserve"> </w:t>
      </w:r>
      <w:r w:rsidR="006267F5" w:rsidRPr="001D319B">
        <w:rPr>
          <w:rFonts w:ascii="Microsoft JhengHei UI" w:eastAsia="Microsoft JhengHei UI" w:hAnsi="Microsoft JhengHei UI" w:cs="PingFang TC" w:hint="eastAsia"/>
          <w:b/>
          <w:bCs/>
          <w:color w:val="000000"/>
          <w:sz w:val="20"/>
          <w:szCs w:val="20"/>
        </w:rPr>
        <w:t>：</w:t>
      </w:r>
    </w:p>
    <w:p w14:paraId="6FA4E74E" w14:textId="77777777" w:rsidR="00BC1551" w:rsidRPr="00E83432" w:rsidRDefault="00BC1551" w:rsidP="005245F9">
      <w:pPr>
        <w:pStyle w:val="NormalWeb"/>
        <w:numPr>
          <w:ilvl w:val="0"/>
          <w:numId w:val="12"/>
        </w:numPr>
        <w:spacing w:before="0" w:beforeAutospacing="0" w:after="0" w:afterAutospacing="0"/>
        <w:rPr>
          <w:rFonts w:ascii="Microsoft JhengHei UI" w:eastAsia="Microsoft JhengHei UI" w:hAnsi="Microsoft JhengHei UI"/>
          <w:color w:val="000000"/>
          <w:sz w:val="20"/>
          <w:szCs w:val="20"/>
        </w:rPr>
      </w:pPr>
      <w:r w:rsidRPr="00E83432">
        <w:rPr>
          <w:rFonts w:ascii="Microsoft JhengHei UI" w:eastAsia="Microsoft JhengHei UI" w:hAnsi="Microsoft JhengHei UI" w:cs="PingFang TC" w:hint="eastAsia"/>
          <w:color w:val="000000"/>
          <w:sz w:val="20"/>
          <w:szCs w:val="20"/>
        </w:rPr>
        <w:t>媒體檔案：接受</w:t>
      </w:r>
      <w:r w:rsidRPr="00E83432">
        <w:rPr>
          <w:rFonts w:ascii="Microsoft JhengHei UI" w:eastAsia="Microsoft JhengHei UI" w:hAnsi="Microsoft JhengHei UI"/>
          <w:color w:val="000000"/>
          <w:sz w:val="20"/>
          <w:szCs w:val="20"/>
        </w:rPr>
        <w:t xml:space="preserve"> PDF</w:t>
      </w:r>
      <w:r w:rsidRPr="00E83432">
        <w:rPr>
          <w:rFonts w:ascii="Microsoft JhengHei UI" w:eastAsia="Microsoft JhengHei UI" w:hAnsi="Microsoft JhengHei UI" w:cs="PingFang TC" w:hint="eastAsia"/>
          <w:color w:val="000000"/>
          <w:sz w:val="20"/>
          <w:szCs w:val="20"/>
        </w:rPr>
        <w:t>、</w:t>
      </w:r>
      <w:r w:rsidRPr="00E83432">
        <w:rPr>
          <w:rFonts w:ascii="Microsoft JhengHei UI" w:eastAsia="Microsoft JhengHei UI" w:hAnsi="Microsoft JhengHei UI"/>
          <w:color w:val="000000"/>
          <w:sz w:val="20"/>
          <w:szCs w:val="20"/>
        </w:rPr>
        <w:t xml:space="preserve">PNG </w:t>
      </w:r>
      <w:r w:rsidRPr="00E83432">
        <w:rPr>
          <w:rFonts w:ascii="Microsoft JhengHei UI" w:eastAsia="Microsoft JhengHei UI" w:hAnsi="Microsoft JhengHei UI" w:cs="PingFang TC" w:hint="eastAsia"/>
          <w:color w:val="000000"/>
          <w:sz w:val="20"/>
          <w:szCs w:val="20"/>
        </w:rPr>
        <w:t>及</w:t>
      </w:r>
      <w:r w:rsidRPr="00E83432">
        <w:rPr>
          <w:rFonts w:ascii="Microsoft JhengHei UI" w:eastAsia="Microsoft JhengHei UI" w:hAnsi="Microsoft JhengHei UI"/>
          <w:color w:val="000000"/>
          <w:sz w:val="20"/>
          <w:szCs w:val="20"/>
        </w:rPr>
        <w:t xml:space="preserve"> JPEG </w:t>
      </w:r>
      <w:r w:rsidRPr="00E83432">
        <w:rPr>
          <w:rFonts w:ascii="Microsoft JhengHei UI" w:eastAsia="Microsoft JhengHei UI" w:hAnsi="Microsoft JhengHei UI" w:cs="PingFang TC" w:hint="eastAsia"/>
          <w:color w:val="000000"/>
          <w:sz w:val="20"/>
          <w:szCs w:val="20"/>
        </w:rPr>
        <w:t>格式</w:t>
      </w:r>
    </w:p>
    <w:p w14:paraId="244A7D58" w14:textId="77777777" w:rsidR="00BC1551" w:rsidRPr="00E83432" w:rsidRDefault="00BC1551" w:rsidP="005245F9">
      <w:pPr>
        <w:pStyle w:val="NormalWeb"/>
        <w:numPr>
          <w:ilvl w:val="0"/>
          <w:numId w:val="12"/>
        </w:numPr>
        <w:spacing w:before="0" w:beforeAutospacing="0" w:after="0" w:afterAutospacing="0"/>
        <w:rPr>
          <w:rFonts w:ascii="Microsoft JhengHei UI" w:eastAsia="Microsoft JhengHei UI" w:hAnsi="Microsoft JhengHei UI"/>
          <w:color w:val="000000"/>
          <w:sz w:val="20"/>
          <w:szCs w:val="20"/>
        </w:rPr>
      </w:pPr>
      <w:r w:rsidRPr="00E83432">
        <w:rPr>
          <w:rFonts w:ascii="Microsoft JhengHei UI" w:eastAsia="Microsoft JhengHei UI" w:hAnsi="Microsoft JhengHei UI" w:cs="PingFang TC" w:hint="eastAsia"/>
          <w:color w:val="000000"/>
          <w:sz w:val="20"/>
          <w:szCs w:val="20"/>
        </w:rPr>
        <w:t>檔案大小限制：附件大小限制為</w:t>
      </w:r>
      <w:r w:rsidRPr="00E83432">
        <w:rPr>
          <w:rStyle w:val="apple-converted-space"/>
          <w:rFonts w:ascii="Microsoft JhengHei UI" w:eastAsia="Microsoft JhengHei UI" w:hAnsi="Microsoft JhengHei UI"/>
          <w:color w:val="000000"/>
          <w:sz w:val="20"/>
          <w:szCs w:val="20"/>
        </w:rPr>
        <w:t> </w:t>
      </w:r>
      <w:r w:rsidRPr="00E83432">
        <w:rPr>
          <w:rFonts w:ascii="Microsoft JhengHei UI" w:eastAsia="Microsoft JhengHei UI" w:hAnsi="Microsoft JhengHei UI"/>
          <w:color w:val="000000"/>
          <w:sz w:val="20"/>
          <w:szCs w:val="20"/>
        </w:rPr>
        <w:t>10 MB</w:t>
      </w:r>
      <w:r w:rsidRPr="00E83432">
        <w:rPr>
          <w:rFonts w:ascii="Microsoft JhengHei UI" w:eastAsia="Microsoft JhengHei UI" w:hAnsi="Microsoft JhengHei UI" w:cs="PingFang TC" w:hint="eastAsia"/>
          <w:color w:val="000000"/>
          <w:sz w:val="20"/>
          <w:szCs w:val="20"/>
        </w:rPr>
        <w:t>（大於</w:t>
      </w:r>
      <w:r w:rsidRPr="00E83432">
        <w:rPr>
          <w:rFonts w:ascii="Microsoft JhengHei UI" w:eastAsia="Microsoft JhengHei UI" w:hAnsi="Microsoft JhengHei UI"/>
          <w:color w:val="000000"/>
          <w:sz w:val="20"/>
          <w:szCs w:val="20"/>
        </w:rPr>
        <w:t xml:space="preserve"> 20MB </w:t>
      </w:r>
      <w:r w:rsidRPr="00E83432">
        <w:rPr>
          <w:rFonts w:ascii="Microsoft JhengHei UI" w:eastAsia="Microsoft JhengHei UI" w:hAnsi="Microsoft JhengHei UI" w:cs="PingFang TC" w:hint="eastAsia"/>
          <w:color w:val="000000"/>
          <w:sz w:val="20"/>
          <w:szCs w:val="20"/>
        </w:rPr>
        <w:t>的檔案在提交申請時可能會導致技術錯誤）</w:t>
      </w:r>
    </w:p>
    <w:p w14:paraId="58B762EC" w14:textId="77777777" w:rsidR="00BC1551" w:rsidRPr="00E83432" w:rsidRDefault="00BC1551" w:rsidP="005245F9">
      <w:pPr>
        <w:pStyle w:val="NormalWeb"/>
        <w:numPr>
          <w:ilvl w:val="0"/>
          <w:numId w:val="12"/>
        </w:numPr>
        <w:spacing w:before="0" w:beforeAutospacing="0" w:after="0" w:afterAutospacing="0"/>
        <w:rPr>
          <w:rFonts w:ascii="Microsoft JhengHei UI" w:eastAsia="Microsoft JhengHei UI" w:hAnsi="Microsoft JhengHei UI"/>
          <w:color w:val="000000"/>
          <w:sz w:val="20"/>
          <w:szCs w:val="20"/>
        </w:rPr>
      </w:pPr>
      <w:r w:rsidRPr="00E83432">
        <w:rPr>
          <w:rFonts w:ascii="Microsoft JhengHei UI" w:eastAsia="Microsoft JhengHei UI" w:hAnsi="Microsoft JhengHei UI"/>
          <w:color w:val="000000"/>
          <w:sz w:val="20"/>
          <w:szCs w:val="20"/>
        </w:rPr>
        <w:t xml:space="preserve">ACC </w:t>
      </w:r>
      <w:r w:rsidRPr="00E83432">
        <w:rPr>
          <w:rFonts w:ascii="Microsoft JhengHei UI" w:eastAsia="Microsoft JhengHei UI" w:hAnsi="Microsoft JhengHei UI" w:cs="PingFang TC" w:hint="eastAsia"/>
          <w:color w:val="000000"/>
          <w:sz w:val="20"/>
          <w:szCs w:val="20"/>
        </w:rPr>
        <w:t>建議將大格式檔案（如</w:t>
      </w:r>
      <w:r w:rsidRPr="00E83432">
        <w:rPr>
          <w:rFonts w:ascii="Microsoft JhengHei UI" w:eastAsia="Microsoft JhengHei UI" w:hAnsi="Microsoft JhengHei UI"/>
          <w:color w:val="000000"/>
          <w:sz w:val="20"/>
          <w:szCs w:val="20"/>
        </w:rPr>
        <w:t xml:space="preserve"> TIFF</w:t>
      </w:r>
      <w:r w:rsidRPr="00E83432">
        <w:rPr>
          <w:rFonts w:ascii="Microsoft JhengHei UI" w:eastAsia="Microsoft JhengHei UI" w:hAnsi="Microsoft JhengHei UI" w:cs="PingFang TC" w:hint="eastAsia"/>
          <w:color w:val="000000"/>
          <w:sz w:val="20"/>
          <w:szCs w:val="20"/>
        </w:rPr>
        <w:t>、</w:t>
      </w:r>
      <w:r w:rsidRPr="00E83432">
        <w:rPr>
          <w:rFonts w:ascii="Microsoft JhengHei UI" w:eastAsia="Microsoft JhengHei UI" w:hAnsi="Microsoft JhengHei UI"/>
          <w:color w:val="000000"/>
          <w:sz w:val="20"/>
          <w:szCs w:val="20"/>
        </w:rPr>
        <w:t>mp3</w:t>
      </w:r>
      <w:r w:rsidRPr="00E83432">
        <w:rPr>
          <w:rFonts w:ascii="Microsoft JhengHei UI" w:eastAsia="Microsoft JhengHei UI" w:hAnsi="Microsoft JhengHei UI" w:cs="PingFang TC" w:hint="eastAsia"/>
          <w:color w:val="000000"/>
          <w:sz w:val="20"/>
          <w:szCs w:val="20"/>
        </w:rPr>
        <w:t>、視頻）的</w:t>
      </w:r>
      <w:r w:rsidRPr="00E83432">
        <w:rPr>
          <w:rFonts w:ascii="Microsoft JhengHei UI" w:eastAsia="Microsoft JhengHei UI" w:hAnsi="Microsoft JhengHei UI"/>
          <w:color w:val="000000"/>
          <w:sz w:val="20"/>
          <w:szCs w:val="20"/>
        </w:rPr>
        <w:t xml:space="preserve"> URL </w:t>
      </w:r>
      <w:r w:rsidRPr="00E83432">
        <w:rPr>
          <w:rFonts w:ascii="Microsoft JhengHei UI" w:eastAsia="Microsoft JhengHei UI" w:hAnsi="Microsoft JhengHei UI" w:cs="PingFang TC" w:hint="eastAsia"/>
          <w:color w:val="000000"/>
          <w:sz w:val="20"/>
          <w:szCs w:val="20"/>
        </w:rPr>
        <w:t>連結整理在一個獨立的</w:t>
      </w:r>
      <w:r w:rsidRPr="00E83432">
        <w:rPr>
          <w:rFonts w:ascii="Microsoft JhengHei UI" w:eastAsia="Microsoft JhengHei UI" w:hAnsi="Microsoft JhengHei UI"/>
          <w:color w:val="000000"/>
          <w:sz w:val="20"/>
          <w:szCs w:val="20"/>
        </w:rPr>
        <w:t xml:space="preserve"> PDF </w:t>
      </w:r>
      <w:r w:rsidRPr="00E83432">
        <w:rPr>
          <w:rFonts w:ascii="Microsoft JhengHei UI" w:eastAsia="Microsoft JhengHei UI" w:hAnsi="Microsoft JhengHei UI" w:cs="PingFang TC" w:hint="eastAsia"/>
          <w:color w:val="000000"/>
          <w:sz w:val="20"/>
          <w:szCs w:val="20"/>
        </w:rPr>
        <w:t>檔案中提供。</w:t>
      </w:r>
    </w:p>
    <w:p w14:paraId="0E5ADC4B" w14:textId="77777777" w:rsidR="00BC1551" w:rsidRPr="00BC1551" w:rsidRDefault="00BC1551" w:rsidP="00BC1551">
      <w:pPr>
        <w:pStyle w:val="NormalWeb"/>
        <w:spacing w:before="0" w:beforeAutospacing="0" w:after="0" w:afterAutospacing="0"/>
        <w:ind w:left="360"/>
        <w:rPr>
          <w:rFonts w:ascii="Microsoft JhengHei UI" w:eastAsia="Microsoft JhengHei UI" w:hAnsi="Microsoft JhengHei UI" w:cs="PingFang TC"/>
          <w:color w:val="000000"/>
          <w:lang w:val="en-US"/>
        </w:rPr>
      </w:pPr>
    </w:p>
    <w:p w14:paraId="4EC1D394" w14:textId="77777777" w:rsidR="00BC1551" w:rsidRPr="00BC1551" w:rsidRDefault="00BC1551" w:rsidP="00BE7628">
      <w:pPr>
        <w:pStyle w:val="NormalWeb"/>
        <w:spacing w:before="0" w:beforeAutospacing="0" w:after="0" w:afterAutospacing="0"/>
        <w:rPr>
          <w:rFonts w:ascii="Microsoft JhengHei UI" w:eastAsia="Microsoft JhengHei UI" w:hAnsi="Microsoft JhengHei UI" w:cs="PingFang TC"/>
          <w:i/>
          <w:iCs/>
          <w:color w:val="000000"/>
          <w:lang w:val="en-US"/>
        </w:rPr>
      </w:pPr>
      <w:r w:rsidRPr="00BC1551">
        <w:rPr>
          <w:rFonts w:ascii="Microsoft JhengHei UI" w:eastAsia="Microsoft JhengHei UI" w:hAnsi="Microsoft JhengHei UI" w:cs="PingFang TC" w:hint="eastAsia"/>
          <w:i/>
          <w:iCs/>
          <w:color w:val="000000"/>
        </w:rPr>
        <w:t>透過上傳您的媒體檔案，即代表您授予亞洲文化協會（包括其附屬機構、合作夥伴及承包商）將所提供的媒體資料用於宣傳</w:t>
      </w:r>
      <w:r w:rsidRPr="00BC1551">
        <w:rPr>
          <w:rFonts w:ascii="Microsoft JhengHei UI" w:eastAsia="Microsoft JhengHei UI" w:hAnsi="Microsoft JhengHei UI" w:cs="PingFang TC"/>
          <w:i/>
          <w:iCs/>
          <w:color w:val="000000"/>
          <w:lang w:eastAsia="zh-HK"/>
        </w:rPr>
        <w:t>用途</w:t>
      </w:r>
      <w:r w:rsidRPr="00BC1551">
        <w:rPr>
          <w:rFonts w:ascii="Microsoft JhengHei UI" w:eastAsia="Microsoft JhengHei UI" w:hAnsi="Microsoft JhengHei UI" w:cs="PingFang TC" w:hint="eastAsia"/>
          <w:i/>
          <w:iCs/>
          <w:color w:val="000000"/>
        </w:rPr>
        <w:t>。</w:t>
      </w:r>
    </w:p>
    <w:p w14:paraId="7CDEC6A7" w14:textId="77777777" w:rsidR="00BC1551" w:rsidRPr="00BC1551" w:rsidRDefault="00BC1551" w:rsidP="00BC1551">
      <w:pPr>
        <w:pStyle w:val="NormalWeb"/>
        <w:spacing w:before="0" w:beforeAutospacing="0" w:after="0" w:afterAutospacing="0"/>
        <w:ind w:left="360"/>
        <w:rPr>
          <w:rFonts w:ascii="Microsoft JhengHei UI" w:eastAsia="Microsoft JhengHei UI" w:hAnsi="Microsoft JhengHei UI"/>
          <w:color w:val="000000"/>
          <w:lang w:val="en-US"/>
        </w:rPr>
      </w:pPr>
    </w:p>
    <w:p w14:paraId="5A83DA8D" w14:textId="6FF5A960" w:rsidR="00BC1551" w:rsidRPr="00E83432" w:rsidRDefault="00BC1551" w:rsidP="002A7A6E">
      <w:pPr>
        <w:pStyle w:val="NormalWeb"/>
        <w:spacing w:before="0" w:beforeAutospacing="0" w:after="0" w:afterAutospacing="0"/>
        <w:rPr>
          <w:rFonts w:ascii="Microsoft JhengHei UI" w:eastAsia="Microsoft JhengHei UI" w:hAnsi="Microsoft JhengHei UI"/>
          <w:color w:val="000000"/>
          <w:sz w:val="20"/>
          <w:szCs w:val="20"/>
        </w:rPr>
      </w:pPr>
      <w:r w:rsidRPr="00E83432">
        <w:rPr>
          <w:rFonts w:ascii="Microsoft JhengHei UI" w:eastAsia="Microsoft JhengHei UI" w:hAnsi="Microsoft JhengHei UI"/>
          <w:b/>
          <w:bCs/>
          <w:color w:val="000000"/>
          <w:sz w:val="20"/>
          <w:szCs w:val="20"/>
        </w:rPr>
        <w:t>[</w:t>
      </w:r>
      <w:r w:rsidRPr="00E83432">
        <w:rPr>
          <w:rFonts w:ascii="Microsoft JhengHei UI" w:eastAsia="Microsoft JhengHei UI" w:hAnsi="Microsoft JhengHei UI" w:cs="PingFang TC" w:hint="eastAsia"/>
          <w:b/>
          <w:bCs/>
          <w:color w:val="000000"/>
          <w:sz w:val="20"/>
          <w:szCs w:val="20"/>
        </w:rPr>
        <w:t>作品樣本</w:t>
      </w:r>
      <w:r w:rsidRPr="00E83432">
        <w:rPr>
          <w:rFonts w:ascii="Microsoft JhengHei UI" w:eastAsia="Microsoft JhengHei UI" w:hAnsi="Microsoft JhengHei UI"/>
          <w:b/>
          <w:bCs/>
          <w:color w:val="000000"/>
          <w:sz w:val="20"/>
          <w:szCs w:val="20"/>
        </w:rPr>
        <w:t xml:space="preserve"> 1] *</w:t>
      </w:r>
      <w:r w:rsidRPr="00E83432">
        <w:rPr>
          <w:rStyle w:val="apple-converted-space"/>
          <w:rFonts w:ascii="Microsoft JhengHei UI" w:eastAsia="Microsoft JhengHei UI" w:hAnsi="Microsoft JhengHei UI"/>
          <w:color w:val="000000"/>
          <w:sz w:val="20"/>
          <w:szCs w:val="20"/>
        </w:rPr>
        <w:t> </w:t>
      </w:r>
      <w:r w:rsidR="002A7A6E" w:rsidRPr="00E83432">
        <w:rPr>
          <w:rFonts w:ascii="Microsoft JhengHei UI" w:eastAsia="Microsoft JhengHei UI" w:hAnsi="Microsoft JhengHei UI" w:cstheme="majorBidi"/>
          <w:b/>
          <w:bCs/>
          <w:color w:val="0066FF"/>
          <w:sz w:val="20"/>
          <w:szCs w:val="20"/>
        </w:rPr>
        <w:t>【GoApply上填寫即可】</w:t>
      </w:r>
      <w:r w:rsidR="002A7A6E" w:rsidRPr="00E83432">
        <w:rPr>
          <w:rFonts w:ascii="Microsoft JhengHei UI" w:eastAsia="Microsoft JhengHei UI" w:hAnsi="Microsoft JhengHei UI" w:cstheme="majorBidi"/>
          <w:b/>
          <w:bCs/>
          <w:color w:val="0066FF"/>
          <w:sz w:val="20"/>
          <w:szCs w:val="20"/>
        </w:rPr>
        <w:br/>
      </w:r>
      <w:r w:rsidRPr="00E83432">
        <w:rPr>
          <w:rFonts w:ascii="Microsoft JhengHei UI" w:eastAsia="Microsoft JhengHei UI" w:hAnsi="Microsoft JhengHei UI" w:cs="PingFang TC" w:hint="eastAsia"/>
          <w:color w:val="000000"/>
          <w:sz w:val="20"/>
          <w:szCs w:val="20"/>
        </w:rPr>
        <w:t>您可將三個樣本整合於同一個檔案中。</w:t>
      </w:r>
    </w:p>
    <w:p w14:paraId="0F642D97" w14:textId="084A2EB1" w:rsidR="00BC1551" w:rsidRPr="00E83432" w:rsidRDefault="00BC1551" w:rsidP="002A7A6E">
      <w:pPr>
        <w:pStyle w:val="NormalWeb"/>
        <w:spacing w:before="0" w:beforeAutospacing="0" w:after="0" w:afterAutospacing="0"/>
        <w:rPr>
          <w:rFonts w:ascii="Microsoft JhengHei UI" w:eastAsia="Microsoft JhengHei UI" w:hAnsi="Microsoft JhengHei UI"/>
          <w:b/>
          <w:bCs/>
          <w:color w:val="000000"/>
          <w:sz w:val="20"/>
          <w:szCs w:val="20"/>
        </w:rPr>
      </w:pPr>
      <w:r w:rsidRPr="00E83432">
        <w:rPr>
          <w:rFonts w:ascii="Microsoft JhengHei UI" w:eastAsia="Microsoft JhengHei UI" w:hAnsi="Microsoft JhengHei UI" w:cs="PingFang TC" w:hint="eastAsia"/>
          <w:b/>
          <w:bCs/>
          <w:color w:val="000000"/>
          <w:sz w:val="20"/>
          <w:szCs w:val="20"/>
        </w:rPr>
        <w:t>請提供作品樣本的名稱、年份及簡要描述。</w:t>
      </w:r>
      <w:r w:rsidRPr="00E83432">
        <w:rPr>
          <w:rFonts w:ascii="Microsoft JhengHei UI" w:eastAsia="Microsoft JhengHei UI" w:hAnsi="Microsoft JhengHei UI"/>
          <w:b/>
          <w:bCs/>
          <w:color w:val="000000"/>
          <w:sz w:val="20"/>
          <w:szCs w:val="20"/>
        </w:rPr>
        <w:t>(</w:t>
      </w:r>
      <w:r w:rsidRPr="00E83432">
        <w:rPr>
          <w:rFonts w:ascii="Microsoft JhengHei UI" w:eastAsia="Microsoft JhengHei UI" w:hAnsi="Microsoft JhengHei UI" w:cs="PingFang TC" w:hint="eastAsia"/>
          <w:b/>
          <w:bCs/>
          <w:color w:val="000000"/>
          <w:sz w:val="20"/>
          <w:szCs w:val="20"/>
        </w:rPr>
        <w:t>字數上限：</w:t>
      </w:r>
      <w:r w:rsidRPr="00E83432">
        <w:rPr>
          <w:rFonts w:ascii="Microsoft JhengHei UI" w:eastAsia="Microsoft JhengHei UI" w:hAnsi="Microsoft JhengHei UI"/>
          <w:b/>
          <w:bCs/>
          <w:color w:val="000000"/>
          <w:sz w:val="20"/>
          <w:szCs w:val="20"/>
        </w:rPr>
        <w:t>125</w:t>
      </w:r>
      <w:r w:rsidRPr="00E83432">
        <w:rPr>
          <w:rFonts w:ascii="Microsoft JhengHei UI" w:eastAsia="Microsoft JhengHei UI" w:hAnsi="Microsoft JhengHei UI" w:cs="PingFang TC" w:hint="eastAsia"/>
          <w:b/>
          <w:bCs/>
          <w:color w:val="000000"/>
          <w:sz w:val="20"/>
          <w:szCs w:val="20"/>
        </w:rPr>
        <w:t>字</w:t>
      </w:r>
      <w:r w:rsidRPr="00E83432">
        <w:rPr>
          <w:rFonts w:ascii="Microsoft JhengHei UI" w:eastAsia="Microsoft JhengHei UI" w:hAnsi="Microsoft JhengHei UI"/>
          <w:b/>
          <w:bCs/>
          <w:color w:val="000000"/>
          <w:sz w:val="20"/>
          <w:szCs w:val="20"/>
        </w:rPr>
        <w:t>)</w:t>
      </w:r>
      <w:r w:rsidRPr="00E83432">
        <w:rPr>
          <w:rStyle w:val="apple-converted-space"/>
          <w:rFonts w:ascii="Microsoft JhengHei UI" w:eastAsia="Microsoft JhengHei UI" w:hAnsi="Microsoft JhengHei UI"/>
          <w:b/>
          <w:bCs/>
          <w:color w:val="000000"/>
          <w:sz w:val="20"/>
          <w:szCs w:val="20"/>
        </w:rPr>
        <w:t> </w:t>
      </w:r>
      <w:r w:rsidRPr="00E83432">
        <w:rPr>
          <w:rFonts w:ascii="Microsoft JhengHei UI" w:eastAsia="Microsoft JhengHei UI" w:hAnsi="Microsoft JhengHei UI"/>
          <w:b/>
          <w:bCs/>
          <w:color w:val="000000"/>
          <w:sz w:val="20"/>
          <w:szCs w:val="20"/>
        </w:rPr>
        <w:t>*</w:t>
      </w:r>
    </w:p>
    <w:tbl>
      <w:tblPr>
        <w:tblStyle w:val="TableGrid"/>
        <w:tblW w:w="0" w:type="auto"/>
        <w:tblLook w:val="04A0" w:firstRow="1" w:lastRow="0" w:firstColumn="1" w:lastColumn="0" w:noHBand="0" w:noVBand="1"/>
      </w:tblPr>
      <w:tblGrid>
        <w:gridCol w:w="8995"/>
      </w:tblGrid>
      <w:tr w:rsidR="000A08A7" w:rsidRPr="00E83432" w14:paraId="4035459D" w14:textId="77777777" w:rsidTr="00AF4983">
        <w:tc>
          <w:tcPr>
            <w:tcW w:w="8995" w:type="dxa"/>
          </w:tcPr>
          <w:p w14:paraId="7373E56C" w14:textId="77777777" w:rsidR="000A08A7" w:rsidRPr="00E83432" w:rsidRDefault="000A08A7" w:rsidP="002A7A6E">
            <w:pPr>
              <w:pStyle w:val="NormalWeb"/>
              <w:spacing w:before="0" w:beforeAutospacing="0" w:after="0" w:afterAutospacing="0"/>
              <w:rPr>
                <w:rFonts w:ascii="Microsoft JhengHei UI" w:eastAsia="Microsoft JhengHei UI" w:hAnsi="Microsoft JhengHei UI"/>
                <w:b/>
                <w:bCs/>
                <w:color w:val="000000"/>
                <w:sz w:val="20"/>
                <w:szCs w:val="20"/>
              </w:rPr>
            </w:pPr>
            <w:permStart w:id="655848343" w:edGrp="everyone" w:colFirst="0" w:colLast="0"/>
          </w:p>
        </w:tc>
      </w:tr>
      <w:permEnd w:id="655848343"/>
    </w:tbl>
    <w:p w14:paraId="5A643ACD" w14:textId="77777777" w:rsidR="002A7A6E" w:rsidRPr="00E83432" w:rsidRDefault="002A7A6E" w:rsidP="002A7A6E">
      <w:pPr>
        <w:pStyle w:val="NormalWeb"/>
        <w:spacing w:before="0" w:beforeAutospacing="0" w:after="0" w:afterAutospacing="0"/>
        <w:rPr>
          <w:rFonts w:ascii="Microsoft JhengHei UI" w:eastAsia="Microsoft JhengHei UI" w:hAnsi="Microsoft JhengHei UI"/>
          <w:b/>
          <w:bCs/>
          <w:color w:val="000000"/>
          <w:sz w:val="20"/>
          <w:szCs w:val="20"/>
        </w:rPr>
      </w:pPr>
    </w:p>
    <w:p w14:paraId="1135AF95" w14:textId="5E44FC80" w:rsidR="00BC1551" w:rsidRPr="00E83432" w:rsidRDefault="00BC1551" w:rsidP="002A7A6E">
      <w:pPr>
        <w:pStyle w:val="NormalWeb"/>
        <w:spacing w:before="0" w:beforeAutospacing="0" w:after="0" w:afterAutospacing="0"/>
        <w:rPr>
          <w:rFonts w:ascii="Microsoft JhengHei UI" w:eastAsia="Microsoft JhengHei UI" w:hAnsi="Microsoft JhengHei UI"/>
          <w:color w:val="000000"/>
          <w:sz w:val="20"/>
          <w:szCs w:val="20"/>
        </w:rPr>
      </w:pPr>
      <w:r w:rsidRPr="00E83432">
        <w:rPr>
          <w:rFonts w:ascii="Microsoft JhengHei UI" w:eastAsia="Microsoft JhengHei UI" w:hAnsi="Microsoft JhengHei UI"/>
          <w:b/>
          <w:bCs/>
          <w:color w:val="000000"/>
          <w:sz w:val="20"/>
          <w:szCs w:val="20"/>
        </w:rPr>
        <w:t>[</w:t>
      </w:r>
      <w:r w:rsidRPr="00E83432">
        <w:rPr>
          <w:rFonts w:ascii="Microsoft JhengHei UI" w:eastAsia="Microsoft JhengHei UI" w:hAnsi="Microsoft JhengHei UI" w:cs="PingFang TC" w:hint="eastAsia"/>
          <w:b/>
          <w:bCs/>
          <w:color w:val="000000"/>
          <w:sz w:val="20"/>
          <w:szCs w:val="20"/>
        </w:rPr>
        <w:t>作品樣本</w:t>
      </w:r>
      <w:r w:rsidRPr="00E83432">
        <w:rPr>
          <w:rFonts w:ascii="Microsoft JhengHei UI" w:eastAsia="Microsoft JhengHei UI" w:hAnsi="Microsoft JhengHei UI"/>
          <w:b/>
          <w:bCs/>
          <w:color w:val="000000"/>
          <w:sz w:val="20"/>
          <w:szCs w:val="20"/>
        </w:rPr>
        <w:t xml:space="preserve"> 2]</w:t>
      </w:r>
      <w:r w:rsidR="002A7A6E" w:rsidRPr="00E83432">
        <w:rPr>
          <w:rFonts w:ascii="Microsoft JhengHei UI" w:eastAsia="Microsoft JhengHei UI" w:hAnsi="Microsoft JhengHei UI" w:cstheme="majorBidi"/>
          <w:b/>
          <w:bCs/>
          <w:color w:val="0066FF"/>
          <w:sz w:val="20"/>
          <w:szCs w:val="20"/>
        </w:rPr>
        <w:t xml:space="preserve"> 【GoApply上填寫即可】</w:t>
      </w:r>
    </w:p>
    <w:p w14:paraId="539DA3AC" w14:textId="4DF7B7CD" w:rsidR="00BC1551" w:rsidRPr="00E83432" w:rsidRDefault="00BC1551" w:rsidP="002A7A6E">
      <w:pPr>
        <w:pStyle w:val="NormalWeb"/>
        <w:spacing w:before="0" w:beforeAutospacing="0" w:after="0" w:afterAutospacing="0"/>
        <w:rPr>
          <w:rFonts w:ascii="Microsoft JhengHei UI" w:eastAsia="Microsoft JhengHei UI" w:hAnsi="Microsoft JhengHei UI"/>
          <w:b/>
          <w:bCs/>
          <w:color w:val="000000"/>
          <w:sz w:val="20"/>
          <w:szCs w:val="20"/>
        </w:rPr>
      </w:pPr>
      <w:r w:rsidRPr="00E83432">
        <w:rPr>
          <w:rFonts w:ascii="Microsoft JhengHei UI" w:eastAsia="Microsoft JhengHei UI" w:hAnsi="Microsoft JhengHei UI" w:cs="PingFang TC" w:hint="eastAsia"/>
          <w:b/>
          <w:bCs/>
          <w:color w:val="000000"/>
          <w:sz w:val="20"/>
          <w:szCs w:val="20"/>
        </w:rPr>
        <w:t>請提供作品樣本的名稱、年份及簡要描述。</w:t>
      </w:r>
      <w:r w:rsidRPr="00E83432">
        <w:rPr>
          <w:rFonts w:ascii="Microsoft JhengHei UI" w:eastAsia="Microsoft JhengHei UI" w:hAnsi="Microsoft JhengHei UI"/>
          <w:b/>
          <w:bCs/>
          <w:color w:val="000000"/>
          <w:sz w:val="20"/>
          <w:szCs w:val="20"/>
        </w:rPr>
        <w:t>(</w:t>
      </w:r>
      <w:r w:rsidRPr="00E83432">
        <w:rPr>
          <w:rFonts w:ascii="Microsoft JhengHei UI" w:eastAsia="Microsoft JhengHei UI" w:hAnsi="Microsoft JhengHei UI" w:cs="PingFang TC" w:hint="eastAsia"/>
          <w:b/>
          <w:bCs/>
          <w:color w:val="000000"/>
          <w:sz w:val="20"/>
          <w:szCs w:val="20"/>
        </w:rPr>
        <w:t>字數上限：</w:t>
      </w:r>
      <w:r w:rsidRPr="00E83432">
        <w:rPr>
          <w:rFonts w:ascii="Microsoft JhengHei UI" w:eastAsia="Microsoft JhengHei UI" w:hAnsi="Microsoft JhengHei UI"/>
          <w:b/>
          <w:bCs/>
          <w:color w:val="000000"/>
          <w:sz w:val="20"/>
          <w:szCs w:val="20"/>
        </w:rPr>
        <w:t>125</w:t>
      </w:r>
      <w:r w:rsidRPr="00E83432">
        <w:rPr>
          <w:rFonts w:ascii="Microsoft JhengHei UI" w:eastAsia="Microsoft JhengHei UI" w:hAnsi="Microsoft JhengHei UI" w:cs="PingFang TC" w:hint="eastAsia"/>
          <w:b/>
          <w:bCs/>
          <w:color w:val="000000"/>
          <w:sz w:val="20"/>
          <w:szCs w:val="20"/>
        </w:rPr>
        <w:t>字</w:t>
      </w:r>
      <w:r w:rsidRPr="00E83432">
        <w:rPr>
          <w:rFonts w:ascii="Microsoft JhengHei UI" w:eastAsia="Microsoft JhengHei UI" w:hAnsi="Microsoft JhengHei UI"/>
          <w:b/>
          <w:bCs/>
          <w:color w:val="000000"/>
          <w:sz w:val="20"/>
          <w:szCs w:val="20"/>
        </w:rPr>
        <w:t>)</w:t>
      </w:r>
    </w:p>
    <w:tbl>
      <w:tblPr>
        <w:tblStyle w:val="TableGrid"/>
        <w:tblW w:w="0" w:type="auto"/>
        <w:tblLook w:val="04A0" w:firstRow="1" w:lastRow="0" w:firstColumn="1" w:lastColumn="0" w:noHBand="0" w:noVBand="1"/>
      </w:tblPr>
      <w:tblGrid>
        <w:gridCol w:w="8995"/>
      </w:tblGrid>
      <w:tr w:rsidR="000A08A7" w:rsidRPr="00E83432" w14:paraId="4203FD4F" w14:textId="77777777" w:rsidTr="00AF4983">
        <w:tc>
          <w:tcPr>
            <w:tcW w:w="8995" w:type="dxa"/>
          </w:tcPr>
          <w:p w14:paraId="51D3B643" w14:textId="77777777" w:rsidR="000A08A7" w:rsidRPr="00E83432" w:rsidRDefault="000A08A7" w:rsidP="002A7A6E">
            <w:pPr>
              <w:pStyle w:val="NormalWeb"/>
              <w:spacing w:before="0" w:beforeAutospacing="0" w:after="0" w:afterAutospacing="0"/>
              <w:rPr>
                <w:rFonts w:ascii="Microsoft JhengHei UI" w:eastAsia="Microsoft JhengHei UI" w:hAnsi="Microsoft JhengHei UI"/>
                <w:b/>
                <w:bCs/>
                <w:color w:val="000000"/>
                <w:sz w:val="20"/>
                <w:szCs w:val="20"/>
              </w:rPr>
            </w:pPr>
            <w:permStart w:id="667169198" w:edGrp="everyone" w:colFirst="0" w:colLast="0"/>
          </w:p>
        </w:tc>
      </w:tr>
      <w:permEnd w:id="667169198"/>
    </w:tbl>
    <w:p w14:paraId="5024BDD1" w14:textId="77777777" w:rsidR="002A7A6E" w:rsidRPr="00E83432" w:rsidRDefault="002A7A6E" w:rsidP="002A7A6E">
      <w:pPr>
        <w:pStyle w:val="NormalWeb"/>
        <w:spacing w:before="0" w:beforeAutospacing="0" w:after="0" w:afterAutospacing="0"/>
        <w:rPr>
          <w:rFonts w:ascii="Microsoft JhengHei UI" w:eastAsia="Microsoft JhengHei UI" w:hAnsi="Microsoft JhengHei UI"/>
          <w:b/>
          <w:bCs/>
          <w:color w:val="000000"/>
          <w:sz w:val="20"/>
          <w:szCs w:val="20"/>
        </w:rPr>
      </w:pPr>
    </w:p>
    <w:p w14:paraId="619CCE55" w14:textId="302D9C3B" w:rsidR="00BC1551" w:rsidRPr="00E83432" w:rsidRDefault="00BC1551" w:rsidP="002A7A6E">
      <w:pPr>
        <w:pStyle w:val="NormalWeb"/>
        <w:spacing w:before="0" w:beforeAutospacing="0" w:after="0" w:afterAutospacing="0"/>
        <w:rPr>
          <w:rFonts w:ascii="Microsoft JhengHei UI" w:eastAsia="Microsoft JhengHei UI" w:hAnsi="Microsoft JhengHei UI"/>
          <w:color w:val="000000"/>
          <w:sz w:val="20"/>
          <w:szCs w:val="20"/>
        </w:rPr>
      </w:pPr>
      <w:r w:rsidRPr="00E83432">
        <w:rPr>
          <w:rFonts w:ascii="Microsoft JhengHei UI" w:eastAsia="Microsoft JhengHei UI" w:hAnsi="Microsoft JhengHei UI"/>
          <w:b/>
          <w:bCs/>
          <w:color w:val="000000"/>
          <w:sz w:val="20"/>
          <w:szCs w:val="20"/>
        </w:rPr>
        <w:t>[</w:t>
      </w:r>
      <w:r w:rsidRPr="00E83432">
        <w:rPr>
          <w:rFonts w:ascii="Microsoft JhengHei UI" w:eastAsia="Microsoft JhengHei UI" w:hAnsi="Microsoft JhengHei UI" w:cs="PingFang TC" w:hint="eastAsia"/>
          <w:b/>
          <w:bCs/>
          <w:color w:val="000000"/>
          <w:sz w:val="20"/>
          <w:szCs w:val="20"/>
        </w:rPr>
        <w:t>作品樣本</w:t>
      </w:r>
      <w:r w:rsidRPr="00E83432">
        <w:rPr>
          <w:rFonts w:ascii="Microsoft JhengHei UI" w:eastAsia="Microsoft JhengHei UI" w:hAnsi="Microsoft JhengHei UI"/>
          <w:b/>
          <w:bCs/>
          <w:color w:val="000000"/>
          <w:sz w:val="20"/>
          <w:szCs w:val="20"/>
        </w:rPr>
        <w:t xml:space="preserve"> 3]</w:t>
      </w:r>
      <w:r w:rsidR="002A7A6E" w:rsidRPr="00E83432">
        <w:rPr>
          <w:rFonts w:ascii="Microsoft JhengHei UI" w:eastAsia="Microsoft JhengHei UI" w:hAnsi="Microsoft JhengHei UI" w:cstheme="majorBidi"/>
          <w:b/>
          <w:bCs/>
          <w:color w:val="0066FF"/>
          <w:sz w:val="20"/>
          <w:szCs w:val="20"/>
        </w:rPr>
        <w:t xml:space="preserve"> 【GoApply上填寫即可】</w:t>
      </w:r>
    </w:p>
    <w:p w14:paraId="57A46C58" w14:textId="131314AC" w:rsidR="00BC1551" w:rsidRPr="00E83432" w:rsidRDefault="00BC1551" w:rsidP="002A7A6E">
      <w:pPr>
        <w:pStyle w:val="NormalWeb"/>
        <w:spacing w:before="0" w:beforeAutospacing="0" w:after="0" w:afterAutospacing="0"/>
        <w:rPr>
          <w:rFonts w:ascii="Microsoft JhengHei UI" w:eastAsia="Microsoft JhengHei UI" w:hAnsi="Microsoft JhengHei UI"/>
          <w:b/>
          <w:bCs/>
          <w:color w:val="000000"/>
          <w:sz w:val="20"/>
          <w:szCs w:val="20"/>
        </w:rPr>
      </w:pPr>
      <w:r w:rsidRPr="00E83432">
        <w:rPr>
          <w:rFonts w:ascii="Microsoft JhengHei UI" w:eastAsia="Microsoft JhengHei UI" w:hAnsi="Microsoft JhengHei UI" w:cs="PingFang TC" w:hint="eastAsia"/>
          <w:b/>
          <w:bCs/>
          <w:color w:val="000000"/>
          <w:sz w:val="20"/>
          <w:szCs w:val="20"/>
        </w:rPr>
        <w:t>請提供作品樣本的名稱、年份及簡要描述。</w:t>
      </w:r>
      <w:r w:rsidRPr="00E83432">
        <w:rPr>
          <w:rFonts w:ascii="Microsoft JhengHei UI" w:eastAsia="Microsoft JhengHei UI" w:hAnsi="Microsoft JhengHei UI"/>
          <w:b/>
          <w:bCs/>
          <w:color w:val="000000"/>
          <w:sz w:val="20"/>
          <w:szCs w:val="20"/>
        </w:rPr>
        <w:t>(</w:t>
      </w:r>
      <w:r w:rsidRPr="00E83432">
        <w:rPr>
          <w:rFonts w:ascii="Microsoft JhengHei UI" w:eastAsia="Microsoft JhengHei UI" w:hAnsi="Microsoft JhengHei UI" w:cs="PingFang TC" w:hint="eastAsia"/>
          <w:b/>
          <w:bCs/>
          <w:color w:val="000000"/>
          <w:sz w:val="20"/>
          <w:szCs w:val="20"/>
        </w:rPr>
        <w:t>字數上限：</w:t>
      </w:r>
      <w:r w:rsidRPr="00E83432">
        <w:rPr>
          <w:rFonts w:ascii="Microsoft JhengHei UI" w:eastAsia="Microsoft JhengHei UI" w:hAnsi="Microsoft JhengHei UI"/>
          <w:b/>
          <w:bCs/>
          <w:color w:val="000000"/>
          <w:sz w:val="20"/>
          <w:szCs w:val="20"/>
        </w:rPr>
        <w:t>125</w:t>
      </w:r>
      <w:r w:rsidRPr="00E83432">
        <w:rPr>
          <w:rFonts w:ascii="Microsoft JhengHei UI" w:eastAsia="Microsoft JhengHei UI" w:hAnsi="Microsoft JhengHei UI" w:cs="PingFang TC" w:hint="eastAsia"/>
          <w:b/>
          <w:bCs/>
          <w:color w:val="000000"/>
          <w:sz w:val="20"/>
          <w:szCs w:val="20"/>
        </w:rPr>
        <w:t>字</w:t>
      </w:r>
      <w:r w:rsidRPr="00E83432">
        <w:rPr>
          <w:rFonts w:ascii="Microsoft JhengHei UI" w:eastAsia="Microsoft JhengHei UI" w:hAnsi="Microsoft JhengHei UI"/>
          <w:b/>
          <w:bCs/>
          <w:color w:val="000000"/>
          <w:sz w:val="20"/>
          <w:szCs w:val="20"/>
        </w:rPr>
        <w:t>)</w:t>
      </w:r>
    </w:p>
    <w:tbl>
      <w:tblPr>
        <w:tblStyle w:val="TableGrid"/>
        <w:tblW w:w="0" w:type="auto"/>
        <w:tblLook w:val="04A0" w:firstRow="1" w:lastRow="0" w:firstColumn="1" w:lastColumn="0" w:noHBand="0" w:noVBand="1"/>
      </w:tblPr>
      <w:tblGrid>
        <w:gridCol w:w="8995"/>
      </w:tblGrid>
      <w:tr w:rsidR="000A08A7" w:rsidRPr="00E83432" w14:paraId="5A705466" w14:textId="77777777" w:rsidTr="00AF4983">
        <w:tc>
          <w:tcPr>
            <w:tcW w:w="8995" w:type="dxa"/>
          </w:tcPr>
          <w:p w14:paraId="0A899045" w14:textId="77777777" w:rsidR="000A08A7" w:rsidRPr="00E83432" w:rsidRDefault="000A08A7" w:rsidP="006026E8">
            <w:pPr>
              <w:pStyle w:val="NormalWeb"/>
              <w:spacing w:before="0" w:beforeAutospacing="0" w:after="0" w:afterAutospacing="0"/>
              <w:rPr>
                <w:rFonts w:ascii="Microsoft JhengHei UI" w:eastAsia="Microsoft JhengHei UI" w:hAnsi="Microsoft JhengHei UI"/>
                <w:b/>
                <w:bCs/>
                <w:color w:val="000000"/>
                <w:sz w:val="20"/>
                <w:szCs w:val="20"/>
              </w:rPr>
            </w:pPr>
            <w:permStart w:id="754262305" w:edGrp="everyone" w:colFirst="0" w:colLast="0"/>
          </w:p>
        </w:tc>
      </w:tr>
      <w:permEnd w:id="754262305"/>
    </w:tbl>
    <w:p w14:paraId="3FED2AE7" w14:textId="77777777" w:rsidR="009F5C3C" w:rsidRPr="006026E8" w:rsidRDefault="009F5C3C" w:rsidP="006026E8">
      <w:pPr>
        <w:pStyle w:val="NormalWeb"/>
        <w:spacing w:before="0" w:beforeAutospacing="0" w:after="0" w:afterAutospacing="0"/>
        <w:rPr>
          <w:rFonts w:ascii="Microsoft JhengHei UI" w:eastAsia="Microsoft JhengHei UI" w:hAnsi="Microsoft JhengHei UI"/>
          <w:b/>
          <w:bCs/>
          <w:color w:val="000000"/>
        </w:rPr>
      </w:pPr>
    </w:p>
    <w:p w14:paraId="7BB17333" w14:textId="77777777" w:rsidR="00BC1551" w:rsidRPr="00C2467C" w:rsidRDefault="00BC1551" w:rsidP="00BC1551">
      <w:pPr>
        <w:pStyle w:val="Heading3"/>
        <w:spacing w:before="0"/>
        <w:rPr>
          <w:rFonts w:ascii="Microsoft JhengHei UI" w:eastAsia="Microsoft JhengHei UI" w:hAnsi="Microsoft JhengHei UI"/>
          <w:color w:val="000000" w:themeColor="text1"/>
          <w:sz w:val="24"/>
          <w:szCs w:val="24"/>
          <w:u w:val="single"/>
          <w:lang w:eastAsia="zh-TW"/>
        </w:rPr>
      </w:pPr>
      <w:r w:rsidRPr="00C2467C">
        <w:rPr>
          <w:rFonts w:ascii="Microsoft JhengHei UI" w:eastAsia="Microsoft JhengHei UI" w:hAnsi="Microsoft JhengHei UI"/>
          <w:color w:val="000000" w:themeColor="text1"/>
          <w:sz w:val="24"/>
          <w:szCs w:val="24"/>
          <w:u w:val="single"/>
          <w:lang w:eastAsia="zh-TW"/>
        </w:rPr>
        <w:t>履歷/個人簡介</w:t>
      </w:r>
    </w:p>
    <w:p w14:paraId="6DB98802" w14:textId="6D97369B" w:rsidR="00BC1551" w:rsidRPr="00E83432" w:rsidRDefault="00BC1551" w:rsidP="00AA4AF8">
      <w:pPr>
        <w:pStyle w:val="NormalWeb"/>
        <w:spacing w:before="0" w:beforeAutospacing="0" w:after="0" w:afterAutospacing="0"/>
        <w:rPr>
          <w:rFonts w:ascii="Microsoft JhengHei UI" w:eastAsia="Microsoft JhengHei UI" w:hAnsi="Microsoft JhengHei UI"/>
          <w:color w:val="000000"/>
          <w:sz w:val="20"/>
          <w:szCs w:val="20"/>
        </w:rPr>
      </w:pPr>
      <w:r w:rsidRPr="00E83432">
        <w:rPr>
          <w:rFonts w:ascii="Microsoft JhengHei UI" w:eastAsia="Microsoft JhengHei UI" w:hAnsi="Microsoft JhengHei UI" w:cs="PingFang TC" w:hint="eastAsia"/>
          <w:b/>
          <w:bCs/>
          <w:color w:val="000000"/>
          <w:sz w:val="20"/>
          <w:szCs w:val="20"/>
        </w:rPr>
        <w:t>上傳您的履歷</w:t>
      </w:r>
      <w:r w:rsidRPr="00E83432">
        <w:rPr>
          <w:rFonts w:ascii="Microsoft JhengHei UI" w:eastAsia="Microsoft JhengHei UI" w:hAnsi="Microsoft JhengHei UI"/>
          <w:b/>
          <w:bCs/>
          <w:color w:val="000000"/>
          <w:sz w:val="20"/>
          <w:szCs w:val="20"/>
        </w:rPr>
        <w:t>/</w:t>
      </w:r>
      <w:r w:rsidRPr="00E83432">
        <w:rPr>
          <w:rFonts w:ascii="Microsoft JhengHei UI" w:eastAsia="Microsoft JhengHei UI" w:hAnsi="Microsoft JhengHei UI"/>
          <w:b/>
          <w:bCs/>
          <w:sz w:val="20"/>
          <w:szCs w:val="20"/>
        </w:rPr>
        <w:t>個人簡介</w:t>
      </w:r>
      <w:r w:rsidRPr="00E83432">
        <w:rPr>
          <w:rFonts w:ascii="Microsoft JhengHei UI" w:eastAsia="Microsoft JhengHei UI" w:hAnsi="Microsoft JhengHei UI"/>
          <w:b/>
          <w:bCs/>
          <w:color w:val="000000"/>
          <w:sz w:val="20"/>
          <w:szCs w:val="20"/>
        </w:rPr>
        <w:t xml:space="preserve"> </w:t>
      </w:r>
      <w:r w:rsidRPr="00E83432">
        <w:rPr>
          <w:rFonts w:ascii="Microsoft JhengHei UI" w:eastAsia="Microsoft JhengHei UI" w:hAnsi="Microsoft JhengHei UI" w:cs="PingFang TC" w:hint="eastAsia"/>
          <w:b/>
          <w:bCs/>
          <w:color w:val="000000"/>
          <w:sz w:val="20"/>
          <w:szCs w:val="20"/>
        </w:rPr>
        <w:t>複本（</w:t>
      </w:r>
      <w:r w:rsidRPr="00E83432">
        <w:rPr>
          <w:rFonts w:ascii="Microsoft JhengHei UI" w:eastAsia="Microsoft JhengHei UI" w:hAnsi="Microsoft JhengHei UI"/>
          <w:b/>
          <w:bCs/>
          <w:color w:val="000000"/>
          <w:sz w:val="20"/>
          <w:szCs w:val="20"/>
        </w:rPr>
        <w:t xml:space="preserve">PDF </w:t>
      </w:r>
      <w:r w:rsidRPr="00E83432">
        <w:rPr>
          <w:rFonts w:ascii="Microsoft JhengHei UI" w:eastAsia="Microsoft JhengHei UI" w:hAnsi="Microsoft JhengHei UI" w:cs="PingFang TC" w:hint="eastAsia"/>
          <w:b/>
          <w:bCs/>
          <w:color w:val="000000"/>
          <w:sz w:val="20"/>
          <w:szCs w:val="20"/>
        </w:rPr>
        <w:t>格式）。</w:t>
      </w:r>
      <w:r w:rsidRPr="00E83432">
        <w:rPr>
          <w:rFonts w:ascii="Microsoft JhengHei UI" w:eastAsia="Microsoft JhengHei UI" w:hAnsi="Microsoft JhengHei UI"/>
          <w:b/>
          <w:bCs/>
          <w:color w:val="000000"/>
          <w:sz w:val="20"/>
          <w:szCs w:val="20"/>
        </w:rPr>
        <w:t>*</w:t>
      </w:r>
      <w:r w:rsidR="00AA4AF8" w:rsidRPr="00E83432">
        <w:rPr>
          <w:rFonts w:ascii="Microsoft JhengHei UI" w:eastAsia="Microsoft JhengHei UI" w:hAnsi="Microsoft JhengHei UI" w:cstheme="majorBidi"/>
          <w:b/>
          <w:bCs/>
          <w:color w:val="0066FF"/>
          <w:sz w:val="20"/>
          <w:szCs w:val="20"/>
        </w:rPr>
        <w:t xml:space="preserve"> 【GoApply上填寫即可】</w:t>
      </w:r>
    </w:p>
    <w:p w14:paraId="3FF370AC" w14:textId="77777777" w:rsidR="009900DD" w:rsidRPr="009900DD" w:rsidRDefault="009900DD" w:rsidP="006026E8">
      <w:pPr>
        <w:pStyle w:val="NormalWeb"/>
        <w:spacing w:before="0" w:beforeAutospacing="0" w:after="0" w:afterAutospacing="0"/>
        <w:ind w:left="720"/>
        <w:rPr>
          <w:rFonts w:ascii="Microsoft JhengHei UI" w:eastAsia="Microsoft JhengHei UI" w:hAnsi="Microsoft JhengHei UI"/>
          <w:color w:val="000000"/>
          <w:lang w:val="en-US"/>
        </w:rPr>
      </w:pPr>
    </w:p>
    <w:p w14:paraId="5A5F0319" w14:textId="710DCC2C" w:rsidR="009F5C3C" w:rsidRPr="00C2467C" w:rsidRDefault="003C141D" w:rsidP="00AA4AF8">
      <w:pPr>
        <w:pStyle w:val="Heading3"/>
        <w:spacing w:before="0"/>
        <w:rPr>
          <w:rFonts w:ascii="Microsoft JhengHei UI" w:eastAsia="Microsoft JhengHei UI" w:hAnsi="Microsoft JhengHei UI"/>
          <w:color w:val="000000" w:themeColor="text1"/>
          <w:sz w:val="24"/>
          <w:szCs w:val="24"/>
          <w:u w:val="single"/>
          <w:lang w:eastAsia="zh-TW"/>
        </w:rPr>
      </w:pPr>
      <w:r w:rsidRPr="00C2467C">
        <w:rPr>
          <w:rFonts w:ascii="Microsoft JhengHei UI" w:eastAsia="Microsoft JhengHei UI" w:hAnsi="Microsoft JhengHei UI"/>
          <w:color w:val="000000" w:themeColor="text1"/>
          <w:sz w:val="24"/>
          <w:szCs w:val="24"/>
          <w:u w:val="single"/>
          <w:lang w:eastAsia="zh-TW"/>
        </w:rPr>
        <w:lastRenderedPageBreak/>
        <w:t>入學取錄通知</w:t>
      </w:r>
      <w:r w:rsidR="00246C43" w:rsidRPr="00C2467C">
        <w:rPr>
          <w:rFonts w:ascii="Microsoft JhengHei UI" w:eastAsia="Microsoft JhengHei UI" w:hAnsi="Microsoft JhengHei UI"/>
          <w:color w:val="000000" w:themeColor="text1"/>
          <w:sz w:val="24"/>
          <w:szCs w:val="24"/>
          <w:u w:val="single"/>
          <w:lang w:eastAsia="zh-TW"/>
        </w:rPr>
        <w:t>/在學證明文件</w:t>
      </w:r>
    </w:p>
    <w:p w14:paraId="5CD14B2E" w14:textId="6894A8A3" w:rsidR="00246C43" w:rsidRPr="00E83432" w:rsidRDefault="00246C43" w:rsidP="00AA4AF8">
      <w:pPr>
        <w:pStyle w:val="NormalWeb"/>
        <w:spacing w:before="0" w:beforeAutospacing="0" w:after="0" w:afterAutospacing="0"/>
        <w:rPr>
          <w:rFonts w:ascii="Microsoft JhengHei UI" w:eastAsia="Microsoft JhengHei UI" w:hAnsi="Microsoft JhengHei UI"/>
          <w:b/>
          <w:bCs/>
          <w:color w:val="000000"/>
          <w:sz w:val="20"/>
          <w:szCs w:val="20"/>
        </w:rPr>
      </w:pPr>
      <w:r w:rsidRPr="00E83432">
        <w:rPr>
          <w:rFonts w:ascii="Microsoft JhengHei UI" w:eastAsia="Microsoft JhengHei UI" w:hAnsi="Microsoft JhengHei UI" w:cs="PingFang TC" w:hint="eastAsia"/>
          <w:b/>
          <w:bCs/>
          <w:color w:val="000000"/>
          <w:sz w:val="20"/>
          <w:szCs w:val="20"/>
        </w:rPr>
        <w:t>若您已獲得研究院錄取或正在</w:t>
      </w:r>
      <w:r w:rsidR="003C141D" w:rsidRPr="00E83432">
        <w:rPr>
          <w:rFonts w:ascii="Microsoft JhengHei UI" w:eastAsia="Microsoft JhengHei UI" w:hAnsi="Microsoft JhengHei UI"/>
          <w:b/>
          <w:bCs/>
          <w:sz w:val="20"/>
          <w:szCs w:val="20"/>
        </w:rPr>
        <w:t>修讀研究生課程</w:t>
      </w:r>
      <w:r w:rsidRPr="00E83432">
        <w:rPr>
          <w:rFonts w:ascii="Microsoft JhengHei UI" w:eastAsia="Microsoft JhengHei UI" w:hAnsi="Microsoft JhengHei UI" w:cs="PingFang TC" w:hint="eastAsia"/>
          <w:b/>
          <w:bCs/>
          <w:color w:val="000000"/>
          <w:sz w:val="20"/>
          <w:szCs w:val="20"/>
        </w:rPr>
        <w:t>，請上傳您的</w:t>
      </w:r>
      <w:r w:rsidR="003C141D" w:rsidRPr="00E83432">
        <w:rPr>
          <w:rFonts w:ascii="Microsoft JhengHei UI" w:eastAsia="Microsoft JhengHei UI" w:hAnsi="Microsoft JhengHei UI"/>
          <w:b/>
          <w:bCs/>
          <w:color w:val="000000"/>
          <w:sz w:val="20"/>
          <w:szCs w:val="20"/>
        </w:rPr>
        <w:t>入學</w:t>
      </w:r>
      <w:r w:rsidR="003C141D" w:rsidRPr="00E83432">
        <w:rPr>
          <w:rFonts w:ascii="Microsoft JhengHei UI" w:eastAsia="Microsoft JhengHei UI" w:hAnsi="Microsoft JhengHei UI"/>
          <w:b/>
          <w:bCs/>
          <w:sz w:val="20"/>
          <w:szCs w:val="20"/>
        </w:rPr>
        <w:t>取錄通知</w:t>
      </w:r>
      <w:r w:rsidRPr="00E83432">
        <w:rPr>
          <w:rFonts w:ascii="Microsoft JhengHei UI" w:eastAsia="Microsoft JhengHei UI" w:hAnsi="Microsoft JhengHei UI" w:cs="PingFang TC" w:hint="eastAsia"/>
          <w:b/>
          <w:bCs/>
          <w:color w:val="000000"/>
          <w:sz w:val="20"/>
          <w:szCs w:val="20"/>
        </w:rPr>
        <w:t>或其他在學</w:t>
      </w:r>
      <w:r w:rsidR="003C141D" w:rsidRPr="00E83432">
        <w:rPr>
          <w:rFonts w:ascii="Microsoft JhengHei UI" w:eastAsia="Microsoft JhengHei UI" w:hAnsi="Microsoft JhengHei UI" w:cs="PingFang TC" w:hint="eastAsia"/>
          <w:b/>
          <w:bCs/>
          <w:color w:val="000000"/>
          <w:sz w:val="20"/>
          <w:szCs w:val="20"/>
        </w:rPr>
        <w:t>證明</w:t>
      </w:r>
      <w:r w:rsidRPr="00E83432">
        <w:rPr>
          <w:rFonts w:ascii="Microsoft JhengHei UI" w:eastAsia="Microsoft JhengHei UI" w:hAnsi="Microsoft JhengHei UI" w:cs="PingFang TC" w:hint="eastAsia"/>
          <w:b/>
          <w:bCs/>
          <w:color w:val="000000"/>
          <w:sz w:val="20"/>
          <w:szCs w:val="20"/>
        </w:rPr>
        <w:t>的文件。</w:t>
      </w:r>
      <w:r w:rsidRPr="00E83432">
        <w:rPr>
          <w:rFonts w:ascii="Microsoft JhengHei UI" w:eastAsia="Microsoft JhengHei UI" w:hAnsi="Microsoft JhengHei UI"/>
          <w:b/>
          <w:bCs/>
          <w:color w:val="000000"/>
          <w:sz w:val="20"/>
          <w:szCs w:val="20"/>
        </w:rPr>
        <w:t>*</w:t>
      </w:r>
      <w:r w:rsidR="00AA4AF8" w:rsidRPr="00E83432">
        <w:rPr>
          <w:rFonts w:ascii="Microsoft JhengHei UI" w:eastAsia="Microsoft JhengHei UI" w:hAnsi="Microsoft JhengHei UI" w:cstheme="majorBidi"/>
          <w:b/>
          <w:bCs/>
          <w:color w:val="0066FF"/>
          <w:sz w:val="20"/>
          <w:szCs w:val="20"/>
          <w:lang w:eastAsia="en-US"/>
        </w:rPr>
        <w:t>【GoApply上填寫即可】</w:t>
      </w:r>
    </w:p>
    <w:p w14:paraId="73AB41AA" w14:textId="77777777" w:rsidR="009F5C3C" w:rsidRPr="006026E8" w:rsidRDefault="009F5C3C" w:rsidP="006026E8">
      <w:pPr>
        <w:pStyle w:val="Heading2"/>
        <w:spacing w:before="0"/>
        <w:rPr>
          <w:rFonts w:ascii="Microsoft JhengHei UI" w:eastAsia="Microsoft JhengHei UI" w:hAnsi="Microsoft JhengHei UI"/>
          <w:color w:val="000000"/>
          <w:sz w:val="24"/>
          <w:szCs w:val="24"/>
          <w:lang w:eastAsia="zh-TW"/>
        </w:rPr>
      </w:pPr>
    </w:p>
    <w:p w14:paraId="770363F6" w14:textId="67ACADBE" w:rsidR="009F5C3C" w:rsidRPr="00C2467C" w:rsidRDefault="00246C43" w:rsidP="005245F9">
      <w:pPr>
        <w:pStyle w:val="ListParagraph"/>
        <w:keepNext/>
        <w:numPr>
          <w:ilvl w:val="0"/>
          <w:numId w:val="19"/>
        </w:numPr>
        <w:rPr>
          <w:rFonts w:ascii="Microsoft JhengHei UI" w:eastAsia="Microsoft JhengHei UI" w:hAnsi="Microsoft JhengHei UI"/>
          <w:b/>
          <w:sz w:val="28"/>
          <w:szCs w:val="28"/>
          <w:lang w:eastAsia="zh-TW"/>
        </w:rPr>
      </w:pPr>
      <w:r w:rsidRPr="00C2467C">
        <w:rPr>
          <w:rFonts w:ascii="Microsoft JhengHei UI" w:eastAsia="Microsoft JhengHei UI" w:hAnsi="Microsoft JhengHei UI"/>
          <w:b/>
          <w:sz w:val="28"/>
          <w:szCs w:val="28"/>
          <w:lang w:eastAsia="zh-TW"/>
        </w:rPr>
        <w:t>推薦信與</w:t>
      </w:r>
      <w:r w:rsidR="00747521" w:rsidRPr="00C2467C">
        <w:rPr>
          <w:rFonts w:ascii="Microsoft JhengHei UI" w:eastAsia="Microsoft JhengHei UI" w:hAnsi="Microsoft JhengHei UI"/>
          <w:b/>
          <w:sz w:val="28"/>
          <w:szCs w:val="28"/>
          <w:lang w:eastAsia="zh-TW"/>
        </w:rPr>
        <w:t>專業聯絡人</w:t>
      </w:r>
    </w:p>
    <w:p w14:paraId="26075098" w14:textId="1A6E4C94" w:rsidR="00BC1551" w:rsidRPr="001D319B" w:rsidRDefault="00BC1551" w:rsidP="00BC1551">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1D319B">
        <w:rPr>
          <w:rFonts w:ascii="Microsoft JhengHei UI" w:eastAsia="Microsoft JhengHei UI" w:hAnsi="Microsoft JhengHei UI"/>
          <w:color w:val="000000"/>
          <w:sz w:val="20"/>
          <w:szCs w:val="20"/>
        </w:rPr>
        <w:t xml:space="preserve">ACC </w:t>
      </w:r>
      <w:r w:rsidRPr="001D319B">
        <w:rPr>
          <w:rFonts w:ascii="Microsoft JhengHei UI" w:eastAsia="Microsoft JhengHei UI" w:hAnsi="Microsoft JhengHei UI" w:cs="PingFang TC" w:hint="eastAsia"/>
          <w:color w:val="000000"/>
          <w:sz w:val="20"/>
          <w:szCs w:val="20"/>
        </w:rPr>
        <w:t>要求申請者提供三位不同人士的資訊：一位代表您</w:t>
      </w:r>
      <w:r w:rsidRPr="001D319B">
        <w:rPr>
          <w:rFonts w:ascii="Microsoft JhengHei UI" w:eastAsia="Microsoft JhengHei UI" w:hAnsi="Microsoft JhengHei UI"/>
          <w:color w:val="000000"/>
          <w:sz w:val="20"/>
          <w:szCs w:val="20"/>
          <w:lang w:eastAsia="zh-HK"/>
        </w:rPr>
        <w:t>提交</w:t>
      </w:r>
      <w:r w:rsidRPr="001D319B">
        <w:rPr>
          <w:rFonts w:ascii="Microsoft JhengHei UI" w:eastAsia="Microsoft JhengHei UI" w:hAnsi="Microsoft JhengHei UI" w:cs="PingFang TC" w:hint="eastAsia"/>
          <w:color w:val="000000"/>
          <w:sz w:val="20"/>
          <w:szCs w:val="20"/>
        </w:rPr>
        <w:t>推薦信，以及兩位擔任專業諮詢的人</w:t>
      </w:r>
      <w:r w:rsidRPr="001D319B">
        <w:rPr>
          <w:rFonts w:ascii="Microsoft JhengHei UI" w:eastAsia="Microsoft JhengHei UI" w:hAnsi="Microsoft JhengHei UI" w:cs="PingFang TC"/>
          <w:color w:val="000000"/>
          <w:sz w:val="20"/>
          <w:szCs w:val="20"/>
          <w:lang w:eastAsia="zh-HK"/>
        </w:rPr>
        <w:t>士</w:t>
      </w:r>
      <w:r w:rsidRPr="001D319B">
        <w:rPr>
          <w:rFonts w:ascii="Microsoft JhengHei UI" w:eastAsia="Microsoft JhengHei UI" w:hAnsi="Microsoft JhengHei UI" w:cs="PingFang TC" w:hint="eastAsia"/>
          <w:color w:val="000000"/>
          <w:sz w:val="20"/>
          <w:szCs w:val="20"/>
        </w:rPr>
        <w:t>。</w:t>
      </w:r>
    </w:p>
    <w:p w14:paraId="1C826742" w14:textId="77777777" w:rsidR="00C2467C" w:rsidRPr="001D319B" w:rsidRDefault="00C2467C" w:rsidP="00BC1551">
      <w:pPr>
        <w:pStyle w:val="NormalWeb"/>
        <w:spacing w:before="0" w:beforeAutospacing="0" w:after="0" w:afterAutospacing="0"/>
        <w:rPr>
          <w:rFonts w:ascii="Microsoft JhengHei UI" w:eastAsia="Microsoft JhengHei UI" w:hAnsi="Microsoft JhengHei UI"/>
          <w:color w:val="000000"/>
          <w:sz w:val="20"/>
          <w:szCs w:val="20"/>
          <w:lang w:val="en-US"/>
        </w:rPr>
      </w:pPr>
    </w:p>
    <w:p w14:paraId="25C0BF31" w14:textId="412ECDB6" w:rsidR="00BC1551" w:rsidRPr="00C2467C" w:rsidRDefault="00BC1551" w:rsidP="00344BA7">
      <w:pPr>
        <w:pStyle w:val="NormalWeb"/>
        <w:tabs>
          <w:tab w:val="left" w:pos="990"/>
        </w:tabs>
        <w:spacing w:before="0" w:beforeAutospacing="0" w:after="0" w:afterAutospacing="0"/>
        <w:rPr>
          <w:rFonts w:ascii="Microsoft JhengHei UI" w:eastAsia="Microsoft JhengHei UI" w:hAnsi="Microsoft JhengHei UI"/>
          <w:b/>
          <w:bCs/>
          <w:color w:val="000000" w:themeColor="text1"/>
          <w:u w:val="single"/>
        </w:rPr>
      </w:pPr>
      <w:r w:rsidRPr="00C2467C">
        <w:rPr>
          <w:rFonts w:ascii="Microsoft JhengHei UI" w:eastAsia="Microsoft JhengHei UI" w:hAnsi="Microsoft JhengHei UI"/>
          <w:b/>
          <w:bCs/>
          <w:color w:val="000000" w:themeColor="text1"/>
          <w:u w:val="single"/>
        </w:rPr>
        <w:t>推薦信</w:t>
      </w:r>
    </w:p>
    <w:p w14:paraId="5CDBBC20" w14:textId="0D4D1959" w:rsidR="00BC1551" w:rsidRPr="001D319B" w:rsidRDefault="00BC1551" w:rsidP="00BC1551">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344BA7">
        <w:rPr>
          <w:rFonts w:ascii="Microsoft JhengHei UI" w:eastAsia="Microsoft JhengHei UI" w:hAnsi="Microsoft JhengHei UI"/>
          <w:color w:val="000000"/>
          <w:sz w:val="20"/>
          <w:szCs w:val="20"/>
        </w:rPr>
        <w:t>ACC</w:t>
      </w:r>
      <w:r w:rsidRPr="00344BA7">
        <w:rPr>
          <w:rFonts w:ascii="Microsoft JhengHei UI" w:eastAsia="Microsoft JhengHei UI" w:hAnsi="Microsoft JhengHei UI"/>
          <w:color w:val="000000"/>
          <w:sz w:val="20"/>
          <w:szCs w:val="20"/>
          <w:lang w:eastAsia="zh-HK"/>
        </w:rPr>
        <w:t>要求申請者提交</w:t>
      </w:r>
      <w:r w:rsidRPr="00344BA7">
        <w:rPr>
          <w:rFonts w:ascii="Microsoft JhengHei UI" w:eastAsia="Microsoft JhengHei UI" w:hAnsi="Microsoft JhengHei UI" w:cs="PingFang TC" w:hint="eastAsia"/>
          <w:color w:val="000000"/>
          <w:sz w:val="20"/>
          <w:szCs w:val="20"/>
        </w:rPr>
        <w:t>一封推薦信，以評估申請者</w:t>
      </w:r>
      <w:r w:rsidRPr="00344BA7">
        <w:rPr>
          <w:rFonts w:ascii="Microsoft JhengHei UI" w:eastAsia="Microsoft JhengHei UI" w:hAnsi="Microsoft JhengHei UI" w:cs="PingFang TC"/>
          <w:color w:val="000000"/>
          <w:sz w:val="20"/>
          <w:szCs w:val="20"/>
          <w:lang w:eastAsia="zh-HK"/>
        </w:rPr>
        <w:t>進行</w:t>
      </w:r>
      <w:r w:rsidRPr="00344BA7">
        <w:rPr>
          <w:rFonts w:ascii="Microsoft JhengHei UI" w:eastAsia="Microsoft JhengHei UI" w:hAnsi="Microsoft JhengHei UI" w:cs="PingFang TC" w:hint="eastAsia"/>
          <w:color w:val="000000"/>
          <w:sz w:val="20"/>
          <w:szCs w:val="20"/>
        </w:rPr>
        <w:t>擬定</w:t>
      </w:r>
      <w:r w:rsidRPr="00344BA7">
        <w:rPr>
          <w:rFonts w:ascii="Microsoft JhengHei UI" w:eastAsia="Microsoft JhengHei UI" w:hAnsi="Microsoft JhengHei UI" w:cs="PingFang TC"/>
          <w:color w:val="000000"/>
          <w:sz w:val="20"/>
          <w:szCs w:val="20"/>
          <w:lang w:eastAsia="zh-HK"/>
        </w:rPr>
        <w:t>獎助計</w:t>
      </w:r>
      <w:r w:rsidR="005356D0">
        <w:rPr>
          <w:rFonts w:ascii="Microsoft JhengHei UI" w:eastAsia="Microsoft JhengHei UI" w:hAnsi="Microsoft JhengHei UI" w:cs="PingFang TC" w:hint="eastAsia"/>
          <w:color w:val="000000"/>
          <w:sz w:val="20"/>
          <w:szCs w:val="20"/>
        </w:rPr>
        <w:t>劃</w:t>
      </w:r>
      <w:r w:rsidRPr="00344BA7">
        <w:rPr>
          <w:rFonts w:ascii="Microsoft JhengHei UI" w:eastAsia="Microsoft JhengHei UI" w:hAnsi="Microsoft JhengHei UI" w:cs="PingFang TC" w:hint="eastAsia"/>
          <w:color w:val="000000"/>
          <w:sz w:val="20"/>
          <w:szCs w:val="20"/>
        </w:rPr>
        <w:t>的能力。請仔細閱讀以下要求及說明：</w:t>
      </w:r>
    </w:p>
    <w:p w14:paraId="74CCFB6D" w14:textId="77777777" w:rsidR="00BC1551" w:rsidRPr="00344BA7" w:rsidRDefault="00BC1551" w:rsidP="005245F9">
      <w:pPr>
        <w:pStyle w:val="NormalWeb"/>
        <w:numPr>
          <w:ilvl w:val="0"/>
          <w:numId w:val="13"/>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t>推薦人不得為</w:t>
      </w:r>
      <w:r w:rsidRPr="00344BA7">
        <w:rPr>
          <w:rFonts w:ascii="Microsoft JhengHei UI" w:eastAsia="Microsoft JhengHei UI" w:hAnsi="Microsoft JhengHei UI"/>
          <w:color w:val="000000"/>
          <w:sz w:val="20"/>
          <w:szCs w:val="20"/>
        </w:rPr>
        <w:t xml:space="preserve"> ACC </w:t>
      </w:r>
      <w:r w:rsidRPr="00344BA7">
        <w:rPr>
          <w:rFonts w:ascii="Microsoft JhengHei UI" w:eastAsia="Microsoft JhengHei UI" w:hAnsi="Microsoft JhengHei UI" w:cs="PingFang TC" w:hint="eastAsia"/>
          <w:color w:val="000000"/>
          <w:sz w:val="20"/>
          <w:szCs w:val="20"/>
        </w:rPr>
        <w:t>的董事、員工或捐款人（參見下方的「利益衝突聲明」）。</w:t>
      </w:r>
    </w:p>
    <w:p w14:paraId="76D682B3" w14:textId="54DDBDE8" w:rsidR="00BC1551" w:rsidRPr="00344BA7" w:rsidRDefault="00BC1551" w:rsidP="005245F9">
      <w:pPr>
        <w:pStyle w:val="NormalWeb"/>
        <w:numPr>
          <w:ilvl w:val="0"/>
          <w:numId w:val="13"/>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t>推薦人需描述他們對</w:t>
      </w:r>
      <w:r w:rsidRPr="00344BA7">
        <w:rPr>
          <w:rFonts w:ascii="Microsoft JhengHei UI" w:eastAsia="Microsoft JhengHei UI" w:hAnsi="Microsoft JhengHei UI"/>
          <w:color w:val="000000"/>
          <w:sz w:val="20"/>
          <w:szCs w:val="20"/>
          <w:lang w:eastAsia="zh-HK"/>
        </w:rPr>
        <w:t>申請者</w:t>
      </w:r>
      <w:r w:rsidRPr="00344BA7">
        <w:rPr>
          <w:rFonts w:ascii="Microsoft JhengHei UI" w:eastAsia="Microsoft JhengHei UI" w:hAnsi="Microsoft JhengHei UI" w:cs="PingFang TC" w:hint="eastAsia"/>
          <w:color w:val="000000"/>
          <w:sz w:val="20"/>
          <w:szCs w:val="20"/>
        </w:rPr>
        <w:t>作品的熟悉程度，以及他們支持您</w:t>
      </w:r>
      <w:r w:rsidRPr="00344BA7">
        <w:rPr>
          <w:rFonts w:ascii="Microsoft JhengHei UI" w:eastAsia="Microsoft JhengHei UI" w:hAnsi="Microsoft JhengHei UI" w:cs="PingFang TC"/>
          <w:color w:val="000000"/>
          <w:sz w:val="20"/>
          <w:szCs w:val="20"/>
          <w:lang w:eastAsia="zh-HK"/>
        </w:rPr>
        <w:t>進行獎助</w:t>
      </w:r>
      <w:r w:rsidR="005356D0">
        <w:rPr>
          <w:rFonts w:ascii="Microsoft JhengHei UI" w:eastAsia="Microsoft JhengHei UI" w:hAnsi="Microsoft JhengHei UI" w:cs="PingFang TC" w:hint="eastAsia"/>
          <w:color w:val="000000"/>
          <w:sz w:val="20"/>
          <w:szCs w:val="20"/>
        </w:rPr>
        <w:t>計劃</w:t>
      </w:r>
      <w:r w:rsidRPr="00344BA7">
        <w:rPr>
          <w:rFonts w:ascii="Microsoft JhengHei UI" w:eastAsia="Microsoft JhengHei UI" w:hAnsi="Microsoft JhengHei UI" w:cs="PingFang TC" w:hint="eastAsia"/>
          <w:color w:val="000000"/>
          <w:sz w:val="20"/>
          <w:szCs w:val="20"/>
        </w:rPr>
        <w:t>的理由。</w:t>
      </w:r>
    </w:p>
    <w:p w14:paraId="1E6101D8" w14:textId="77777777" w:rsidR="00BC1551" w:rsidRPr="00344BA7" w:rsidRDefault="00BC1551" w:rsidP="005245F9">
      <w:pPr>
        <w:pStyle w:val="NormalWeb"/>
        <w:numPr>
          <w:ilvl w:val="0"/>
          <w:numId w:val="13"/>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t>具備機構隸屬關係的推薦人，若有機構信頭紙，應使用機構信頭紙撰寫信件。</w:t>
      </w:r>
    </w:p>
    <w:p w14:paraId="0A9075D7" w14:textId="77777777" w:rsidR="00BC1551" w:rsidRPr="00344BA7" w:rsidRDefault="00BC1551" w:rsidP="00BC1551">
      <w:pPr>
        <w:pStyle w:val="NormalWeb"/>
        <w:spacing w:before="0" w:beforeAutospacing="0" w:after="0" w:afterAutospacing="0"/>
        <w:rPr>
          <w:rFonts w:ascii="Microsoft JhengHei UI" w:eastAsia="Microsoft JhengHei UI" w:hAnsi="Microsoft JhengHei UI" w:cs="PingFang TC"/>
          <w:b/>
          <w:bCs/>
          <w:color w:val="000000"/>
          <w:sz w:val="20"/>
          <w:szCs w:val="20"/>
        </w:rPr>
      </w:pPr>
    </w:p>
    <w:p w14:paraId="63057FB0" w14:textId="77777777" w:rsidR="00BC1551" w:rsidRPr="001D319B" w:rsidRDefault="00BC1551" w:rsidP="00BC1551">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344BA7">
        <w:rPr>
          <w:rFonts w:ascii="Microsoft JhengHei UI" w:eastAsia="Microsoft JhengHei UI" w:hAnsi="Microsoft JhengHei UI" w:cs="PingFang TC" w:hint="eastAsia"/>
          <w:b/>
          <w:bCs/>
          <w:color w:val="000000"/>
          <w:sz w:val="20"/>
          <w:szCs w:val="20"/>
        </w:rPr>
        <w:t>重要提示</w:t>
      </w:r>
      <w:r w:rsidRPr="00344BA7">
        <w:rPr>
          <w:rFonts w:ascii="Microsoft JhengHei UI" w:eastAsia="Microsoft JhengHei UI" w:hAnsi="Microsoft JhengHei UI" w:cs="PingFang TC" w:hint="eastAsia"/>
          <w:color w:val="000000"/>
          <w:sz w:val="20"/>
          <w:szCs w:val="20"/>
        </w:rPr>
        <w:t>：</w:t>
      </w:r>
      <w:r w:rsidRPr="00344BA7">
        <w:rPr>
          <w:rFonts w:ascii="Microsoft JhengHei UI" w:eastAsia="Microsoft JhengHei UI" w:hAnsi="Microsoft JhengHei UI" w:cs="PingFang TC" w:hint="eastAsia"/>
          <w:b/>
          <w:bCs/>
          <w:color w:val="000000"/>
          <w:sz w:val="20"/>
          <w:szCs w:val="20"/>
        </w:rPr>
        <w:t>請盡早</w:t>
      </w:r>
      <w:r w:rsidRPr="001D319B">
        <w:rPr>
          <w:rFonts w:ascii="Microsoft JhengHei UI" w:eastAsia="Microsoft JhengHei UI" w:hAnsi="Microsoft JhengHei UI" w:cs="PingFang TC" w:hint="eastAsia"/>
          <w:b/>
          <w:bCs/>
          <w:color w:val="000000"/>
          <w:sz w:val="20"/>
          <w:szCs w:val="20"/>
        </w:rPr>
        <w:t>聯絡您的推薦人準備信件</w:t>
      </w:r>
      <w:r w:rsidRPr="001D319B">
        <w:rPr>
          <w:rFonts w:ascii="Microsoft JhengHei UI" w:eastAsia="Microsoft JhengHei UI" w:hAnsi="Microsoft JhengHei UI" w:cs="PingFang TC" w:hint="eastAsia"/>
          <w:color w:val="000000"/>
          <w:sz w:val="20"/>
          <w:szCs w:val="20"/>
        </w:rPr>
        <w:t>，因為您必須先提交申請，您的推薦人方會收到一封包含說明及上傳連結的電郵，</w:t>
      </w:r>
      <w:r w:rsidRPr="001D319B">
        <w:rPr>
          <w:rFonts w:ascii="Microsoft JhengHei UI" w:eastAsia="Microsoft JhengHei UI" w:hAnsi="Microsoft JhengHei UI" w:cs="PingFang TC"/>
          <w:color w:val="000000"/>
          <w:sz w:val="20"/>
          <w:szCs w:val="20"/>
          <w:lang w:eastAsia="zh-HK"/>
        </w:rPr>
        <w:t>並</w:t>
      </w:r>
      <w:r w:rsidRPr="001D319B">
        <w:rPr>
          <w:rFonts w:ascii="Microsoft JhengHei UI" w:eastAsia="Microsoft JhengHei UI" w:hAnsi="Microsoft JhengHei UI" w:cs="PingFang TC" w:hint="eastAsia"/>
          <w:color w:val="000000"/>
          <w:sz w:val="20"/>
          <w:szCs w:val="20"/>
        </w:rPr>
        <w:t>透過</w:t>
      </w:r>
      <w:r w:rsidRPr="001D319B">
        <w:rPr>
          <w:rFonts w:ascii="Microsoft JhengHei UI" w:eastAsia="Microsoft JhengHei UI" w:hAnsi="Microsoft JhengHei UI"/>
          <w:color w:val="000000"/>
          <w:sz w:val="20"/>
          <w:szCs w:val="20"/>
        </w:rPr>
        <w:t xml:space="preserve"> GoApply </w:t>
      </w:r>
      <w:r w:rsidRPr="001D319B">
        <w:rPr>
          <w:rFonts w:ascii="Microsoft JhengHei UI" w:eastAsia="Microsoft JhengHei UI" w:hAnsi="Microsoft JhengHei UI" w:cs="PingFang TC" w:hint="eastAsia"/>
          <w:color w:val="000000"/>
          <w:sz w:val="20"/>
          <w:szCs w:val="20"/>
        </w:rPr>
        <w:t>上傳信件。</w:t>
      </w:r>
    </w:p>
    <w:p w14:paraId="650060D2" w14:textId="77777777" w:rsidR="00BC1551" w:rsidRPr="001D319B" w:rsidRDefault="00BC1551" w:rsidP="00BC1551">
      <w:pPr>
        <w:pStyle w:val="NormalWeb"/>
        <w:spacing w:before="0" w:beforeAutospacing="0" w:after="0" w:afterAutospacing="0"/>
        <w:rPr>
          <w:rFonts w:ascii="Microsoft JhengHei UI" w:eastAsia="Microsoft JhengHei UI" w:hAnsi="Microsoft JhengHei UI"/>
          <w:color w:val="000000"/>
          <w:sz w:val="20"/>
          <w:szCs w:val="20"/>
          <w:lang w:val="en-US"/>
        </w:rPr>
      </w:pPr>
    </w:p>
    <w:p w14:paraId="5A8F48FB" w14:textId="5A7C86D7" w:rsidR="00BC1551" w:rsidRPr="001D319B" w:rsidRDefault="00BC1551" w:rsidP="00BC1551">
      <w:pPr>
        <w:pStyle w:val="NormalWeb"/>
        <w:spacing w:before="0" w:beforeAutospacing="0" w:after="0" w:afterAutospacing="0"/>
        <w:rPr>
          <w:rFonts w:ascii="Microsoft JhengHei UI" w:eastAsia="Microsoft JhengHei UI" w:hAnsi="Microsoft JhengHei UI"/>
          <w:b/>
          <w:bCs/>
          <w:color w:val="000000"/>
          <w:sz w:val="20"/>
          <w:szCs w:val="20"/>
        </w:rPr>
      </w:pPr>
      <w:r w:rsidRPr="001D319B">
        <w:rPr>
          <w:rFonts w:ascii="Microsoft JhengHei UI" w:eastAsia="Microsoft JhengHei UI" w:hAnsi="Microsoft JhengHei UI"/>
          <w:b/>
          <w:bCs/>
          <w:color w:val="000000"/>
          <w:sz w:val="20"/>
          <w:szCs w:val="20"/>
        </w:rPr>
        <w:t xml:space="preserve">ACC </w:t>
      </w:r>
      <w:r w:rsidRPr="001D319B">
        <w:rPr>
          <w:rFonts w:ascii="Microsoft JhengHei UI" w:eastAsia="Microsoft JhengHei UI" w:hAnsi="Microsoft JhengHei UI" w:cs="PingFang TC"/>
          <w:b/>
          <w:bCs/>
          <w:color w:val="000000"/>
          <w:sz w:val="20"/>
          <w:szCs w:val="20"/>
          <w:lang w:eastAsia="zh-HK"/>
        </w:rPr>
        <w:t>需</w:t>
      </w:r>
      <w:r w:rsidRPr="001D319B">
        <w:rPr>
          <w:rFonts w:ascii="Microsoft JhengHei UI" w:eastAsia="Microsoft JhengHei UI" w:hAnsi="Microsoft JhengHei UI" w:cs="PingFang TC" w:hint="eastAsia"/>
          <w:b/>
          <w:bCs/>
          <w:color w:val="000000"/>
          <w:sz w:val="20"/>
          <w:szCs w:val="20"/>
        </w:rPr>
        <w:t>在</w:t>
      </w:r>
      <w:r w:rsidRPr="001D319B">
        <w:rPr>
          <w:rStyle w:val="apple-converted-space"/>
          <w:rFonts w:ascii="Microsoft JhengHei UI" w:eastAsia="Microsoft JhengHei UI" w:hAnsi="Microsoft JhengHei UI"/>
          <w:b/>
          <w:bCs/>
          <w:color w:val="000000"/>
          <w:sz w:val="20"/>
          <w:szCs w:val="20"/>
        </w:rPr>
        <w:t> </w:t>
      </w:r>
      <w:r w:rsidRPr="001D319B">
        <w:rPr>
          <w:rFonts w:ascii="Microsoft JhengHei UI" w:eastAsia="Microsoft JhengHei UI" w:hAnsi="Microsoft JhengHei UI"/>
          <w:b/>
          <w:bCs/>
          <w:color w:val="000000"/>
          <w:sz w:val="20"/>
          <w:szCs w:val="20"/>
        </w:rPr>
        <w:t>2026</w:t>
      </w:r>
      <w:r w:rsidRPr="001D319B">
        <w:rPr>
          <w:rFonts w:ascii="Microsoft JhengHei UI" w:eastAsia="Microsoft JhengHei UI" w:hAnsi="Microsoft JhengHei UI" w:cs="PingFang TC" w:hint="eastAsia"/>
          <w:b/>
          <w:bCs/>
          <w:color w:val="000000"/>
          <w:sz w:val="20"/>
          <w:szCs w:val="20"/>
        </w:rPr>
        <w:t>年</w:t>
      </w:r>
      <w:r w:rsidRPr="001D319B">
        <w:rPr>
          <w:rFonts w:ascii="Microsoft JhengHei UI" w:eastAsia="Microsoft JhengHei UI" w:hAnsi="Microsoft JhengHei UI"/>
          <w:b/>
          <w:bCs/>
          <w:color w:val="000000"/>
          <w:sz w:val="20"/>
          <w:szCs w:val="20"/>
        </w:rPr>
        <w:t>11</w:t>
      </w:r>
      <w:r w:rsidRPr="001D319B">
        <w:rPr>
          <w:rFonts w:ascii="Microsoft JhengHei UI" w:eastAsia="Microsoft JhengHei UI" w:hAnsi="Microsoft JhengHei UI" w:cs="PingFang TC" w:hint="eastAsia"/>
          <w:b/>
          <w:bCs/>
          <w:color w:val="000000"/>
          <w:sz w:val="20"/>
          <w:szCs w:val="20"/>
        </w:rPr>
        <w:t>月</w:t>
      </w:r>
      <w:r w:rsidRPr="001D319B">
        <w:rPr>
          <w:rFonts w:ascii="Microsoft JhengHei UI" w:eastAsia="Microsoft JhengHei UI" w:hAnsi="Microsoft JhengHei UI"/>
          <w:b/>
          <w:bCs/>
          <w:color w:val="000000"/>
          <w:sz w:val="20"/>
          <w:szCs w:val="20"/>
        </w:rPr>
        <w:t>1</w:t>
      </w:r>
      <w:r w:rsidR="00293A53" w:rsidRPr="001D319B">
        <w:rPr>
          <w:rFonts w:ascii="Microsoft JhengHei UI" w:eastAsia="Microsoft JhengHei UI" w:hAnsi="Microsoft JhengHei UI"/>
          <w:b/>
          <w:bCs/>
          <w:color w:val="000000"/>
          <w:sz w:val="20"/>
          <w:szCs w:val="20"/>
        </w:rPr>
        <w:t>6</w:t>
      </w:r>
      <w:r w:rsidRPr="001D319B">
        <w:rPr>
          <w:rFonts w:ascii="Microsoft JhengHei UI" w:eastAsia="Microsoft JhengHei UI" w:hAnsi="Microsoft JhengHei UI" w:cs="PingFang TC" w:hint="eastAsia"/>
          <w:b/>
          <w:bCs/>
          <w:color w:val="000000"/>
          <w:sz w:val="20"/>
          <w:szCs w:val="20"/>
        </w:rPr>
        <w:t>日</w:t>
      </w:r>
      <w:r w:rsidR="00747521" w:rsidRPr="001D319B">
        <w:rPr>
          <w:rFonts w:ascii="Microsoft JhengHei UI" w:eastAsia="Microsoft JhengHei UI" w:hAnsi="Microsoft JhengHei UI" w:cs="PingFang TC" w:hint="eastAsia"/>
          <w:color w:val="000000"/>
          <w:sz w:val="20"/>
          <w:szCs w:val="20"/>
        </w:rPr>
        <w:t>，</w:t>
      </w:r>
      <w:r w:rsidR="00293A53" w:rsidRPr="001D319B">
        <w:rPr>
          <w:rFonts w:ascii="Microsoft JhengHei UI" w:eastAsia="Microsoft JhengHei UI" w:hAnsi="Microsoft JhengHei UI" w:cs="AppleExternalUIFontHongKongChin" w:hint="eastAsia"/>
          <w:b/>
          <w:bCs/>
          <w:sz w:val="20"/>
          <w:szCs w:val="20"/>
          <w:lang w:val="en-GB"/>
        </w:rPr>
        <w:t>美國東岸時間上午</w:t>
      </w:r>
      <w:r w:rsidR="00293A53" w:rsidRPr="001D319B">
        <w:rPr>
          <w:rFonts w:ascii="Microsoft JhengHei UI" w:eastAsia="Microsoft JhengHei UI" w:hAnsi="Microsoft JhengHei UI" w:cs="AppleSystemUIFontBold"/>
          <w:b/>
          <w:bCs/>
          <w:sz w:val="20"/>
          <w:szCs w:val="20"/>
          <w:lang w:val="en-GB"/>
        </w:rPr>
        <w:t>9:59</w:t>
      </w:r>
      <w:r w:rsidR="00293A53" w:rsidRPr="001D319B">
        <w:rPr>
          <w:rFonts w:ascii="Microsoft JhengHei UI" w:eastAsia="Microsoft JhengHei UI" w:hAnsi="Microsoft JhengHei UI" w:cs="AppleExternalUIFontHongKongChin" w:hint="eastAsia"/>
          <w:b/>
          <w:bCs/>
          <w:sz w:val="20"/>
          <w:szCs w:val="20"/>
          <w:lang w:val="en-GB"/>
        </w:rPr>
        <w:t>（香港時間晚上</w:t>
      </w:r>
      <w:r w:rsidR="00293A53" w:rsidRPr="001D319B">
        <w:rPr>
          <w:rFonts w:ascii="Microsoft JhengHei UI" w:eastAsia="Microsoft JhengHei UI" w:hAnsi="Microsoft JhengHei UI" w:cs="AppleSystemUIFontBold"/>
          <w:b/>
          <w:bCs/>
          <w:sz w:val="20"/>
          <w:szCs w:val="20"/>
          <w:lang w:val="en-GB"/>
        </w:rPr>
        <w:t>10:59</w:t>
      </w:r>
      <w:r w:rsidR="00293A53" w:rsidRPr="001D319B">
        <w:rPr>
          <w:rFonts w:ascii="Microsoft JhengHei UI" w:eastAsia="Microsoft JhengHei UI" w:hAnsi="Microsoft JhengHei UI" w:cs="AppleExternalUIFontHongKongChin" w:hint="eastAsia"/>
          <w:b/>
          <w:bCs/>
          <w:sz w:val="20"/>
          <w:szCs w:val="20"/>
          <w:lang w:val="en-GB"/>
        </w:rPr>
        <w:t>）</w:t>
      </w:r>
      <w:r w:rsidRPr="001D319B">
        <w:rPr>
          <w:rFonts w:ascii="Microsoft JhengHei UI" w:eastAsia="Microsoft JhengHei UI" w:hAnsi="Microsoft JhengHei UI" w:cs="PingFang TC" w:hint="eastAsia"/>
          <w:b/>
          <w:bCs/>
          <w:color w:val="000000"/>
          <w:sz w:val="20"/>
          <w:szCs w:val="20"/>
        </w:rPr>
        <w:t>之前收到您的推薦信，方會評審您的申請。</w:t>
      </w:r>
    </w:p>
    <w:p w14:paraId="45EFA637" w14:textId="77777777" w:rsidR="00BC1551" w:rsidRPr="001D319B" w:rsidRDefault="00BC1551" w:rsidP="00BC1551">
      <w:pPr>
        <w:spacing w:after="0"/>
        <w:rPr>
          <w:rFonts w:ascii="Microsoft JhengHei UI" w:eastAsia="Microsoft JhengHei UI" w:hAnsi="Microsoft JhengHei UI"/>
          <w:color w:val="000000"/>
          <w:sz w:val="20"/>
          <w:szCs w:val="20"/>
          <w:lang w:eastAsia="zh-TW"/>
        </w:rPr>
      </w:pPr>
    </w:p>
    <w:p w14:paraId="15C86E70" w14:textId="77777777" w:rsidR="00BC1551" w:rsidRPr="001D319B" w:rsidRDefault="00BC1551" w:rsidP="00BC1551">
      <w:pPr>
        <w:pStyle w:val="Heading4"/>
        <w:spacing w:before="0"/>
        <w:rPr>
          <w:rFonts w:ascii="Microsoft JhengHei UI" w:eastAsia="Microsoft JhengHei UI" w:hAnsi="Microsoft JhengHei UI"/>
          <w:b w:val="0"/>
          <w:bCs w:val="0"/>
          <w:i w:val="0"/>
          <w:iCs w:val="0"/>
          <w:color w:val="000000"/>
          <w:sz w:val="20"/>
          <w:szCs w:val="20"/>
          <w:lang w:eastAsia="zh-TW"/>
        </w:rPr>
      </w:pPr>
      <w:r w:rsidRPr="001D319B">
        <w:rPr>
          <w:rFonts w:ascii="Microsoft JhengHei UI" w:eastAsia="Microsoft JhengHei UI" w:hAnsi="Microsoft JhengHei UI"/>
          <w:i w:val="0"/>
          <w:iCs w:val="0"/>
          <w:color w:val="000000"/>
          <w:sz w:val="20"/>
          <w:szCs w:val="20"/>
          <w:lang w:eastAsia="zh-TW"/>
        </w:rPr>
        <w:t>雙語推薦人</w:t>
      </w:r>
      <w:r w:rsidRPr="001D319B">
        <w:rPr>
          <w:rFonts w:ascii="Microsoft JhengHei UI" w:eastAsia="Microsoft JhengHei UI" w:hAnsi="Microsoft JhengHei UI" w:cs="Microsoft JhengHei" w:hint="eastAsia"/>
          <w:i w:val="0"/>
          <w:iCs w:val="0"/>
          <w:color w:val="000000"/>
          <w:sz w:val="20"/>
          <w:szCs w:val="20"/>
          <w:lang w:eastAsia="zh-TW"/>
        </w:rPr>
        <w:t>說</w:t>
      </w:r>
      <w:r w:rsidRPr="001D319B">
        <w:rPr>
          <w:rFonts w:ascii="Microsoft JhengHei UI" w:eastAsia="Microsoft JhengHei UI" w:hAnsi="Microsoft JhengHei UI"/>
          <w:i w:val="0"/>
          <w:iCs w:val="0"/>
          <w:color w:val="000000"/>
          <w:sz w:val="20"/>
          <w:szCs w:val="20"/>
          <w:lang w:eastAsia="zh-TW"/>
        </w:rPr>
        <w:t>明</w:t>
      </w:r>
    </w:p>
    <w:p w14:paraId="12015006" w14:textId="534EA2E0" w:rsidR="00BC1551" w:rsidRPr="001D319B" w:rsidRDefault="00BC1551" w:rsidP="00BC1551">
      <w:pPr>
        <w:pStyle w:val="NormalWeb"/>
        <w:spacing w:before="0" w:beforeAutospacing="0" w:after="0" w:afterAutospacing="0"/>
        <w:rPr>
          <w:rFonts w:ascii="Microsoft JhengHei UI" w:eastAsia="Microsoft JhengHei UI" w:hAnsi="Microsoft JhengHei UI"/>
          <w:color w:val="000000"/>
          <w:sz w:val="20"/>
          <w:szCs w:val="20"/>
        </w:rPr>
      </w:pPr>
      <w:r w:rsidRPr="001D319B">
        <w:rPr>
          <w:rFonts w:ascii="Microsoft JhengHei UI" w:eastAsia="Microsoft JhengHei UI" w:hAnsi="Microsoft JhengHei UI"/>
          <w:color w:val="000000"/>
          <w:sz w:val="20"/>
          <w:szCs w:val="20"/>
        </w:rPr>
        <w:t xml:space="preserve">ACC </w:t>
      </w:r>
      <w:r w:rsidRPr="001D319B">
        <w:rPr>
          <w:rFonts w:ascii="Microsoft JhengHei UI" w:eastAsia="Microsoft JhengHei UI" w:hAnsi="Microsoft JhengHei UI" w:cs="PingFang TC" w:hint="eastAsia"/>
          <w:color w:val="000000"/>
          <w:sz w:val="20"/>
          <w:szCs w:val="20"/>
        </w:rPr>
        <w:t>香港的申請者可以與他們的</w:t>
      </w:r>
      <w:r w:rsidRPr="009C1FEC">
        <w:rPr>
          <w:rFonts w:ascii="Microsoft JhengHei UI" w:eastAsia="Microsoft JhengHei UI" w:hAnsi="Microsoft JhengHei UI" w:cs="PingFang TC" w:hint="eastAsia"/>
          <w:color w:val="000000"/>
          <w:sz w:val="20"/>
          <w:szCs w:val="20"/>
        </w:rPr>
        <w:t>推薦人分享</w:t>
      </w:r>
      <w:hyperlink r:id="rId15" w:history="1">
        <w:r w:rsidRPr="009C1FEC">
          <w:rPr>
            <w:rStyle w:val="Hyperlink"/>
            <w:rFonts w:ascii="Microsoft JhengHei UI" w:eastAsia="Microsoft JhengHei UI" w:hAnsi="Microsoft JhengHei UI" w:cs="PingFang TC"/>
            <w:sz w:val="20"/>
            <w:szCs w:val="20"/>
          </w:rPr>
          <w:t>中文版上傳說明</w:t>
        </w:r>
      </w:hyperlink>
      <w:r w:rsidRPr="009C1FEC">
        <w:rPr>
          <w:rFonts w:ascii="Microsoft JhengHei UI" w:eastAsia="Microsoft JhengHei UI" w:hAnsi="Microsoft JhengHei UI" w:cs="PingFang TC" w:hint="eastAsia"/>
          <w:color w:val="000000"/>
          <w:sz w:val="20"/>
          <w:szCs w:val="20"/>
        </w:rPr>
        <w:t>。</w:t>
      </w:r>
    </w:p>
    <w:p w14:paraId="3F575E88" w14:textId="77777777" w:rsidR="00BC1551" w:rsidRPr="001D319B" w:rsidRDefault="00BC1551" w:rsidP="00BC1551">
      <w:pPr>
        <w:pStyle w:val="NormalWeb"/>
        <w:spacing w:before="0" w:beforeAutospacing="0" w:after="0" w:afterAutospacing="0"/>
        <w:rPr>
          <w:rFonts w:ascii="Microsoft JhengHei UI" w:eastAsia="Microsoft JhengHei UI" w:hAnsi="Microsoft JhengHei UI"/>
          <w:color w:val="000000"/>
          <w:sz w:val="20"/>
          <w:szCs w:val="20"/>
          <w:lang w:val="en-US"/>
        </w:rPr>
      </w:pPr>
    </w:p>
    <w:p w14:paraId="035A0F9E" w14:textId="5D688BD0" w:rsidR="00BC1551" w:rsidRPr="00C2467C" w:rsidRDefault="00BC1551" w:rsidP="0027505D">
      <w:pPr>
        <w:pStyle w:val="NormalWeb"/>
        <w:tabs>
          <w:tab w:val="left" w:pos="990"/>
        </w:tabs>
        <w:spacing w:before="0" w:beforeAutospacing="0" w:after="0" w:afterAutospacing="0"/>
        <w:rPr>
          <w:rFonts w:ascii="Microsoft JhengHei UI" w:eastAsia="Microsoft JhengHei UI" w:hAnsi="Microsoft JhengHei UI" w:cs="PingFang TC"/>
          <w:b/>
          <w:bCs/>
          <w:color w:val="000000" w:themeColor="text1"/>
          <w:u w:val="single"/>
          <w:lang w:val="en-US"/>
        </w:rPr>
      </w:pPr>
      <w:r w:rsidRPr="00C2467C">
        <w:rPr>
          <w:rFonts w:ascii="Microsoft JhengHei UI" w:eastAsia="Microsoft JhengHei UI" w:hAnsi="Microsoft JhengHei UI"/>
          <w:b/>
          <w:bCs/>
          <w:color w:val="000000" w:themeColor="text1"/>
          <w:u w:val="single"/>
        </w:rPr>
        <w:t>推薦人資</w:t>
      </w:r>
      <w:r w:rsidRPr="00C2467C">
        <w:rPr>
          <w:rFonts w:ascii="Microsoft JhengHei UI" w:eastAsia="Microsoft JhengHei UI" w:hAnsi="Microsoft JhengHei UI" w:cs="PingFang TC" w:hint="eastAsia"/>
          <w:b/>
          <w:bCs/>
          <w:color w:val="000000" w:themeColor="text1"/>
          <w:u w:val="single"/>
        </w:rPr>
        <w:t>訊</w:t>
      </w:r>
      <w:r w:rsidR="005356D0">
        <w:rPr>
          <w:rFonts w:ascii="Microsoft JhengHei UI" w:eastAsia="Microsoft JhengHei UI" w:hAnsi="Microsoft JhengHei UI" w:cs="PingFang TC" w:hint="eastAsia"/>
          <w:b/>
          <w:bCs/>
          <w:color w:val="000000" w:themeColor="text1"/>
          <w:u w:val="single"/>
        </w:rPr>
        <w:t xml:space="preserve"> </w:t>
      </w:r>
      <w:r w:rsidR="005356D0" w:rsidRPr="00311A58">
        <w:rPr>
          <w:rFonts w:ascii="Calibri" w:eastAsia="Calibri" w:hAnsi="Calibri" w:cs="Calibri"/>
          <w:color w:val="0066FF"/>
          <w:sz w:val="20"/>
          <w:szCs w:val="20"/>
        </w:rPr>
        <w:t>【GoApply</w:t>
      </w:r>
      <w:r w:rsidR="005356D0" w:rsidRPr="00311A58">
        <w:rPr>
          <w:rFonts w:ascii="Microsoft JhengHei" w:eastAsia="Microsoft JhengHei" w:hAnsi="Microsoft JhengHei" w:cs="Microsoft JhengHei"/>
          <w:color w:val="0066FF"/>
          <w:sz w:val="20"/>
          <w:szCs w:val="20"/>
        </w:rPr>
        <w:t>上填寫即可</w:t>
      </w:r>
      <w:r w:rsidR="005356D0" w:rsidRPr="00311A58">
        <w:rPr>
          <w:rFonts w:ascii="Calibri" w:eastAsia="Calibri" w:hAnsi="Calibri" w:cs="Calibri"/>
          <w:color w:val="0066FF"/>
          <w:sz w:val="20"/>
          <w:szCs w:val="20"/>
        </w:rPr>
        <w:t>】</w:t>
      </w:r>
    </w:p>
    <w:p w14:paraId="2E511FD5" w14:textId="77777777" w:rsidR="00BC1551" w:rsidRPr="001D319B" w:rsidRDefault="00BC1551" w:rsidP="00BC1551">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1D319B">
        <w:rPr>
          <w:rFonts w:ascii="Microsoft JhengHei UI" w:eastAsia="Microsoft JhengHei UI" w:hAnsi="Microsoft JhengHei UI" w:cs="PingFang TC" w:hint="eastAsia"/>
          <w:color w:val="000000"/>
          <w:sz w:val="20"/>
          <w:szCs w:val="20"/>
        </w:rPr>
        <w:t>在「電郵附註」欄位中，請寫下您的姓名，並為您的推薦人填寫任何所需的詳細資訊或說明（例如：「我是</w:t>
      </w:r>
      <w:r w:rsidRPr="001D319B">
        <w:rPr>
          <w:rFonts w:ascii="Microsoft JhengHei UI" w:eastAsia="Microsoft JhengHei UI" w:hAnsi="Microsoft JhengHei UI"/>
          <w:color w:val="000000"/>
          <w:sz w:val="20"/>
          <w:szCs w:val="20"/>
          <w:lang w:eastAsia="zh-HK"/>
        </w:rPr>
        <w:t>陳大文</w:t>
      </w:r>
      <w:r w:rsidRPr="001D319B">
        <w:rPr>
          <w:rFonts w:ascii="Microsoft JhengHei UI" w:eastAsia="Microsoft JhengHei UI" w:hAnsi="Microsoft JhengHei UI" w:cs="PingFang TC" w:hint="eastAsia"/>
          <w:color w:val="000000"/>
          <w:sz w:val="20"/>
          <w:szCs w:val="20"/>
        </w:rPr>
        <w:t>，想懇請您為我撰寫一封推薦信</w:t>
      </w:r>
      <w:r w:rsidRPr="001D319B">
        <w:rPr>
          <w:rFonts w:ascii="Microsoft JhengHei UI" w:eastAsia="Microsoft JhengHei UI" w:hAnsi="Microsoft JhengHei UI"/>
          <w:color w:val="000000"/>
          <w:sz w:val="20"/>
          <w:szCs w:val="20"/>
        </w:rPr>
        <w:t>……</w:t>
      </w:r>
      <w:r w:rsidRPr="001D319B">
        <w:rPr>
          <w:rFonts w:ascii="Microsoft JhengHei UI" w:eastAsia="Microsoft JhengHei UI" w:hAnsi="Microsoft JhengHei UI" w:cs="PingFang TC" w:hint="eastAsia"/>
          <w:color w:val="000000"/>
          <w:sz w:val="20"/>
          <w:szCs w:val="20"/>
        </w:rPr>
        <w:t>」）。</w:t>
      </w:r>
    </w:p>
    <w:p w14:paraId="793EF51C" w14:textId="77777777" w:rsidR="00BC1551" w:rsidRDefault="00BC1551" w:rsidP="00BC1551">
      <w:pPr>
        <w:pStyle w:val="NormalWeb"/>
        <w:spacing w:before="0" w:beforeAutospacing="0" w:after="0" w:afterAutospacing="0"/>
        <w:rPr>
          <w:rFonts w:ascii="Microsoft JhengHei UI" w:eastAsia="Microsoft JhengHei UI" w:hAnsi="Microsoft JhengHei UI"/>
          <w:color w:val="000000"/>
          <w:lang w:val="en-US"/>
        </w:rPr>
      </w:pPr>
    </w:p>
    <w:tbl>
      <w:tblPr>
        <w:tblStyle w:val="TableGrid1"/>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302"/>
        <w:gridCol w:w="3690"/>
      </w:tblGrid>
      <w:tr w:rsidR="001D319B" w:rsidRPr="007732D2" w14:paraId="2E6F952B" w14:textId="77777777" w:rsidTr="001D319B">
        <w:trPr>
          <w:trHeight w:val="285"/>
        </w:trPr>
        <w:tc>
          <w:tcPr>
            <w:tcW w:w="5302" w:type="dxa"/>
            <w:tcBorders>
              <w:top w:val="single" w:sz="6" w:space="0" w:color="auto"/>
              <w:left w:val="single" w:sz="6" w:space="0" w:color="auto"/>
            </w:tcBorders>
            <w:shd w:val="clear" w:color="auto" w:fill="D9D9D9"/>
            <w:tcMar>
              <w:left w:w="90" w:type="dxa"/>
              <w:right w:w="90" w:type="dxa"/>
            </w:tcMar>
            <w:vAlign w:val="center"/>
          </w:tcPr>
          <w:p w14:paraId="796CF1D3" w14:textId="7CEED95F" w:rsidR="001D319B" w:rsidRPr="007732D2" w:rsidRDefault="001D319B" w:rsidP="007732D2">
            <w:pPr>
              <w:rPr>
                <w:rFonts w:ascii="Calibri" w:eastAsia="Calibri" w:hAnsi="Calibri" w:cs="Calibri"/>
                <w:b/>
                <w:bCs/>
                <w:color w:val="000000"/>
                <w:sz w:val="20"/>
                <w:szCs w:val="20"/>
              </w:rPr>
            </w:pPr>
            <w:permStart w:id="1293026425" w:edGrp="everyone" w:colFirst="1" w:colLast="1"/>
            <w:r w:rsidRPr="007732D2">
              <w:rPr>
                <w:rFonts w:ascii="Microsoft JhengHei" w:eastAsia="Microsoft JhengHei" w:hAnsi="Microsoft JhengHei" w:cs="Microsoft JhengHei"/>
                <w:b/>
                <w:bCs/>
                <w:color w:val="000000"/>
                <w:sz w:val="20"/>
                <w:szCs w:val="20"/>
              </w:rPr>
              <w:t>推薦人：名字 *</w:t>
            </w:r>
          </w:p>
        </w:tc>
        <w:tc>
          <w:tcPr>
            <w:tcW w:w="3690" w:type="dxa"/>
            <w:tcBorders>
              <w:top w:val="single" w:sz="6" w:space="0" w:color="auto"/>
            </w:tcBorders>
          </w:tcPr>
          <w:p w14:paraId="4F3CD7BF" w14:textId="77777777" w:rsidR="001D319B" w:rsidRPr="007732D2" w:rsidRDefault="001D319B" w:rsidP="007732D2">
            <w:pPr>
              <w:jc w:val="both"/>
              <w:rPr>
                <w:rFonts w:ascii="Calibri" w:eastAsia="Calibri" w:hAnsi="Calibri" w:cs="Calibri"/>
                <w:color w:val="000000"/>
                <w:sz w:val="20"/>
                <w:szCs w:val="20"/>
              </w:rPr>
            </w:pPr>
          </w:p>
        </w:tc>
      </w:tr>
      <w:tr w:rsidR="001D319B" w:rsidRPr="007732D2" w14:paraId="6AD831C2" w14:textId="77777777" w:rsidTr="001D319B">
        <w:trPr>
          <w:trHeight w:val="285"/>
        </w:trPr>
        <w:tc>
          <w:tcPr>
            <w:tcW w:w="5302" w:type="dxa"/>
            <w:tcBorders>
              <w:left w:val="single" w:sz="6" w:space="0" w:color="auto"/>
            </w:tcBorders>
            <w:shd w:val="clear" w:color="auto" w:fill="D9D9D9"/>
            <w:tcMar>
              <w:left w:w="90" w:type="dxa"/>
              <w:right w:w="90" w:type="dxa"/>
            </w:tcMar>
            <w:vAlign w:val="center"/>
          </w:tcPr>
          <w:p w14:paraId="09BA71C9" w14:textId="288EC122" w:rsidR="001D319B" w:rsidRPr="007732D2" w:rsidRDefault="001D319B" w:rsidP="007732D2">
            <w:pPr>
              <w:rPr>
                <w:rFonts w:ascii="Calibri" w:eastAsia="Calibri" w:hAnsi="Calibri" w:cs="Calibri"/>
                <w:b/>
                <w:bCs/>
                <w:color w:val="000000"/>
                <w:sz w:val="20"/>
                <w:szCs w:val="20"/>
              </w:rPr>
            </w:pPr>
            <w:permStart w:id="2047498789" w:edGrp="everyone" w:colFirst="1" w:colLast="1"/>
            <w:permEnd w:id="1293026425"/>
            <w:r w:rsidRPr="007732D2">
              <w:rPr>
                <w:rFonts w:ascii="Microsoft JhengHei" w:eastAsia="Microsoft JhengHei" w:hAnsi="Microsoft JhengHei" w:cs="Microsoft JhengHei"/>
                <w:b/>
                <w:bCs/>
                <w:color w:val="000000"/>
                <w:sz w:val="20"/>
                <w:szCs w:val="20"/>
              </w:rPr>
              <w:t>推薦人：姓氏 *</w:t>
            </w:r>
          </w:p>
        </w:tc>
        <w:tc>
          <w:tcPr>
            <w:tcW w:w="3690" w:type="dxa"/>
          </w:tcPr>
          <w:p w14:paraId="4ED9FDBF" w14:textId="77777777" w:rsidR="001D319B" w:rsidRPr="007732D2" w:rsidRDefault="001D319B" w:rsidP="007732D2">
            <w:pPr>
              <w:jc w:val="both"/>
              <w:rPr>
                <w:rFonts w:ascii="Calibri" w:eastAsia="Calibri" w:hAnsi="Calibri" w:cs="Calibri"/>
                <w:color w:val="000000"/>
                <w:sz w:val="20"/>
                <w:szCs w:val="20"/>
              </w:rPr>
            </w:pPr>
          </w:p>
        </w:tc>
      </w:tr>
      <w:tr w:rsidR="001D319B" w:rsidRPr="007732D2" w14:paraId="092C747B" w14:textId="77777777" w:rsidTr="001D319B">
        <w:trPr>
          <w:trHeight w:val="285"/>
        </w:trPr>
        <w:tc>
          <w:tcPr>
            <w:tcW w:w="5302" w:type="dxa"/>
            <w:tcBorders>
              <w:left w:val="single" w:sz="6" w:space="0" w:color="auto"/>
            </w:tcBorders>
            <w:shd w:val="clear" w:color="auto" w:fill="D9D9D9"/>
            <w:tcMar>
              <w:left w:w="90" w:type="dxa"/>
              <w:right w:w="90" w:type="dxa"/>
            </w:tcMar>
            <w:vAlign w:val="center"/>
          </w:tcPr>
          <w:p w14:paraId="02F9C84E" w14:textId="142A0175" w:rsidR="001D319B" w:rsidRPr="007732D2" w:rsidRDefault="001D319B" w:rsidP="007732D2">
            <w:pPr>
              <w:rPr>
                <w:rFonts w:ascii="Microsoft JhengHei" w:eastAsia="Microsoft JhengHei" w:hAnsi="Microsoft JhengHei" w:cs="Microsoft JhengHei"/>
                <w:b/>
                <w:bCs/>
                <w:color w:val="000000"/>
                <w:sz w:val="20"/>
                <w:szCs w:val="20"/>
              </w:rPr>
            </w:pPr>
            <w:permStart w:id="433463211" w:edGrp="everyone" w:colFirst="1" w:colLast="1"/>
            <w:permEnd w:id="2047498789"/>
            <w:r w:rsidRPr="007732D2">
              <w:rPr>
                <w:rFonts w:ascii="Microsoft JhengHei" w:eastAsia="Microsoft JhengHei" w:hAnsi="Microsoft JhengHei" w:cs="Microsoft JhengHei"/>
                <w:b/>
                <w:bCs/>
                <w:color w:val="000000"/>
                <w:sz w:val="20"/>
                <w:szCs w:val="20"/>
              </w:rPr>
              <w:t>推薦人：電郵 *</w:t>
            </w:r>
          </w:p>
        </w:tc>
        <w:tc>
          <w:tcPr>
            <w:tcW w:w="3690" w:type="dxa"/>
          </w:tcPr>
          <w:p w14:paraId="49033118" w14:textId="77777777" w:rsidR="001D319B" w:rsidRPr="007732D2" w:rsidRDefault="001D319B" w:rsidP="007732D2">
            <w:pPr>
              <w:jc w:val="both"/>
              <w:rPr>
                <w:rFonts w:ascii="Calibri" w:eastAsia="Calibri" w:hAnsi="Calibri" w:cs="Calibri"/>
                <w:color w:val="000000"/>
                <w:sz w:val="20"/>
                <w:szCs w:val="20"/>
              </w:rPr>
            </w:pPr>
          </w:p>
        </w:tc>
      </w:tr>
      <w:tr w:rsidR="001D319B" w:rsidRPr="007732D2" w14:paraId="5DA81A15" w14:textId="77777777" w:rsidTr="001D319B">
        <w:trPr>
          <w:trHeight w:val="285"/>
        </w:trPr>
        <w:tc>
          <w:tcPr>
            <w:tcW w:w="5302" w:type="dxa"/>
            <w:tcBorders>
              <w:left w:val="single" w:sz="6" w:space="0" w:color="auto"/>
            </w:tcBorders>
            <w:shd w:val="clear" w:color="auto" w:fill="D9D9D9"/>
            <w:tcMar>
              <w:left w:w="90" w:type="dxa"/>
              <w:right w:w="90" w:type="dxa"/>
            </w:tcMar>
            <w:vAlign w:val="center"/>
          </w:tcPr>
          <w:p w14:paraId="097D4BA2" w14:textId="2893E2DB" w:rsidR="001D319B" w:rsidRPr="007732D2" w:rsidRDefault="001D319B" w:rsidP="007732D2">
            <w:pPr>
              <w:rPr>
                <w:rFonts w:ascii="Calibri" w:eastAsia="Calibri" w:hAnsi="Calibri" w:cs="Calibri"/>
                <w:b/>
                <w:bCs/>
                <w:color w:val="000000"/>
                <w:sz w:val="20"/>
                <w:szCs w:val="20"/>
              </w:rPr>
            </w:pPr>
            <w:permStart w:id="2087081722" w:edGrp="everyone" w:colFirst="1" w:colLast="1"/>
            <w:permEnd w:id="433463211"/>
            <w:r w:rsidRPr="007732D2">
              <w:rPr>
                <w:rFonts w:ascii="Microsoft JhengHei" w:eastAsia="Microsoft JhengHei" w:hAnsi="Microsoft JhengHei" w:cs="Microsoft JhengHei"/>
                <w:b/>
                <w:bCs/>
                <w:color w:val="000000"/>
                <w:sz w:val="20"/>
                <w:szCs w:val="20"/>
              </w:rPr>
              <w:t>推薦人：與申請者的關係 *</w:t>
            </w:r>
          </w:p>
        </w:tc>
        <w:tc>
          <w:tcPr>
            <w:tcW w:w="3690" w:type="dxa"/>
          </w:tcPr>
          <w:p w14:paraId="5F45F22A" w14:textId="77777777" w:rsidR="001D319B" w:rsidRPr="007732D2" w:rsidRDefault="001D319B" w:rsidP="007732D2">
            <w:pPr>
              <w:jc w:val="both"/>
              <w:rPr>
                <w:rFonts w:ascii="Calibri" w:eastAsia="Calibri" w:hAnsi="Calibri" w:cs="Calibri"/>
                <w:color w:val="000000"/>
                <w:sz w:val="20"/>
                <w:szCs w:val="20"/>
              </w:rPr>
            </w:pPr>
          </w:p>
        </w:tc>
      </w:tr>
      <w:tr w:rsidR="001D319B" w:rsidRPr="007732D2" w14:paraId="63E31921" w14:textId="77777777" w:rsidTr="001D319B">
        <w:trPr>
          <w:trHeight w:val="285"/>
        </w:trPr>
        <w:tc>
          <w:tcPr>
            <w:tcW w:w="5302" w:type="dxa"/>
            <w:tcBorders>
              <w:left w:val="single" w:sz="6" w:space="0" w:color="auto"/>
            </w:tcBorders>
            <w:shd w:val="clear" w:color="auto" w:fill="D9D9D9"/>
            <w:tcMar>
              <w:left w:w="90" w:type="dxa"/>
              <w:right w:w="90" w:type="dxa"/>
            </w:tcMar>
            <w:vAlign w:val="center"/>
          </w:tcPr>
          <w:p w14:paraId="14FD8135" w14:textId="4704ADD9" w:rsidR="001D319B" w:rsidRPr="007732D2" w:rsidRDefault="001D319B" w:rsidP="007732D2">
            <w:pPr>
              <w:rPr>
                <w:rFonts w:ascii="Calibri" w:eastAsia="Calibri" w:hAnsi="Calibri" w:cs="Calibri"/>
                <w:color w:val="000000"/>
                <w:sz w:val="20"/>
                <w:szCs w:val="20"/>
              </w:rPr>
            </w:pPr>
            <w:permStart w:id="701439148" w:edGrp="everyone" w:colFirst="1" w:colLast="1"/>
            <w:permEnd w:id="2087081722"/>
            <w:r w:rsidRPr="007732D2">
              <w:rPr>
                <w:rFonts w:ascii="Microsoft JhengHei" w:eastAsia="Microsoft JhengHei" w:hAnsi="Microsoft JhengHei" w:cs="Microsoft JhengHei"/>
                <w:b/>
                <w:bCs/>
                <w:color w:val="000000"/>
                <w:sz w:val="20"/>
                <w:szCs w:val="20"/>
              </w:rPr>
              <w:t>電郵附註</w:t>
            </w:r>
            <w:r w:rsidRPr="007732D2">
              <w:rPr>
                <w:rFonts w:ascii="Microsoft JhengHei" w:eastAsia="Microsoft JhengHei" w:hAnsi="Microsoft JhengHei" w:cs="Microsoft JhengHei"/>
                <w:b/>
                <w:bCs/>
                <w:color w:val="000000"/>
                <w:sz w:val="20"/>
                <w:szCs w:val="20"/>
              </w:rPr>
              <w:br/>
            </w:r>
            <w:r w:rsidRPr="007732D2">
              <w:rPr>
                <w:rFonts w:ascii="MS Gothic" w:eastAsia="MS Gothic" w:hAnsi="MS Gothic" w:cs="MS Gothic" w:hint="eastAsia"/>
                <w:color w:val="000000"/>
                <w:sz w:val="20"/>
                <w:szCs w:val="20"/>
              </w:rPr>
              <w:t>這將包含在發送給您的推薦人的電郵中。</w:t>
            </w:r>
          </w:p>
        </w:tc>
        <w:tc>
          <w:tcPr>
            <w:tcW w:w="3690" w:type="dxa"/>
          </w:tcPr>
          <w:p w14:paraId="58A81F62" w14:textId="05D47CD6" w:rsidR="001D319B" w:rsidRPr="007732D2" w:rsidRDefault="001D319B" w:rsidP="007732D2">
            <w:pPr>
              <w:jc w:val="both"/>
              <w:rPr>
                <w:rFonts w:ascii="Calibri" w:eastAsia="Calibri" w:hAnsi="Calibri" w:cs="Calibri"/>
                <w:color w:val="000000"/>
                <w:sz w:val="20"/>
                <w:szCs w:val="20"/>
              </w:rPr>
            </w:pPr>
          </w:p>
        </w:tc>
      </w:tr>
      <w:tr w:rsidR="001D319B" w:rsidRPr="007732D2" w14:paraId="2F223D67" w14:textId="77777777" w:rsidTr="001D319B">
        <w:trPr>
          <w:trHeight w:val="285"/>
        </w:trPr>
        <w:tc>
          <w:tcPr>
            <w:tcW w:w="5302" w:type="dxa"/>
            <w:tcBorders>
              <w:left w:val="single" w:sz="6" w:space="0" w:color="auto"/>
              <w:bottom w:val="single" w:sz="6" w:space="0" w:color="auto"/>
            </w:tcBorders>
            <w:shd w:val="clear" w:color="auto" w:fill="D9D9D9"/>
            <w:tcMar>
              <w:left w:w="90" w:type="dxa"/>
              <w:right w:w="90" w:type="dxa"/>
            </w:tcMar>
            <w:vAlign w:val="center"/>
          </w:tcPr>
          <w:p w14:paraId="19EF90A2" w14:textId="2225B53F" w:rsidR="001D319B" w:rsidRPr="007732D2" w:rsidRDefault="001D319B" w:rsidP="007732D2">
            <w:pPr>
              <w:rPr>
                <w:rFonts w:ascii="Microsoft JhengHei" w:eastAsia="Microsoft JhengHei" w:hAnsi="Microsoft JhengHei" w:cs="Microsoft JhengHei"/>
                <w:b/>
                <w:bCs/>
                <w:color w:val="000000"/>
                <w:sz w:val="20"/>
                <w:szCs w:val="20"/>
              </w:rPr>
            </w:pPr>
            <w:permStart w:id="532882761" w:edGrp="everyone" w:colFirst="1" w:colLast="1"/>
            <w:permEnd w:id="701439148"/>
            <w:r w:rsidRPr="007732D2">
              <w:rPr>
                <w:rFonts w:ascii="Microsoft JhengHei" w:eastAsia="Microsoft JhengHei" w:hAnsi="Microsoft JhengHei" w:cs="Microsoft JhengHei"/>
                <w:b/>
                <w:bCs/>
                <w:color w:val="000000"/>
                <w:sz w:val="20"/>
                <w:szCs w:val="20"/>
              </w:rPr>
              <w:t>推薦人：職銜與所屬機構 *</w:t>
            </w:r>
          </w:p>
          <w:p w14:paraId="56D5E528" w14:textId="30C9B1DE" w:rsidR="001D319B" w:rsidRPr="007732D2" w:rsidRDefault="001D319B" w:rsidP="007732D2">
            <w:pPr>
              <w:rPr>
                <w:rFonts w:ascii="Calibri" w:eastAsia="Calibri" w:hAnsi="Calibri" w:cs="Calibri"/>
                <w:color w:val="000000"/>
                <w:sz w:val="20"/>
                <w:szCs w:val="20"/>
              </w:rPr>
            </w:pPr>
            <w:r w:rsidRPr="007732D2">
              <w:rPr>
                <w:rFonts w:ascii="Microsoft JhengHei" w:eastAsia="Microsoft JhengHei" w:hAnsi="Microsoft JhengHei" w:cs="Microsoft JhengHei"/>
                <w:color w:val="000000"/>
                <w:sz w:val="20"/>
                <w:szCs w:val="20"/>
              </w:rPr>
              <w:t>示例：當代藝術博物館館長。若推薦人無機構隸屬關係，請註明其專業身份，例如：「策展人」或「退休教授」。</w:t>
            </w:r>
            <w:r w:rsidRPr="007732D2">
              <w:rPr>
                <w:rFonts w:ascii="MS Gothic" w:eastAsia="MS Gothic" w:hAnsi="MS Gothic" w:cs="MS Gothic" w:hint="eastAsia"/>
                <w:color w:val="000000"/>
                <w:sz w:val="20"/>
                <w:szCs w:val="20"/>
              </w:rPr>
              <w:t>）</w:t>
            </w:r>
          </w:p>
        </w:tc>
        <w:tc>
          <w:tcPr>
            <w:tcW w:w="3690" w:type="dxa"/>
            <w:tcBorders>
              <w:bottom w:val="single" w:sz="6" w:space="0" w:color="auto"/>
            </w:tcBorders>
          </w:tcPr>
          <w:p w14:paraId="35E19F02" w14:textId="77777777" w:rsidR="001D319B" w:rsidRPr="007732D2" w:rsidRDefault="001D319B" w:rsidP="007732D2">
            <w:pPr>
              <w:jc w:val="both"/>
              <w:rPr>
                <w:rFonts w:ascii="Calibri" w:eastAsia="Calibri" w:hAnsi="Calibri" w:cs="Calibri"/>
                <w:color w:val="000000"/>
                <w:sz w:val="20"/>
                <w:szCs w:val="20"/>
              </w:rPr>
            </w:pPr>
          </w:p>
        </w:tc>
      </w:tr>
      <w:permEnd w:id="532882761"/>
    </w:tbl>
    <w:p w14:paraId="06BB3D10" w14:textId="77777777" w:rsidR="00A04D72" w:rsidRPr="006026E8" w:rsidRDefault="00A04D72" w:rsidP="00BC1551">
      <w:pPr>
        <w:pStyle w:val="NormalWeb"/>
        <w:spacing w:before="0" w:beforeAutospacing="0" w:after="0" w:afterAutospacing="0"/>
        <w:rPr>
          <w:rFonts w:ascii="Microsoft JhengHei UI" w:eastAsia="Microsoft JhengHei UI" w:hAnsi="Microsoft JhengHei UI"/>
          <w:color w:val="000000"/>
          <w:lang w:val="en-US"/>
        </w:rPr>
      </w:pPr>
    </w:p>
    <w:p w14:paraId="27E67C1E" w14:textId="160D50E2" w:rsidR="00BC1551" w:rsidRPr="00C2467C" w:rsidRDefault="00747521" w:rsidP="00BC1551">
      <w:pPr>
        <w:pStyle w:val="Heading3"/>
        <w:spacing w:before="0"/>
        <w:rPr>
          <w:rFonts w:ascii="Microsoft JhengHei UI" w:eastAsia="Microsoft JhengHei UI" w:hAnsi="Microsoft JhengHei UI"/>
          <w:color w:val="000000" w:themeColor="text1"/>
          <w:sz w:val="24"/>
          <w:szCs w:val="24"/>
          <w:u w:val="single"/>
          <w:lang w:eastAsia="zh-TW"/>
        </w:rPr>
      </w:pPr>
      <w:r w:rsidRPr="00C2467C">
        <w:rPr>
          <w:rFonts w:ascii="Microsoft JhengHei UI" w:eastAsia="Microsoft JhengHei UI" w:hAnsi="Microsoft JhengHei UI"/>
          <w:color w:val="000000" w:themeColor="text1"/>
          <w:sz w:val="24"/>
          <w:szCs w:val="24"/>
          <w:u w:val="single"/>
          <w:lang w:eastAsia="zh-TW"/>
        </w:rPr>
        <w:lastRenderedPageBreak/>
        <w:t>專業聯絡人</w:t>
      </w:r>
    </w:p>
    <w:p w14:paraId="5DE8A635" w14:textId="49FD626D" w:rsidR="00BC1551" w:rsidRPr="00344BA7" w:rsidRDefault="00BC1551" w:rsidP="001D319B">
      <w:pPr>
        <w:pStyle w:val="NormalWeb"/>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t>請提供兩位</w:t>
      </w:r>
      <w:r w:rsidR="00747521" w:rsidRPr="00344BA7">
        <w:rPr>
          <w:rFonts w:ascii="Microsoft JhengHei UI" w:eastAsia="Microsoft JhengHei UI" w:hAnsi="Microsoft JhengHei UI" w:cs="PingFang TC" w:hint="eastAsia"/>
          <w:color w:val="000000"/>
          <w:sz w:val="20"/>
          <w:szCs w:val="20"/>
        </w:rPr>
        <w:t>專業聯絡人</w:t>
      </w:r>
      <w:r w:rsidRPr="00344BA7">
        <w:rPr>
          <w:rFonts w:ascii="Microsoft JhengHei UI" w:eastAsia="Microsoft JhengHei UI" w:hAnsi="Microsoft JhengHei UI" w:cs="PingFang TC" w:hint="eastAsia"/>
          <w:color w:val="000000"/>
          <w:sz w:val="20"/>
          <w:szCs w:val="20"/>
        </w:rPr>
        <w:t>，</w:t>
      </w:r>
      <w:r w:rsidRPr="00344BA7">
        <w:rPr>
          <w:rFonts w:ascii="Microsoft JhengHei UI" w:eastAsia="Microsoft JhengHei UI" w:hAnsi="Microsoft JhengHei UI"/>
          <w:color w:val="000000"/>
          <w:sz w:val="20"/>
          <w:szCs w:val="20"/>
        </w:rPr>
        <w:t xml:space="preserve">ACC </w:t>
      </w:r>
      <w:r w:rsidRPr="00344BA7">
        <w:rPr>
          <w:rFonts w:ascii="Microsoft JhengHei UI" w:eastAsia="Microsoft JhengHei UI" w:hAnsi="Microsoft JhengHei UI" w:cs="PingFang TC" w:hint="eastAsia"/>
          <w:color w:val="000000"/>
          <w:sz w:val="20"/>
          <w:szCs w:val="20"/>
        </w:rPr>
        <w:t>代表可與其聯絡，以了解申請者</w:t>
      </w:r>
      <w:r w:rsidRPr="00344BA7">
        <w:rPr>
          <w:rFonts w:ascii="Microsoft JhengHei UI" w:eastAsia="Microsoft JhengHei UI" w:hAnsi="Microsoft JhengHei UI" w:cs="PingFang TC"/>
          <w:color w:val="000000"/>
          <w:sz w:val="20"/>
          <w:szCs w:val="20"/>
          <w:lang w:eastAsia="zh-HK"/>
        </w:rPr>
        <w:t>進行獎助計畫</w:t>
      </w:r>
      <w:r w:rsidRPr="00344BA7">
        <w:rPr>
          <w:rFonts w:ascii="Microsoft JhengHei UI" w:eastAsia="Microsoft JhengHei UI" w:hAnsi="Microsoft JhengHei UI" w:cs="PingFang TC" w:hint="eastAsia"/>
          <w:color w:val="000000"/>
          <w:sz w:val="20"/>
          <w:szCs w:val="20"/>
        </w:rPr>
        <w:t>的能力。請注意：</w:t>
      </w:r>
    </w:p>
    <w:p w14:paraId="413D24EF" w14:textId="57D84FB1" w:rsidR="00BC1551" w:rsidRPr="00344BA7" w:rsidRDefault="00747521" w:rsidP="005245F9">
      <w:pPr>
        <w:pStyle w:val="NormalWeb"/>
        <w:numPr>
          <w:ilvl w:val="0"/>
          <w:numId w:val="14"/>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b/>
          <w:bCs/>
          <w:color w:val="000000"/>
          <w:sz w:val="20"/>
          <w:szCs w:val="20"/>
        </w:rPr>
        <w:t>專業聯絡人</w:t>
      </w:r>
      <w:r w:rsidR="00BC1551" w:rsidRPr="00344BA7">
        <w:rPr>
          <w:rFonts w:ascii="Microsoft JhengHei UI" w:eastAsia="Microsoft JhengHei UI" w:hAnsi="Microsoft JhengHei UI" w:cs="PingFang TC" w:hint="eastAsia"/>
          <w:b/>
          <w:bCs/>
          <w:color w:val="000000"/>
          <w:sz w:val="20"/>
          <w:szCs w:val="20"/>
        </w:rPr>
        <w:t>不得為</w:t>
      </w:r>
      <w:r w:rsidR="00BC1551" w:rsidRPr="00344BA7">
        <w:rPr>
          <w:rFonts w:ascii="Microsoft JhengHei UI" w:eastAsia="Microsoft JhengHei UI" w:hAnsi="Microsoft JhengHei UI"/>
          <w:b/>
          <w:bCs/>
          <w:color w:val="000000"/>
          <w:sz w:val="20"/>
          <w:szCs w:val="20"/>
        </w:rPr>
        <w:t xml:space="preserve"> ACC </w:t>
      </w:r>
      <w:r w:rsidR="00BC1551" w:rsidRPr="00344BA7">
        <w:rPr>
          <w:rFonts w:ascii="Microsoft JhengHei UI" w:eastAsia="Microsoft JhengHei UI" w:hAnsi="Microsoft JhengHei UI" w:cs="PingFang TC" w:hint="eastAsia"/>
          <w:b/>
          <w:bCs/>
          <w:color w:val="000000"/>
          <w:sz w:val="20"/>
          <w:szCs w:val="20"/>
        </w:rPr>
        <w:t>的董事、員工或捐款人</w:t>
      </w:r>
      <w:r w:rsidR="00BC1551" w:rsidRPr="00344BA7">
        <w:rPr>
          <w:rFonts w:ascii="Microsoft JhengHei UI" w:eastAsia="Microsoft JhengHei UI" w:hAnsi="Microsoft JhengHei UI" w:cs="PingFang TC" w:hint="eastAsia"/>
          <w:color w:val="000000"/>
          <w:sz w:val="20"/>
          <w:szCs w:val="20"/>
        </w:rPr>
        <w:t>（參見下方的「利益衝突」聲明）。</w:t>
      </w:r>
    </w:p>
    <w:p w14:paraId="61BEB66B" w14:textId="705B349F" w:rsidR="00BC1551" w:rsidRPr="00344BA7" w:rsidRDefault="00747521" w:rsidP="005245F9">
      <w:pPr>
        <w:pStyle w:val="NormalWeb"/>
        <w:numPr>
          <w:ilvl w:val="0"/>
          <w:numId w:val="14"/>
        </w:numPr>
        <w:spacing w:before="0" w:beforeAutospacing="0" w:after="0" w:afterAutospacing="0"/>
        <w:rPr>
          <w:rFonts w:ascii="Microsoft JhengHei UI" w:eastAsia="Microsoft JhengHei UI" w:hAnsi="Microsoft JhengHei UI"/>
          <w:b/>
          <w:bCs/>
          <w:color w:val="000000"/>
          <w:sz w:val="20"/>
          <w:szCs w:val="20"/>
        </w:rPr>
      </w:pPr>
      <w:r w:rsidRPr="00344BA7">
        <w:rPr>
          <w:rFonts w:ascii="Microsoft JhengHei UI" w:eastAsia="Microsoft JhengHei UI" w:hAnsi="Microsoft JhengHei UI" w:cs="PingFang TC" w:hint="eastAsia"/>
          <w:b/>
          <w:bCs/>
          <w:color w:val="000000"/>
          <w:sz w:val="20"/>
          <w:szCs w:val="20"/>
        </w:rPr>
        <w:t>專業聯絡人</w:t>
      </w:r>
      <w:r w:rsidR="00BC1551" w:rsidRPr="00344BA7">
        <w:rPr>
          <w:rFonts w:ascii="Microsoft JhengHei UI" w:eastAsia="Microsoft JhengHei UI" w:hAnsi="Microsoft JhengHei UI" w:cs="PingFang TC" w:hint="eastAsia"/>
          <w:b/>
          <w:bCs/>
          <w:color w:val="000000"/>
          <w:sz w:val="20"/>
          <w:szCs w:val="20"/>
        </w:rPr>
        <w:t>不得與上方提供的推薦人為同一人。</w:t>
      </w:r>
    </w:p>
    <w:p w14:paraId="1C2F3655" w14:textId="77777777" w:rsidR="00A56BC9" w:rsidRDefault="00A56BC9" w:rsidP="00A56BC9">
      <w:pPr>
        <w:pStyle w:val="NormalWeb"/>
        <w:spacing w:before="0" w:beforeAutospacing="0" w:after="0" w:afterAutospacing="0"/>
        <w:rPr>
          <w:rFonts w:ascii="Microsoft JhengHei UI" w:eastAsia="Microsoft JhengHei UI" w:hAnsi="Microsoft JhengHei UI" w:cs="PingFang TC"/>
          <w:b/>
          <w:bCs/>
          <w:color w:val="000000"/>
          <w:lang w:val="en-US"/>
        </w:rPr>
      </w:pPr>
    </w:p>
    <w:tbl>
      <w:tblPr>
        <w:tblStyle w:val="TableGrid"/>
        <w:tblW w:w="9175" w:type="dxa"/>
        <w:tblLook w:val="04A0" w:firstRow="1" w:lastRow="0" w:firstColumn="1" w:lastColumn="0" w:noHBand="0" w:noVBand="1"/>
      </w:tblPr>
      <w:tblGrid>
        <w:gridCol w:w="4587"/>
        <w:gridCol w:w="4588"/>
      </w:tblGrid>
      <w:tr w:rsidR="00A56BC9" w14:paraId="119FE7DD" w14:textId="77777777" w:rsidTr="00AF4983">
        <w:tc>
          <w:tcPr>
            <w:tcW w:w="4587" w:type="dxa"/>
            <w:shd w:val="clear" w:color="auto" w:fill="D9D9D9" w:themeFill="background1" w:themeFillShade="D9"/>
          </w:tcPr>
          <w:p w14:paraId="65239E49" w14:textId="7D1FBBF9"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2"/>
                <w:szCs w:val="22"/>
              </w:rPr>
            </w:pPr>
            <w:permStart w:id="1110145810" w:edGrp="everyone" w:colFirst="1" w:colLast="1"/>
            <w:permStart w:id="1711620863" w:edGrp="everyone" w:colFirst="0" w:colLast="0"/>
            <w:r w:rsidRPr="00A56BC9">
              <w:rPr>
                <w:rFonts w:ascii="Microsoft JhengHei UI" w:eastAsia="Microsoft JhengHei UI" w:hAnsi="Microsoft JhengHei UI" w:cs="MS Mincho" w:hint="eastAsia"/>
                <w:b/>
                <w:bCs/>
                <w:sz w:val="22"/>
                <w:szCs w:val="22"/>
              </w:rPr>
              <w:t>專業聯絡人</w:t>
            </w:r>
            <w:r w:rsidRPr="00A56BC9">
              <w:rPr>
                <w:rFonts w:ascii="Microsoft JhengHei UI" w:eastAsia="Microsoft JhengHei UI" w:hAnsi="Microsoft JhengHei UI" w:hint="eastAsia"/>
                <w:b/>
                <w:bCs/>
                <w:sz w:val="22"/>
                <w:szCs w:val="22"/>
              </w:rPr>
              <w:t>1</w:t>
            </w:r>
          </w:p>
        </w:tc>
        <w:tc>
          <w:tcPr>
            <w:tcW w:w="4588" w:type="dxa"/>
            <w:shd w:val="clear" w:color="auto" w:fill="D9D9D9" w:themeFill="background1" w:themeFillShade="D9"/>
          </w:tcPr>
          <w:p w14:paraId="227C323C" w14:textId="457B4667"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2"/>
                <w:szCs w:val="22"/>
              </w:rPr>
            </w:pPr>
            <w:r w:rsidRPr="00A56BC9">
              <w:rPr>
                <w:rFonts w:ascii="Microsoft JhengHei UI" w:eastAsia="Microsoft JhengHei UI" w:hAnsi="Microsoft JhengHei UI" w:cs="MS Mincho" w:hint="eastAsia"/>
                <w:b/>
                <w:bCs/>
                <w:sz w:val="22"/>
                <w:szCs w:val="22"/>
              </w:rPr>
              <w:t>專業聯絡人</w:t>
            </w:r>
            <w:r w:rsidRPr="00A56BC9">
              <w:rPr>
                <w:rFonts w:ascii="Microsoft JhengHei UI" w:eastAsia="Microsoft JhengHei UI" w:hAnsi="Microsoft JhengHei UI" w:hint="eastAsia"/>
                <w:b/>
                <w:bCs/>
                <w:sz w:val="22"/>
                <w:szCs w:val="22"/>
              </w:rPr>
              <w:t>2</w:t>
            </w:r>
          </w:p>
        </w:tc>
      </w:tr>
      <w:tr w:rsidR="00A56BC9" w14:paraId="63FDBAFF" w14:textId="77777777" w:rsidTr="00AF4983">
        <w:tc>
          <w:tcPr>
            <w:tcW w:w="4587" w:type="dxa"/>
          </w:tcPr>
          <w:p w14:paraId="56831CC5" w14:textId="68D7312B"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permStart w:id="223166614" w:edGrp="everyone" w:colFirst="1" w:colLast="1"/>
            <w:permStart w:id="1041443707" w:edGrp="everyone" w:colFirst="0" w:colLast="0"/>
            <w:permEnd w:id="1110145810"/>
            <w:permEnd w:id="1711620863"/>
            <w:r w:rsidRPr="00AF4983">
              <w:rPr>
                <w:rFonts w:ascii="Microsoft JhengHei UI" w:eastAsia="Microsoft JhengHei UI" w:hAnsi="Microsoft JhengHei UI" w:cs="MS Mincho" w:hint="eastAsia"/>
                <w:b/>
                <w:bCs/>
                <w:sz w:val="20"/>
                <w:szCs w:val="20"/>
              </w:rPr>
              <w:t>名字＊</w:t>
            </w:r>
            <w:r w:rsidRPr="00A56BC9">
              <w:rPr>
                <w:rFonts w:ascii="Microsoft JhengHei UI" w:eastAsia="Microsoft JhengHei UI" w:hAnsi="Microsoft JhengHei UI" w:cs="MS Mincho" w:hint="eastAsia"/>
                <w:sz w:val="20"/>
                <w:szCs w:val="20"/>
              </w:rPr>
              <w:t>：</w:t>
            </w:r>
          </w:p>
        </w:tc>
        <w:tc>
          <w:tcPr>
            <w:tcW w:w="4588" w:type="dxa"/>
          </w:tcPr>
          <w:p w14:paraId="7EF3A494" w14:textId="228628A6"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r w:rsidRPr="00AF4983">
              <w:rPr>
                <w:rFonts w:ascii="Microsoft JhengHei UI" w:eastAsia="Microsoft JhengHei UI" w:hAnsi="Microsoft JhengHei UI" w:cs="MS Mincho" w:hint="eastAsia"/>
                <w:b/>
                <w:bCs/>
                <w:sz w:val="20"/>
                <w:szCs w:val="20"/>
              </w:rPr>
              <w:t>名字＊</w:t>
            </w:r>
            <w:r w:rsidRPr="00A56BC9">
              <w:rPr>
                <w:rFonts w:ascii="Microsoft JhengHei UI" w:eastAsia="Microsoft JhengHei UI" w:hAnsi="Microsoft JhengHei UI" w:cs="MS Mincho" w:hint="eastAsia"/>
                <w:sz w:val="20"/>
                <w:szCs w:val="20"/>
              </w:rPr>
              <w:t>：</w:t>
            </w:r>
          </w:p>
        </w:tc>
      </w:tr>
      <w:tr w:rsidR="00A56BC9" w14:paraId="3E61D608" w14:textId="77777777" w:rsidTr="00AF4983">
        <w:tc>
          <w:tcPr>
            <w:tcW w:w="4587" w:type="dxa"/>
          </w:tcPr>
          <w:p w14:paraId="3E8EC860" w14:textId="022892F6"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permStart w:id="345665820" w:edGrp="everyone" w:colFirst="1" w:colLast="1"/>
            <w:permStart w:id="1523198483" w:edGrp="everyone" w:colFirst="0" w:colLast="0"/>
            <w:permEnd w:id="223166614"/>
            <w:permEnd w:id="1041443707"/>
            <w:r w:rsidRPr="00AF4983">
              <w:rPr>
                <w:rFonts w:ascii="Microsoft JhengHei UI" w:eastAsia="Microsoft JhengHei UI" w:hAnsi="Microsoft JhengHei UI" w:cs="MS Mincho" w:hint="eastAsia"/>
                <w:b/>
                <w:bCs/>
                <w:sz w:val="20"/>
                <w:szCs w:val="20"/>
              </w:rPr>
              <w:t>姓氏＊</w:t>
            </w:r>
            <w:r w:rsidRPr="00A56BC9">
              <w:rPr>
                <w:rFonts w:ascii="Microsoft JhengHei UI" w:eastAsia="Microsoft JhengHei UI" w:hAnsi="Microsoft JhengHei UI" w:cs="MS Mincho" w:hint="eastAsia"/>
                <w:sz w:val="20"/>
                <w:szCs w:val="20"/>
              </w:rPr>
              <w:t>：</w:t>
            </w:r>
          </w:p>
        </w:tc>
        <w:tc>
          <w:tcPr>
            <w:tcW w:w="4588" w:type="dxa"/>
          </w:tcPr>
          <w:p w14:paraId="06A9E278" w14:textId="699A87A9"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r w:rsidRPr="00AF4983">
              <w:rPr>
                <w:rFonts w:ascii="Microsoft JhengHei UI" w:eastAsia="Microsoft JhengHei UI" w:hAnsi="Microsoft JhengHei UI" w:cs="MS Mincho" w:hint="eastAsia"/>
                <w:b/>
                <w:bCs/>
                <w:sz w:val="20"/>
                <w:szCs w:val="20"/>
              </w:rPr>
              <w:t>姓氏＊</w:t>
            </w:r>
            <w:r w:rsidRPr="00A56BC9">
              <w:rPr>
                <w:rFonts w:ascii="Microsoft JhengHei UI" w:eastAsia="Microsoft JhengHei UI" w:hAnsi="Microsoft JhengHei UI" w:cs="MS Mincho" w:hint="eastAsia"/>
                <w:sz w:val="20"/>
                <w:szCs w:val="20"/>
              </w:rPr>
              <w:t>：</w:t>
            </w:r>
          </w:p>
        </w:tc>
      </w:tr>
      <w:tr w:rsidR="00A56BC9" w14:paraId="3F946C08" w14:textId="77777777" w:rsidTr="00AF4983">
        <w:tc>
          <w:tcPr>
            <w:tcW w:w="4587" w:type="dxa"/>
          </w:tcPr>
          <w:p w14:paraId="568F7D1D" w14:textId="77777777" w:rsidR="00A56BC9" w:rsidRPr="00A56BC9" w:rsidRDefault="00A56BC9" w:rsidP="00A56BC9">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897255185" w:edGrp="everyone" w:colFirst="1" w:colLast="1"/>
            <w:permStart w:id="1748254536" w:edGrp="everyone" w:colFirst="0" w:colLast="0"/>
            <w:permEnd w:id="345665820"/>
            <w:permEnd w:id="1523198483"/>
            <w:r w:rsidRPr="00AF4983">
              <w:rPr>
                <w:rFonts w:ascii="Microsoft JhengHei UI" w:eastAsia="Microsoft JhengHei UI" w:hAnsi="Microsoft JhengHei UI" w:cs="Microsoft JhengHei"/>
                <w:b/>
                <w:bCs/>
                <w:color w:val="000000"/>
                <w:sz w:val="20"/>
                <w:szCs w:val="20"/>
                <w:lang w:eastAsia="zh-TW"/>
              </w:rPr>
              <w:t>職銜與所屬機構＊</w:t>
            </w:r>
            <w:r w:rsidRPr="00A56BC9">
              <w:rPr>
                <w:rFonts w:ascii="Microsoft JhengHei UI" w:eastAsia="Microsoft JhengHei UI" w:hAnsi="Microsoft JhengHei UI" w:cs="MS Gothic" w:hint="eastAsia"/>
                <w:color w:val="000000"/>
                <w:sz w:val="20"/>
                <w:szCs w:val="20"/>
                <w:lang w:eastAsia="zh-TW"/>
              </w:rPr>
              <w:t>：</w:t>
            </w:r>
          </w:p>
          <w:p w14:paraId="4A5CD2D6" w14:textId="59BFB6CC"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r w:rsidRPr="00A56BC9">
              <w:rPr>
                <w:rFonts w:ascii="Microsoft JhengHei UI" w:eastAsia="Microsoft JhengHei UI" w:hAnsi="Microsoft JhengHei UI" w:cs="MS Gothic" w:hint="eastAsia"/>
                <w:color w:val="000000"/>
                <w:sz w:val="20"/>
                <w:szCs w:val="20"/>
              </w:rPr>
              <w:t>示例：當代藝術博物館館長。若無機構隸屬關係，請註明其專業身份，例如：「策展人」或「退休教授」。</w:t>
            </w:r>
          </w:p>
        </w:tc>
        <w:tc>
          <w:tcPr>
            <w:tcW w:w="4588" w:type="dxa"/>
          </w:tcPr>
          <w:p w14:paraId="4FE181C3" w14:textId="77777777" w:rsidR="00A56BC9" w:rsidRPr="00A56BC9" w:rsidRDefault="00A56BC9" w:rsidP="00A56BC9">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AF4983">
              <w:rPr>
                <w:rFonts w:ascii="Microsoft JhengHei UI" w:eastAsia="Microsoft JhengHei UI" w:hAnsi="Microsoft JhengHei UI" w:cs="Microsoft JhengHei"/>
                <w:b/>
                <w:bCs/>
                <w:color w:val="000000"/>
                <w:sz w:val="20"/>
                <w:szCs w:val="20"/>
                <w:lang w:eastAsia="zh-TW"/>
              </w:rPr>
              <w:t>職銜與所屬機構＊</w:t>
            </w:r>
            <w:r w:rsidRPr="00A56BC9">
              <w:rPr>
                <w:rFonts w:ascii="Microsoft JhengHei UI" w:eastAsia="Microsoft JhengHei UI" w:hAnsi="Microsoft JhengHei UI" w:cs="MS Gothic" w:hint="eastAsia"/>
                <w:color w:val="000000"/>
                <w:sz w:val="20"/>
                <w:szCs w:val="20"/>
                <w:lang w:eastAsia="zh-TW"/>
              </w:rPr>
              <w:t>：</w:t>
            </w:r>
          </w:p>
          <w:p w14:paraId="66114517" w14:textId="193BF5AD"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r w:rsidRPr="00A56BC9">
              <w:rPr>
                <w:rFonts w:ascii="Microsoft JhengHei UI" w:eastAsia="Microsoft JhengHei UI" w:hAnsi="Microsoft JhengHei UI" w:cs="MS Gothic" w:hint="eastAsia"/>
                <w:color w:val="000000"/>
                <w:sz w:val="20"/>
                <w:szCs w:val="20"/>
              </w:rPr>
              <w:t>示例：當代藝術博物館館長。若無機構隸屬關係，請註明其專業身份，例如：「策展人」或「退休教授」。</w:t>
            </w:r>
          </w:p>
        </w:tc>
      </w:tr>
      <w:tr w:rsidR="00A56BC9" w14:paraId="321E25BA" w14:textId="77777777" w:rsidTr="00AF4983">
        <w:tc>
          <w:tcPr>
            <w:tcW w:w="4587" w:type="dxa"/>
            <w:vAlign w:val="center"/>
          </w:tcPr>
          <w:p w14:paraId="3C013F3B" w14:textId="395B17C0"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permStart w:id="519661955" w:edGrp="everyone" w:colFirst="1" w:colLast="1"/>
            <w:permStart w:id="1714317384" w:edGrp="everyone" w:colFirst="0" w:colLast="0"/>
            <w:permEnd w:id="897255185"/>
            <w:permEnd w:id="1748254536"/>
            <w:r w:rsidRPr="00AF4983">
              <w:rPr>
                <w:rFonts w:ascii="Microsoft JhengHei UI" w:eastAsia="Microsoft JhengHei UI" w:hAnsi="Microsoft JhengHei UI" w:cs="Microsoft JhengHei"/>
                <w:b/>
                <w:bCs/>
                <w:color w:val="000000"/>
                <w:sz w:val="20"/>
                <w:szCs w:val="20"/>
              </w:rPr>
              <w:t>與申請者的關係</w:t>
            </w:r>
            <w:r w:rsidRPr="00AF4983">
              <w:rPr>
                <w:rFonts w:ascii="Microsoft JhengHei UI" w:eastAsia="Microsoft JhengHei UI" w:hAnsi="Microsoft JhengHei UI" w:cs="MS Gothic" w:hint="eastAsia"/>
                <w:b/>
                <w:bCs/>
                <w:color w:val="000000"/>
                <w:sz w:val="20"/>
                <w:szCs w:val="20"/>
              </w:rPr>
              <w:t>＊</w:t>
            </w:r>
            <w:r w:rsidRPr="00A56BC9">
              <w:rPr>
                <w:rFonts w:ascii="Microsoft JhengHei UI" w:eastAsia="Microsoft JhengHei UI" w:hAnsi="Microsoft JhengHei UI" w:cs="MS Gothic" w:hint="eastAsia"/>
                <w:color w:val="000000"/>
                <w:sz w:val="20"/>
                <w:szCs w:val="20"/>
              </w:rPr>
              <w:t>：</w:t>
            </w:r>
          </w:p>
        </w:tc>
        <w:tc>
          <w:tcPr>
            <w:tcW w:w="4588" w:type="dxa"/>
            <w:vAlign w:val="center"/>
          </w:tcPr>
          <w:p w14:paraId="16E3897C" w14:textId="1B7CB307"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r w:rsidRPr="00AF4983">
              <w:rPr>
                <w:rFonts w:ascii="Microsoft JhengHei UI" w:eastAsia="Microsoft JhengHei UI" w:hAnsi="Microsoft JhengHei UI" w:cs="Microsoft JhengHei"/>
                <w:b/>
                <w:bCs/>
                <w:color w:val="000000"/>
                <w:sz w:val="20"/>
                <w:szCs w:val="20"/>
              </w:rPr>
              <w:t>與申請者的關係</w:t>
            </w:r>
            <w:r w:rsidRPr="00AF4983">
              <w:rPr>
                <w:rFonts w:ascii="Microsoft JhengHei UI" w:eastAsia="Microsoft JhengHei UI" w:hAnsi="Microsoft JhengHei UI" w:cs="MS Gothic" w:hint="eastAsia"/>
                <w:b/>
                <w:bCs/>
                <w:color w:val="000000"/>
                <w:sz w:val="20"/>
                <w:szCs w:val="20"/>
              </w:rPr>
              <w:t>＊</w:t>
            </w:r>
            <w:r w:rsidRPr="00A56BC9">
              <w:rPr>
                <w:rFonts w:ascii="Microsoft JhengHei UI" w:eastAsia="Microsoft JhengHei UI" w:hAnsi="Microsoft JhengHei UI" w:cs="MS Gothic" w:hint="eastAsia"/>
                <w:color w:val="000000"/>
                <w:sz w:val="20"/>
                <w:szCs w:val="20"/>
              </w:rPr>
              <w:t>：</w:t>
            </w:r>
          </w:p>
        </w:tc>
      </w:tr>
      <w:tr w:rsidR="00A56BC9" w14:paraId="620F60B6" w14:textId="77777777" w:rsidTr="00AF4983">
        <w:tc>
          <w:tcPr>
            <w:tcW w:w="4587" w:type="dxa"/>
            <w:vAlign w:val="center"/>
          </w:tcPr>
          <w:p w14:paraId="499A1594" w14:textId="492F1B55"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permStart w:id="57964375" w:edGrp="everyone" w:colFirst="1" w:colLast="1"/>
            <w:permStart w:id="2048739732" w:edGrp="everyone" w:colFirst="0" w:colLast="0"/>
            <w:permEnd w:id="519661955"/>
            <w:permEnd w:id="1714317384"/>
            <w:r w:rsidRPr="00AF4983">
              <w:rPr>
                <w:rFonts w:ascii="Microsoft JhengHei UI" w:eastAsia="Microsoft JhengHei UI" w:hAnsi="Microsoft JhengHei UI" w:cs="Microsoft JhengHei"/>
                <w:b/>
                <w:bCs/>
                <w:color w:val="000000"/>
                <w:sz w:val="20"/>
                <w:szCs w:val="20"/>
              </w:rPr>
              <w:t>電郵</w:t>
            </w:r>
            <w:r w:rsidRPr="00AF4983">
              <w:rPr>
                <w:rFonts w:ascii="Microsoft JhengHei UI" w:eastAsia="Microsoft JhengHei UI" w:hAnsi="Microsoft JhengHei UI" w:cs="MS Gothic" w:hint="eastAsia"/>
                <w:b/>
                <w:bCs/>
                <w:color w:val="000000"/>
                <w:sz w:val="20"/>
                <w:szCs w:val="20"/>
              </w:rPr>
              <w:t>＊</w:t>
            </w:r>
            <w:r w:rsidRPr="00A56BC9">
              <w:rPr>
                <w:rFonts w:ascii="Microsoft JhengHei UI" w:eastAsia="Microsoft JhengHei UI" w:hAnsi="Microsoft JhengHei UI" w:cs="MS Gothic" w:hint="eastAsia"/>
                <w:color w:val="000000"/>
                <w:sz w:val="20"/>
                <w:szCs w:val="20"/>
              </w:rPr>
              <w:t>：</w:t>
            </w:r>
          </w:p>
        </w:tc>
        <w:tc>
          <w:tcPr>
            <w:tcW w:w="4588" w:type="dxa"/>
            <w:vAlign w:val="center"/>
          </w:tcPr>
          <w:p w14:paraId="373AB3C5" w14:textId="2F387A8D" w:rsidR="00A56BC9" w:rsidRPr="00A56BC9" w:rsidRDefault="00A56BC9" w:rsidP="00A56BC9">
            <w:pPr>
              <w:pStyle w:val="NormalWeb"/>
              <w:spacing w:before="0" w:beforeAutospacing="0" w:after="0" w:afterAutospacing="0"/>
              <w:rPr>
                <w:rFonts w:ascii="Microsoft JhengHei UI" w:eastAsia="Microsoft JhengHei UI" w:hAnsi="Microsoft JhengHei UI"/>
                <w:b/>
                <w:bCs/>
                <w:color w:val="000000"/>
                <w:sz w:val="20"/>
                <w:szCs w:val="20"/>
              </w:rPr>
            </w:pPr>
            <w:r w:rsidRPr="00AF4983">
              <w:rPr>
                <w:rFonts w:ascii="Microsoft JhengHei UI" w:eastAsia="Microsoft JhengHei UI" w:hAnsi="Microsoft JhengHei UI" w:cs="Microsoft JhengHei"/>
                <w:b/>
                <w:bCs/>
                <w:color w:val="000000"/>
                <w:sz w:val="20"/>
                <w:szCs w:val="20"/>
              </w:rPr>
              <w:t>電郵</w:t>
            </w:r>
            <w:r w:rsidRPr="00AF4983">
              <w:rPr>
                <w:rFonts w:ascii="Microsoft JhengHei UI" w:eastAsia="Microsoft JhengHei UI" w:hAnsi="Microsoft JhengHei UI" w:cs="MS Gothic" w:hint="eastAsia"/>
                <w:b/>
                <w:bCs/>
                <w:color w:val="000000"/>
                <w:sz w:val="20"/>
                <w:szCs w:val="20"/>
              </w:rPr>
              <w:t>＊</w:t>
            </w:r>
            <w:r w:rsidRPr="00A56BC9">
              <w:rPr>
                <w:rFonts w:ascii="Microsoft JhengHei UI" w:eastAsia="Microsoft JhengHei UI" w:hAnsi="Microsoft JhengHei UI" w:cs="MS Gothic" w:hint="eastAsia"/>
                <w:color w:val="000000"/>
                <w:sz w:val="20"/>
                <w:szCs w:val="20"/>
              </w:rPr>
              <w:t>：</w:t>
            </w:r>
          </w:p>
        </w:tc>
      </w:tr>
      <w:tr w:rsidR="00A56BC9" w14:paraId="158BAC3A" w14:textId="77777777" w:rsidTr="00AF4983">
        <w:tc>
          <w:tcPr>
            <w:tcW w:w="4587" w:type="dxa"/>
            <w:vAlign w:val="center"/>
          </w:tcPr>
          <w:p w14:paraId="07CA1588" w14:textId="77777777" w:rsidR="00A56BC9" w:rsidRPr="00A56BC9" w:rsidRDefault="00A56BC9" w:rsidP="00A56BC9">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1146237052" w:edGrp="everyone" w:colFirst="1" w:colLast="1"/>
            <w:permStart w:id="835681622" w:edGrp="everyone" w:colFirst="0" w:colLast="0"/>
            <w:permEnd w:id="57964375"/>
            <w:permEnd w:id="2048739732"/>
            <w:r w:rsidRPr="00AF4983">
              <w:rPr>
                <w:rFonts w:ascii="Microsoft JhengHei UI" w:eastAsia="Microsoft JhengHei UI" w:hAnsi="Microsoft JhengHei UI" w:cs="Microsoft JhengHei"/>
                <w:b/>
                <w:bCs/>
                <w:color w:val="000000"/>
                <w:sz w:val="20"/>
                <w:szCs w:val="20"/>
                <w:lang w:eastAsia="zh-TW"/>
              </w:rPr>
              <w:t>電話</w:t>
            </w:r>
            <w:r w:rsidRPr="00AF4983">
              <w:rPr>
                <w:rFonts w:ascii="Microsoft JhengHei UI" w:eastAsia="Microsoft JhengHei UI" w:hAnsi="Microsoft JhengHei UI" w:cs="MS Gothic" w:hint="eastAsia"/>
                <w:b/>
                <w:bCs/>
                <w:color w:val="000000"/>
                <w:sz w:val="20"/>
                <w:szCs w:val="20"/>
                <w:lang w:eastAsia="zh-TW"/>
              </w:rPr>
              <w:t>＊</w:t>
            </w:r>
            <w:r w:rsidRPr="00A56BC9">
              <w:rPr>
                <w:rFonts w:ascii="Microsoft JhengHei UI" w:eastAsia="Microsoft JhengHei UI" w:hAnsi="Microsoft JhengHei UI" w:cs="MS Gothic" w:hint="eastAsia"/>
                <w:color w:val="000000"/>
                <w:sz w:val="20"/>
                <w:szCs w:val="20"/>
                <w:lang w:eastAsia="zh-TW"/>
              </w:rPr>
              <w:t>：</w:t>
            </w:r>
          </w:p>
          <w:p w14:paraId="02FDFF49" w14:textId="13ADA61B" w:rsidR="00A56BC9" w:rsidRPr="00A56BC9" w:rsidRDefault="00A56BC9" w:rsidP="00A56BC9">
            <w:pPr>
              <w:pBdr>
                <w:top w:val="nil"/>
                <w:left w:val="nil"/>
                <w:bottom w:val="nil"/>
                <w:right w:val="nil"/>
                <w:between w:val="nil"/>
              </w:pBdr>
              <w:jc w:val="both"/>
              <w:rPr>
                <w:rFonts w:ascii="Microsoft JhengHei UI" w:eastAsia="Microsoft JhengHei UI" w:hAnsi="Microsoft JhengHei UI"/>
                <w:b/>
                <w:bCs/>
                <w:color w:val="000000"/>
                <w:sz w:val="20"/>
                <w:szCs w:val="20"/>
                <w:lang w:eastAsia="zh-TW"/>
              </w:rPr>
            </w:pPr>
            <w:r w:rsidRPr="00A56BC9">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c>
          <w:tcPr>
            <w:tcW w:w="4588" w:type="dxa"/>
            <w:vAlign w:val="center"/>
          </w:tcPr>
          <w:p w14:paraId="10010730" w14:textId="77777777" w:rsidR="00A56BC9" w:rsidRPr="00A56BC9" w:rsidRDefault="00A56BC9" w:rsidP="00A56BC9">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AF4983">
              <w:rPr>
                <w:rFonts w:ascii="Microsoft JhengHei UI" w:eastAsia="Microsoft JhengHei UI" w:hAnsi="Microsoft JhengHei UI" w:cs="Microsoft JhengHei"/>
                <w:b/>
                <w:bCs/>
                <w:color w:val="000000"/>
                <w:sz w:val="20"/>
                <w:szCs w:val="20"/>
                <w:lang w:eastAsia="zh-TW"/>
              </w:rPr>
              <w:t>電話</w:t>
            </w:r>
            <w:r w:rsidRPr="00AF4983">
              <w:rPr>
                <w:rFonts w:ascii="Microsoft JhengHei UI" w:eastAsia="Microsoft JhengHei UI" w:hAnsi="Microsoft JhengHei UI" w:cs="MS Gothic" w:hint="eastAsia"/>
                <w:b/>
                <w:bCs/>
                <w:color w:val="000000"/>
                <w:sz w:val="20"/>
                <w:szCs w:val="20"/>
                <w:lang w:eastAsia="zh-TW"/>
              </w:rPr>
              <w:t>＊</w:t>
            </w:r>
            <w:r w:rsidRPr="00A56BC9">
              <w:rPr>
                <w:rFonts w:ascii="Microsoft JhengHei UI" w:eastAsia="Microsoft JhengHei UI" w:hAnsi="Microsoft JhengHei UI" w:cs="MS Gothic" w:hint="eastAsia"/>
                <w:color w:val="000000"/>
                <w:sz w:val="20"/>
                <w:szCs w:val="20"/>
                <w:lang w:eastAsia="zh-TW"/>
              </w:rPr>
              <w:t>：</w:t>
            </w:r>
          </w:p>
          <w:p w14:paraId="65374CD6" w14:textId="4660F0C1" w:rsidR="00A56BC9" w:rsidRPr="00A56BC9" w:rsidRDefault="00A56BC9" w:rsidP="00A56BC9">
            <w:pPr>
              <w:pBdr>
                <w:top w:val="nil"/>
                <w:left w:val="nil"/>
                <w:bottom w:val="nil"/>
                <w:right w:val="nil"/>
                <w:between w:val="nil"/>
              </w:pBdr>
              <w:jc w:val="both"/>
              <w:rPr>
                <w:rFonts w:ascii="Microsoft JhengHei UI" w:eastAsia="Microsoft JhengHei UI" w:hAnsi="Microsoft JhengHei UI"/>
                <w:b/>
                <w:bCs/>
                <w:color w:val="000000"/>
                <w:sz w:val="20"/>
                <w:szCs w:val="20"/>
                <w:lang w:eastAsia="zh-TW"/>
              </w:rPr>
            </w:pPr>
            <w:r w:rsidRPr="00A56BC9">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r>
      <w:permEnd w:id="1146237052"/>
      <w:permEnd w:id="835681622"/>
    </w:tbl>
    <w:p w14:paraId="60DAB2EB" w14:textId="77777777" w:rsidR="00A56BC9" w:rsidRPr="006026E8" w:rsidRDefault="00A56BC9" w:rsidP="00A56BC9">
      <w:pPr>
        <w:pStyle w:val="NormalWeb"/>
        <w:spacing w:before="0" w:beforeAutospacing="0" w:after="0" w:afterAutospacing="0"/>
        <w:rPr>
          <w:rFonts w:ascii="Microsoft JhengHei UI" w:eastAsia="Microsoft JhengHei UI" w:hAnsi="Microsoft JhengHei UI"/>
          <w:b/>
          <w:bCs/>
          <w:color w:val="000000"/>
        </w:rPr>
      </w:pPr>
    </w:p>
    <w:p w14:paraId="4E851A59" w14:textId="77777777" w:rsidR="003C141D" w:rsidRPr="00C2467C" w:rsidRDefault="003C141D" w:rsidP="003C141D">
      <w:pPr>
        <w:pStyle w:val="Heading3"/>
        <w:spacing w:before="0"/>
        <w:rPr>
          <w:rFonts w:ascii="Microsoft JhengHei UI" w:eastAsia="Microsoft JhengHei UI" w:hAnsi="Microsoft JhengHei UI"/>
          <w:color w:val="000000" w:themeColor="text1"/>
          <w:sz w:val="24"/>
          <w:szCs w:val="24"/>
          <w:u w:val="single"/>
          <w:lang w:eastAsia="zh-TW"/>
        </w:rPr>
      </w:pPr>
      <w:r w:rsidRPr="00C2467C">
        <w:rPr>
          <w:rFonts w:ascii="Microsoft JhengHei UI" w:eastAsia="Microsoft JhengHei UI" w:hAnsi="Microsoft JhengHei UI"/>
          <w:color w:val="000000" w:themeColor="text1"/>
          <w:sz w:val="24"/>
          <w:szCs w:val="24"/>
          <w:u w:val="single"/>
          <w:lang w:eastAsia="zh-TW"/>
        </w:rPr>
        <w:t>利益衝突聲明</w:t>
      </w:r>
    </w:p>
    <w:p w14:paraId="277E62C1" w14:textId="796C3FB3" w:rsidR="003C141D" w:rsidRPr="00344BA7" w:rsidRDefault="003C141D" w:rsidP="003C141D">
      <w:pPr>
        <w:pStyle w:val="NormalWeb"/>
        <w:spacing w:before="0" w:beforeAutospacing="0" w:after="0" w:afterAutospacing="0"/>
        <w:rPr>
          <w:rFonts w:ascii="Microsoft JhengHei UI" w:eastAsia="Microsoft JhengHei UI" w:hAnsi="Microsoft JhengHei UI" w:cs="PingFang TC"/>
          <w:b/>
          <w:bCs/>
          <w:color w:val="000000"/>
          <w:sz w:val="20"/>
          <w:szCs w:val="20"/>
          <w:lang w:val="en-US"/>
        </w:rPr>
      </w:pPr>
      <w:r w:rsidRPr="00344BA7">
        <w:rPr>
          <w:rFonts w:ascii="Microsoft JhengHei UI" w:eastAsia="Microsoft JhengHei UI" w:hAnsi="Microsoft JhengHei UI" w:cs="PingFang TC" w:hint="eastAsia"/>
          <w:b/>
          <w:bCs/>
          <w:color w:val="000000"/>
          <w:sz w:val="20"/>
          <w:szCs w:val="20"/>
        </w:rPr>
        <w:t>申請者請勿提供現任</w:t>
      </w:r>
      <w:r w:rsidRPr="00344BA7">
        <w:rPr>
          <w:rFonts w:ascii="Microsoft JhengHei UI" w:eastAsia="Microsoft JhengHei UI" w:hAnsi="Microsoft JhengHei UI"/>
          <w:b/>
          <w:bCs/>
          <w:color w:val="000000"/>
          <w:sz w:val="20"/>
          <w:szCs w:val="20"/>
        </w:rPr>
        <w:t xml:space="preserve"> ACC </w:t>
      </w:r>
      <w:r w:rsidRPr="00344BA7">
        <w:rPr>
          <w:rFonts w:ascii="Microsoft JhengHei UI" w:eastAsia="Microsoft JhengHei UI" w:hAnsi="Microsoft JhengHei UI" w:cs="PingFang TC" w:hint="eastAsia"/>
          <w:b/>
          <w:bCs/>
          <w:color w:val="000000"/>
          <w:sz w:val="20"/>
          <w:szCs w:val="20"/>
        </w:rPr>
        <w:t>董事、員工或捐款人作為您的推薦人或</w:t>
      </w:r>
      <w:r w:rsidR="00747521" w:rsidRPr="00344BA7">
        <w:rPr>
          <w:rFonts w:ascii="Microsoft JhengHei UI" w:eastAsia="Microsoft JhengHei UI" w:hAnsi="Microsoft JhengHei UI" w:cs="PingFang TC" w:hint="eastAsia"/>
          <w:b/>
          <w:bCs/>
          <w:color w:val="000000"/>
          <w:sz w:val="20"/>
          <w:szCs w:val="20"/>
        </w:rPr>
        <w:t>專業聯絡人</w:t>
      </w:r>
      <w:r w:rsidRPr="00344BA7">
        <w:rPr>
          <w:rFonts w:ascii="Microsoft JhengHei UI" w:eastAsia="Microsoft JhengHei UI" w:hAnsi="Microsoft JhengHei UI" w:cs="PingFang TC" w:hint="eastAsia"/>
          <w:b/>
          <w:bCs/>
          <w:color w:val="000000"/>
          <w:sz w:val="20"/>
          <w:szCs w:val="20"/>
        </w:rPr>
        <w:t>。（請瀏覽</w:t>
      </w:r>
      <w:r w:rsidRPr="00344BA7">
        <w:rPr>
          <w:rFonts w:ascii="Microsoft JhengHei UI" w:eastAsia="Microsoft JhengHei UI" w:hAnsi="Microsoft JhengHei UI"/>
          <w:b/>
          <w:bCs/>
          <w:color w:val="000000"/>
          <w:sz w:val="20"/>
          <w:szCs w:val="20"/>
        </w:rPr>
        <w:t xml:space="preserve"> ACC </w:t>
      </w:r>
      <w:r w:rsidRPr="00344BA7">
        <w:rPr>
          <w:rFonts w:ascii="Microsoft JhengHei UI" w:eastAsia="Microsoft JhengHei UI" w:hAnsi="Microsoft JhengHei UI" w:cs="PingFang TC" w:hint="eastAsia"/>
          <w:b/>
          <w:bCs/>
          <w:color w:val="000000"/>
          <w:sz w:val="20"/>
          <w:szCs w:val="20"/>
        </w:rPr>
        <w:t>網站以獲取完整的員工與董事名單，並參閱</w:t>
      </w:r>
      <w:r w:rsidRPr="00344BA7">
        <w:rPr>
          <w:rFonts w:ascii="Microsoft JhengHei UI" w:eastAsia="Microsoft JhengHei UI" w:hAnsi="Microsoft JhengHei UI"/>
          <w:b/>
          <w:bCs/>
          <w:color w:val="000000"/>
          <w:sz w:val="20"/>
          <w:szCs w:val="20"/>
        </w:rPr>
        <w:t xml:space="preserve"> ACC </w:t>
      </w:r>
      <w:r w:rsidRPr="00344BA7">
        <w:rPr>
          <w:rFonts w:ascii="Microsoft JhengHei UI" w:eastAsia="Microsoft JhengHei UI" w:hAnsi="Microsoft JhengHei UI" w:cs="PingFang TC" w:hint="eastAsia"/>
          <w:b/>
          <w:bCs/>
          <w:color w:val="000000"/>
          <w:sz w:val="20"/>
          <w:szCs w:val="20"/>
        </w:rPr>
        <w:t>的年度報告以獲取我們最新的捐款人名單。）</w:t>
      </w:r>
      <w:r w:rsidR="007B1263" w:rsidRPr="00344BA7">
        <w:rPr>
          <w:rFonts w:ascii="Microsoft JhengHei UI" w:eastAsia="Microsoft JhengHei UI" w:hAnsi="Microsoft JhengHei UI"/>
          <w:color w:val="000000"/>
          <w:sz w:val="20"/>
          <w:szCs w:val="20"/>
        </w:rPr>
        <w:t xml:space="preserve">* </w:t>
      </w:r>
      <w:r w:rsidR="007B1263" w:rsidRPr="00344BA7">
        <w:rPr>
          <w:rFonts w:ascii="Calibri" w:eastAsia="Calibri" w:hAnsi="Calibri" w:cs="Calibri"/>
          <w:b/>
          <w:bCs/>
          <w:color w:val="0066FF"/>
          <w:sz w:val="20"/>
          <w:szCs w:val="20"/>
        </w:rPr>
        <w:t>【GoApply</w:t>
      </w:r>
      <w:r w:rsidR="007B1263" w:rsidRPr="00344BA7">
        <w:rPr>
          <w:rFonts w:ascii="Microsoft JhengHei" w:eastAsia="Microsoft JhengHei" w:hAnsi="Microsoft JhengHei" w:cs="Microsoft JhengHei"/>
          <w:b/>
          <w:bCs/>
          <w:color w:val="0066FF"/>
          <w:sz w:val="20"/>
          <w:szCs w:val="20"/>
        </w:rPr>
        <w:t>上填寫即可】</w:t>
      </w:r>
    </w:p>
    <w:p w14:paraId="16CCF7E2" w14:textId="06B385ED" w:rsidR="003C141D" w:rsidRPr="00344BA7" w:rsidRDefault="003871A9" w:rsidP="003C141D">
      <w:pPr>
        <w:pStyle w:val="NormalWeb"/>
        <w:spacing w:before="0" w:beforeAutospacing="0" w:after="0" w:afterAutospacing="0"/>
        <w:rPr>
          <w:rFonts w:ascii="Microsoft JhengHei UI" w:eastAsia="Microsoft JhengHei UI" w:hAnsi="Microsoft JhengHei UI"/>
          <w:color w:val="000000"/>
          <w:sz w:val="20"/>
          <w:szCs w:val="20"/>
        </w:rPr>
      </w:pPr>
      <w:sdt>
        <w:sdtPr>
          <w:rPr>
            <w:rFonts w:ascii="Microsoft JhengHei UI" w:eastAsia="Microsoft JhengHei UI" w:hAnsi="Microsoft JhengHei UI"/>
            <w:color w:val="000000"/>
            <w:sz w:val="20"/>
            <w:szCs w:val="20"/>
          </w:rPr>
          <w:id w:val="-1682347682"/>
          <w14:checkbox>
            <w14:checked w14:val="0"/>
            <w14:checkedState w14:val="2612" w14:font="MS Gothic"/>
            <w14:uncheckedState w14:val="2610" w14:font="MS Gothic"/>
          </w14:checkbox>
        </w:sdtPr>
        <w:sdtContent>
          <w:permStart w:id="1975648355" w:edGrp="everyone"/>
          <w:r>
            <w:rPr>
              <w:rFonts w:ascii="MS Gothic" w:eastAsia="MS Gothic" w:hAnsi="MS Gothic" w:hint="eastAsia"/>
              <w:color w:val="000000"/>
              <w:sz w:val="20"/>
              <w:szCs w:val="20"/>
            </w:rPr>
            <w:t>☐</w:t>
          </w:r>
        </w:sdtContent>
      </w:sdt>
      <w:r w:rsidR="003C141D" w:rsidRPr="00344BA7">
        <w:rPr>
          <w:rStyle w:val="apple-converted-space"/>
          <w:rFonts w:ascii="Microsoft JhengHei UI" w:eastAsia="Microsoft JhengHei UI" w:hAnsi="Microsoft JhengHei UI"/>
          <w:color w:val="000000"/>
          <w:sz w:val="20"/>
          <w:szCs w:val="20"/>
        </w:rPr>
        <w:t> </w:t>
      </w:r>
      <w:permEnd w:id="1975648355"/>
      <w:r w:rsidR="003C141D" w:rsidRPr="00344BA7">
        <w:rPr>
          <w:rFonts w:ascii="Microsoft JhengHei UI" w:eastAsia="Microsoft JhengHei UI" w:hAnsi="Microsoft JhengHei UI" w:cs="PingFang TC" w:hint="eastAsia"/>
          <w:color w:val="000000"/>
          <w:sz w:val="20"/>
          <w:szCs w:val="20"/>
        </w:rPr>
        <w:t>據我所知，我</w:t>
      </w:r>
      <w:r w:rsidR="003C141D" w:rsidRPr="00344BA7">
        <w:rPr>
          <w:rFonts w:ascii="Microsoft JhengHei UI" w:eastAsia="Microsoft JhengHei UI" w:hAnsi="Microsoft JhengHei UI" w:cs="PingFang TC"/>
          <w:color w:val="000000"/>
          <w:sz w:val="20"/>
          <w:szCs w:val="20"/>
          <w:lang w:eastAsia="zh-HK"/>
        </w:rPr>
        <w:t>於</w:t>
      </w:r>
      <w:r w:rsidR="003C141D" w:rsidRPr="00344BA7">
        <w:rPr>
          <w:rFonts w:ascii="Microsoft JhengHei UI" w:eastAsia="Microsoft JhengHei UI" w:hAnsi="Microsoft JhengHei UI" w:cs="PingFang TC" w:hint="eastAsia"/>
          <w:color w:val="000000"/>
          <w:sz w:val="20"/>
          <w:szCs w:val="20"/>
        </w:rPr>
        <w:t>上方提供的推薦人及</w:t>
      </w:r>
      <w:r w:rsidR="00747521" w:rsidRPr="00344BA7">
        <w:rPr>
          <w:rFonts w:ascii="Microsoft JhengHei UI" w:eastAsia="Microsoft JhengHei UI" w:hAnsi="Microsoft JhengHei UI" w:cs="PingFang TC" w:hint="eastAsia"/>
          <w:color w:val="000000"/>
          <w:sz w:val="20"/>
          <w:szCs w:val="20"/>
        </w:rPr>
        <w:t>專業聯絡人</w:t>
      </w:r>
      <w:r w:rsidR="003C141D" w:rsidRPr="00344BA7">
        <w:rPr>
          <w:rFonts w:ascii="Microsoft JhengHei UI" w:eastAsia="Microsoft JhengHei UI" w:hAnsi="Microsoft JhengHei UI" w:cs="PingFang TC" w:hint="eastAsia"/>
          <w:color w:val="000000"/>
          <w:sz w:val="20"/>
          <w:szCs w:val="20"/>
        </w:rPr>
        <w:t>均非</w:t>
      </w:r>
      <w:r w:rsidR="003C141D" w:rsidRPr="00344BA7">
        <w:rPr>
          <w:rFonts w:ascii="Microsoft JhengHei UI" w:eastAsia="Microsoft JhengHei UI" w:hAnsi="Microsoft JhengHei UI"/>
          <w:color w:val="000000"/>
          <w:sz w:val="20"/>
          <w:szCs w:val="20"/>
        </w:rPr>
        <w:t xml:space="preserve"> ACC </w:t>
      </w:r>
      <w:r w:rsidR="003C141D" w:rsidRPr="00344BA7">
        <w:rPr>
          <w:rFonts w:ascii="Microsoft JhengHei UI" w:eastAsia="Microsoft JhengHei UI" w:hAnsi="Microsoft JhengHei UI" w:cs="PingFang TC" w:hint="eastAsia"/>
          <w:color w:val="000000"/>
          <w:sz w:val="20"/>
          <w:szCs w:val="20"/>
        </w:rPr>
        <w:t>的董事、員工或捐款人。</w:t>
      </w:r>
    </w:p>
    <w:p w14:paraId="504E4C34" w14:textId="77777777" w:rsidR="003C141D" w:rsidRPr="003C141D" w:rsidRDefault="003C141D" w:rsidP="003C141D">
      <w:pPr>
        <w:spacing w:after="0" w:line="240" w:lineRule="auto"/>
        <w:rPr>
          <w:rFonts w:eastAsia="Times New Roman" w:cs="Arial"/>
          <w:color w:val="000000"/>
          <w:sz w:val="24"/>
          <w:szCs w:val="24"/>
          <w:lang w:eastAsia="zh-TW"/>
        </w:rPr>
      </w:pPr>
    </w:p>
    <w:p w14:paraId="6736FF12" w14:textId="77777777" w:rsidR="00D47377" w:rsidRPr="00C2467C" w:rsidRDefault="00D47377" w:rsidP="005245F9">
      <w:pPr>
        <w:pStyle w:val="ListParagraph"/>
        <w:keepNext/>
        <w:numPr>
          <w:ilvl w:val="0"/>
          <w:numId w:val="19"/>
        </w:numPr>
        <w:rPr>
          <w:rFonts w:ascii="Microsoft JhengHei UI" w:eastAsia="Microsoft JhengHei UI" w:hAnsi="Microsoft JhengHei UI"/>
          <w:b/>
          <w:sz w:val="28"/>
          <w:szCs w:val="28"/>
          <w:lang w:eastAsia="zh-TW"/>
        </w:rPr>
      </w:pPr>
      <w:r w:rsidRPr="00C2467C">
        <w:rPr>
          <w:rFonts w:ascii="Microsoft JhengHei UI" w:eastAsia="Microsoft JhengHei UI" w:hAnsi="Microsoft JhengHei UI"/>
          <w:b/>
          <w:sz w:val="28"/>
          <w:szCs w:val="28"/>
          <w:lang w:eastAsia="zh-TW"/>
        </w:rPr>
        <w:t>提交申請</w:t>
      </w:r>
    </w:p>
    <w:p w14:paraId="28F9945D" w14:textId="77777777" w:rsidR="00D47377" w:rsidRPr="00344BA7" w:rsidRDefault="00D47377" w:rsidP="00D47377">
      <w:pPr>
        <w:pStyle w:val="NormalWeb"/>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t>在提交申請前，請仔細檢查您的回覆，以確保所有問題均已回答且所需的材料已全部上傳。申請一旦提交，將無法進行任何修改。</w:t>
      </w:r>
    </w:p>
    <w:p w14:paraId="09BD6E62" w14:textId="77777777" w:rsidR="00D47377" w:rsidRPr="00344BA7" w:rsidRDefault="00D47377" w:rsidP="00D47377">
      <w:pPr>
        <w:spacing w:after="0"/>
        <w:rPr>
          <w:rFonts w:ascii="Microsoft JhengHei UI" w:eastAsia="Microsoft JhengHei UI" w:hAnsi="Microsoft JhengHei UI"/>
          <w:color w:val="000000"/>
          <w:sz w:val="20"/>
          <w:szCs w:val="20"/>
          <w:lang w:eastAsia="zh-TW"/>
        </w:rPr>
      </w:pPr>
    </w:p>
    <w:p w14:paraId="43405ABA" w14:textId="77777777" w:rsidR="00D47377" w:rsidRPr="00344BA7" w:rsidRDefault="00D47377" w:rsidP="00D47377">
      <w:pPr>
        <w:pStyle w:val="NormalWeb"/>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b/>
          <w:bCs/>
          <w:color w:val="000000"/>
          <w:sz w:val="20"/>
          <w:szCs w:val="20"/>
        </w:rPr>
        <w:t>請點擊本頁底部的「</w:t>
      </w:r>
      <w:r w:rsidRPr="00344BA7">
        <w:rPr>
          <w:rFonts w:ascii="Microsoft JhengHei UI" w:eastAsia="Microsoft JhengHei UI" w:hAnsi="Microsoft JhengHei UI" w:cs="PingFang TC"/>
          <w:b/>
          <w:bCs/>
          <w:color w:val="000000"/>
          <w:sz w:val="20"/>
          <w:szCs w:val="20"/>
          <w:lang w:val="en-US"/>
        </w:rPr>
        <w:t>Complete (</w:t>
      </w:r>
      <w:r w:rsidRPr="00344BA7">
        <w:rPr>
          <w:rFonts w:ascii="Microsoft JhengHei UI" w:eastAsia="Microsoft JhengHei UI" w:hAnsi="Microsoft JhengHei UI" w:cs="PingFang TC" w:hint="eastAsia"/>
          <w:b/>
          <w:bCs/>
          <w:color w:val="000000"/>
          <w:sz w:val="20"/>
          <w:szCs w:val="20"/>
        </w:rPr>
        <w:t>完成</w:t>
      </w:r>
      <w:r w:rsidRPr="00344BA7">
        <w:rPr>
          <w:rFonts w:ascii="Microsoft JhengHei UI" w:eastAsia="Microsoft JhengHei UI" w:hAnsi="Microsoft JhengHei UI" w:cs="PingFang TC"/>
          <w:b/>
          <w:bCs/>
          <w:color w:val="000000"/>
          <w:sz w:val="20"/>
          <w:szCs w:val="20"/>
          <w:lang w:val="en-US"/>
        </w:rPr>
        <w:t>)</w:t>
      </w:r>
      <w:r w:rsidRPr="00344BA7">
        <w:rPr>
          <w:rFonts w:ascii="Microsoft JhengHei UI" w:eastAsia="Microsoft JhengHei UI" w:hAnsi="Microsoft JhengHei UI" w:cs="PingFang TC" w:hint="eastAsia"/>
          <w:b/>
          <w:bCs/>
          <w:color w:val="000000"/>
          <w:sz w:val="20"/>
          <w:szCs w:val="20"/>
        </w:rPr>
        <w:t>」以正式提交您的申請</w:t>
      </w:r>
      <w:r w:rsidRPr="00344BA7">
        <w:rPr>
          <w:rFonts w:ascii="Microsoft JhengHei UI" w:eastAsia="Microsoft JhengHei UI" w:hAnsi="Microsoft JhengHei UI" w:cs="PingFang TC" w:hint="eastAsia"/>
          <w:color w:val="000000"/>
          <w:sz w:val="20"/>
          <w:szCs w:val="20"/>
        </w:rPr>
        <w:t>。請稍候數秒，讓完成通知頁面載入並傳</w:t>
      </w:r>
      <w:r w:rsidRPr="00344BA7">
        <w:rPr>
          <w:rFonts w:ascii="Microsoft JhengHei UI" w:eastAsia="Microsoft JhengHei UI" w:hAnsi="Microsoft JhengHei UI" w:cs="PingFang TC"/>
          <w:color w:val="000000"/>
          <w:sz w:val="20"/>
          <w:szCs w:val="20"/>
          <w:lang w:val="en-US" w:eastAsia="zh-HK"/>
        </w:rPr>
        <w:t>送</w:t>
      </w:r>
      <w:r w:rsidRPr="00344BA7">
        <w:rPr>
          <w:rFonts w:ascii="Microsoft JhengHei UI" w:eastAsia="Microsoft JhengHei UI" w:hAnsi="Microsoft JhengHei UI" w:cs="PingFang TC" w:hint="eastAsia"/>
          <w:color w:val="000000"/>
          <w:sz w:val="20"/>
          <w:szCs w:val="20"/>
        </w:rPr>
        <w:t>您的回覆。如果您在提交申請時遇到任何錯誤，請將錯誤描述電郵至</w:t>
      </w:r>
      <w:r w:rsidRPr="00344BA7">
        <w:rPr>
          <w:rFonts w:ascii="Microsoft JhengHei UI" w:eastAsia="Microsoft JhengHei UI" w:hAnsi="Microsoft JhengHei UI"/>
          <w:color w:val="000000"/>
          <w:sz w:val="20"/>
          <w:szCs w:val="20"/>
        </w:rPr>
        <w:t xml:space="preserve"> application@accny.org</w:t>
      </w:r>
      <w:r w:rsidRPr="00344BA7">
        <w:rPr>
          <w:rFonts w:ascii="Microsoft JhengHei UI" w:eastAsia="Microsoft JhengHei UI" w:hAnsi="Microsoft JhengHei UI" w:cs="PingFang TC" w:hint="eastAsia"/>
          <w:color w:val="000000"/>
          <w:sz w:val="20"/>
          <w:szCs w:val="20"/>
        </w:rPr>
        <w:t>。</w:t>
      </w:r>
    </w:p>
    <w:p w14:paraId="16E56318" w14:textId="77777777" w:rsidR="00D47377" w:rsidRPr="00344BA7" w:rsidRDefault="00D47377" w:rsidP="00D47377">
      <w:pPr>
        <w:spacing w:after="0"/>
        <w:rPr>
          <w:rFonts w:ascii="Microsoft JhengHei UI" w:eastAsia="Microsoft JhengHei UI" w:hAnsi="Microsoft JhengHei UI"/>
          <w:color w:val="000000"/>
          <w:sz w:val="20"/>
          <w:szCs w:val="20"/>
          <w:lang w:eastAsia="zh-TW"/>
        </w:rPr>
      </w:pPr>
    </w:p>
    <w:p w14:paraId="79175B2B" w14:textId="77777777" w:rsidR="00D47377" w:rsidRPr="00344BA7" w:rsidRDefault="00D47377" w:rsidP="00D47377">
      <w:pPr>
        <w:pStyle w:val="NormalWeb"/>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t>有關申請評審程序及獲獎通知時間的資訊，請參閱</w:t>
      </w:r>
      <w:r w:rsidRPr="00344BA7">
        <w:rPr>
          <w:rFonts w:ascii="Microsoft JhengHei UI" w:eastAsia="Microsoft JhengHei UI" w:hAnsi="Microsoft JhengHei UI"/>
          <w:color w:val="000000"/>
          <w:sz w:val="20"/>
          <w:szCs w:val="20"/>
        </w:rPr>
        <w:t xml:space="preserve"> ACC </w:t>
      </w:r>
      <w:r w:rsidRPr="00344BA7">
        <w:rPr>
          <w:rFonts w:ascii="Microsoft JhengHei UI" w:eastAsia="Microsoft JhengHei UI" w:hAnsi="Microsoft JhengHei UI" w:cs="PingFang TC" w:hint="eastAsia"/>
          <w:color w:val="000000"/>
          <w:sz w:val="20"/>
          <w:szCs w:val="20"/>
        </w:rPr>
        <w:t>網站上的</w:t>
      </w:r>
      <w:hyperlink r:id="rId16" w:history="1">
        <w:r w:rsidRPr="00344BA7">
          <w:rPr>
            <w:rStyle w:val="Hyperlink"/>
            <w:rFonts w:ascii="Microsoft JhengHei UI" w:eastAsia="Microsoft JhengHei UI" w:hAnsi="Microsoft JhengHei UI"/>
            <w:sz w:val="20"/>
            <w:szCs w:val="20"/>
          </w:rPr>
          <w:t>2027</w:t>
        </w:r>
        <w:r w:rsidRPr="00344BA7">
          <w:rPr>
            <w:rStyle w:val="Hyperlink"/>
            <w:rFonts w:ascii="Microsoft JhengHei UI" w:eastAsia="Microsoft JhengHei UI" w:hAnsi="Microsoft JhengHei UI" w:cs="PingFang TC"/>
            <w:sz w:val="20"/>
            <w:szCs w:val="20"/>
          </w:rPr>
          <w:t>年度獎助計劃申請與甄選時間表</w:t>
        </w:r>
      </w:hyperlink>
      <w:r w:rsidRPr="00344BA7">
        <w:rPr>
          <w:rFonts w:ascii="Microsoft JhengHei UI" w:eastAsia="Microsoft JhengHei UI" w:hAnsi="Microsoft JhengHei UI" w:cs="PingFang TC" w:hint="eastAsia"/>
          <w:color w:val="000000"/>
          <w:sz w:val="20"/>
          <w:szCs w:val="20"/>
        </w:rPr>
        <w:t>部分。</w:t>
      </w:r>
    </w:p>
    <w:p w14:paraId="10117D74" w14:textId="77777777" w:rsidR="00D47377" w:rsidRPr="00344BA7" w:rsidRDefault="00D47377" w:rsidP="00D47377">
      <w:pPr>
        <w:spacing w:after="0"/>
        <w:rPr>
          <w:rFonts w:ascii="Microsoft JhengHei UI" w:eastAsia="Microsoft JhengHei UI" w:hAnsi="Microsoft JhengHei UI"/>
          <w:color w:val="000000"/>
          <w:sz w:val="20"/>
          <w:szCs w:val="20"/>
          <w:lang w:eastAsia="zh-TW"/>
        </w:rPr>
      </w:pPr>
    </w:p>
    <w:p w14:paraId="0A069626" w14:textId="5555784F" w:rsidR="00D47377" w:rsidRPr="00344BA7" w:rsidRDefault="00D47377" w:rsidP="00BA52AA">
      <w:pPr>
        <w:pStyle w:val="NormalWeb"/>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b/>
          <w:bCs/>
          <w:color w:val="000000"/>
          <w:sz w:val="20"/>
          <w:szCs w:val="20"/>
        </w:rPr>
        <w:t>您是如何得知這次</w:t>
      </w:r>
      <w:r w:rsidRPr="00344BA7">
        <w:rPr>
          <w:rFonts w:ascii="Microsoft JhengHei UI" w:eastAsia="Microsoft JhengHei UI" w:hAnsi="Microsoft JhengHei UI"/>
          <w:b/>
          <w:bCs/>
          <w:color w:val="000000"/>
          <w:sz w:val="20"/>
          <w:szCs w:val="20"/>
        </w:rPr>
        <w:t xml:space="preserve"> ACC </w:t>
      </w:r>
      <w:r w:rsidRPr="00344BA7">
        <w:rPr>
          <w:rFonts w:ascii="Microsoft JhengHei UI" w:eastAsia="Microsoft JhengHei UI" w:hAnsi="Microsoft JhengHei UI" w:cs="PingFang TC" w:hint="eastAsia"/>
          <w:b/>
          <w:bCs/>
          <w:color w:val="000000"/>
          <w:sz w:val="20"/>
          <w:szCs w:val="20"/>
        </w:rPr>
        <w:t>獎助計劃機會？</w:t>
      </w:r>
      <w:r w:rsidRPr="00344BA7">
        <w:rPr>
          <w:rFonts w:ascii="Microsoft JhengHei UI" w:eastAsia="Microsoft JhengHei UI" w:hAnsi="Microsoft JhengHei UI"/>
          <w:b/>
          <w:bCs/>
          <w:color w:val="000000"/>
          <w:sz w:val="20"/>
          <w:szCs w:val="20"/>
        </w:rPr>
        <w:t xml:space="preserve"> *</w:t>
      </w:r>
      <w:r w:rsidR="00BA52AA" w:rsidRPr="00344BA7">
        <w:rPr>
          <w:rFonts w:ascii="Calibri" w:eastAsia="Calibri" w:hAnsi="Calibri" w:cs="Calibri"/>
          <w:b/>
          <w:bCs/>
          <w:color w:val="0066FF"/>
          <w:sz w:val="20"/>
          <w:szCs w:val="20"/>
        </w:rPr>
        <w:t>【GoApply</w:t>
      </w:r>
      <w:r w:rsidR="00BA52AA" w:rsidRPr="00344BA7">
        <w:rPr>
          <w:rFonts w:ascii="Microsoft JhengHei" w:eastAsia="Microsoft JhengHei" w:hAnsi="Microsoft JhengHei" w:cs="Microsoft JhengHei"/>
          <w:b/>
          <w:bCs/>
          <w:color w:val="0066FF"/>
          <w:sz w:val="20"/>
          <w:szCs w:val="20"/>
        </w:rPr>
        <w:t>上填寫即可】</w:t>
      </w:r>
    </w:p>
    <w:p w14:paraId="39BADC76" w14:textId="77777777" w:rsidR="00D47377" w:rsidRPr="00344BA7" w:rsidRDefault="00D47377" w:rsidP="005245F9">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olor w:val="000000"/>
          <w:sz w:val="20"/>
          <w:szCs w:val="20"/>
        </w:rPr>
        <w:t xml:space="preserve">ACC </w:t>
      </w:r>
      <w:r w:rsidRPr="00344BA7">
        <w:rPr>
          <w:rFonts w:ascii="Microsoft JhengHei UI" w:eastAsia="Microsoft JhengHei UI" w:hAnsi="Microsoft JhengHei UI" w:cs="PingFang TC" w:hint="eastAsia"/>
          <w:color w:val="000000"/>
          <w:sz w:val="20"/>
          <w:szCs w:val="20"/>
        </w:rPr>
        <w:t>電子報</w:t>
      </w:r>
    </w:p>
    <w:p w14:paraId="50A87E99" w14:textId="77777777" w:rsidR="00D47377" w:rsidRPr="00344BA7" w:rsidRDefault="00D47377" w:rsidP="005245F9">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olor w:val="000000"/>
          <w:sz w:val="20"/>
          <w:szCs w:val="20"/>
        </w:rPr>
        <w:t xml:space="preserve">ACC </w:t>
      </w:r>
      <w:r w:rsidRPr="00344BA7">
        <w:rPr>
          <w:rFonts w:ascii="Microsoft JhengHei UI" w:eastAsia="Microsoft JhengHei UI" w:hAnsi="Microsoft JhengHei UI" w:cs="PingFang TC" w:hint="eastAsia"/>
          <w:color w:val="000000"/>
          <w:sz w:val="20"/>
          <w:szCs w:val="20"/>
        </w:rPr>
        <w:t>社交媒體</w:t>
      </w:r>
    </w:p>
    <w:p w14:paraId="6B0D845A" w14:textId="77777777" w:rsidR="00D47377" w:rsidRPr="00344BA7" w:rsidRDefault="00D47377" w:rsidP="005245F9">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olor w:val="000000"/>
          <w:sz w:val="20"/>
          <w:szCs w:val="20"/>
        </w:rPr>
        <w:t xml:space="preserve">ACC </w:t>
      </w:r>
      <w:r w:rsidRPr="00344BA7">
        <w:rPr>
          <w:rFonts w:ascii="Microsoft JhengHei UI" w:eastAsia="Microsoft JhengHei UI" w:hAnsi="Microsoft JhengHei UI" w:cs="PingFang TC" w:hint="eastAsia"/>
          <w:color w:val="000000"/>
          <w:sz w:val="20"/>
          <w:szCs w:val="20"/>
        </w:rPr>
        <w:t>歷屆得奬人</w:t>
      </w:r>
    </w:p>
    <w:p w14:paraId="009B698F" w14:textId="77777777" w:rsidR="00D47377" w:rsidRPr="00344BA7" w:rsidRDefault="00D47377" w:rsidP="005245F9">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t>其他電子報或社交媒體帳號</w:t>
      </w:r>
    </w:p>
    <w:p w14:paraId="652D45F9" w14:textId="77777777" w:rsidR="00D47377" w:rsidRPr="00344BA7" w:rsidRDefault="00D47377" w:rsidP="005245F9">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lastRenderedPageBreak/>
        <w:t>同</w:t>
      </w:r>
      <w:r w:rsidRPr="00344BA7">
        <w:rPr>
          <w:rFonts w:ascii="Microsoft JhengHei UI" w:eastAsia="Microsoft JhengHei UI" w:hAnsi="Microsoft JhengHei UI" w:cs="PingFang TC"/>
          <w:color w:val="000000"/>
          <w:sz w:val="20"/>
          <w:szCs w:val="20"/>
          <w:lang w:val="en-US" w:eastAsia="zh-HK"/>
        </w:rPr>
        <w:t>事</w:t>
      </w:r>
      <w:r w:rsidRPr="00344BA7">
        <w:rPr>
          <w:rFonts w:ascii="Microsoft JhengHei UI" w:eastAsia="Microsoft JhengHei UI" w:hAnsi="Microsoft JhengHei UI" w:cs="PingFang TC" w:hint="eastAsia"/>
          <w:color w:val="000000"/>
          <w:sz w:val="20"/>
          <w:szCs w:val="20"/>
        </w:rPr>
        <w:t>或朋友</w:t>
      </w:r>
    </w:p>
    <w:p w14:paraId="14E2560D" w14:textId="77777777" w:rsidR="00D47377" w:rsidRPr="00344BA7" w:rsidRDefault="00D47377" w:rsidP="005245F9">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344BA7">
        <w:rPr>
          <w:rFonts w:ascii="Microsoft JhengHei UI" w:eastAsia="Microsoft JhengHei UI" w:hAnsi="Microsoft JhengHei UI" w:cs="PingFang TC" w:hint="eastAsia"/>
          <w:color w:val="000000"/>
          <w:sz w:val="20"/>
          <w:szCs w:val="20"/>
        </w:rPr>
        <w:t>其他（請註明）</w:t>
      </w:r>
    </w:p>
    <w:p w14:paraId="368581E2" w14:textId="77777777" w:rsidR="00BA52AA" w:rsidRPr="006A7794" w:rsidRDefault="00BA52AA" w:rsidP="00BA52AA">
      <w:pPr>
        <w:pStyle w:val="NormalWeb"/>
        <w:spacing w:before="0" w:beforeAutospacing="0" w:after="0" w:afterAutospacing="0"/>
        <w:rPr>
          <w:rFonts w:ascii="Microsoft JhengHei UI" w:eastAsia="Microsoft JhengHei UI" w:hAnsi="Microsoft JhengHei UI"/>
          <w:b/>
          <w:bCs/>
          <w:color w:val="000000"/>
          <w:sz w:val="22"/>
          <w:szCs w:val="22"/>
        </w:rPr>
      </w:pPr>
    </w:p>
    <w:p w14:paraId="6E10E5BE" w14:textId="77777777" w:rsidR="00D47377" w:rsidRPr="00C2467C" w:rsidRDefault="00D47377" w:rsidP="005245F9">
      <w:pPr>
        <w:pStyle w:val="ListParagraph"/>
        <w:keepNext/>
        <w:numPr>
          <w:ilvl w:val="0"/>
          <w:numId w:val="19"/>
        </w:numPr>
        <w:rPr>
          <w:rFonts w:ascii="Microsoft JhengHei UI" w:eastAsia="Microsoft JhengHei UI" w:hAnsi="Microsoft JhengHei UI"/>
          <w:b/>
          <w:sz w:val="28"/>
          <w:szCs w:val="28"/>
          <w:lang w:eastAsia="zh-TW"/>
        </w:rPr>
      </w:pPr>
      <w:r w:rsidRPr="00C2467C">
        <w:rPr>
          <w:rFonts w:ascii="Microsoft JhengHei UI" w:eastAsia="Microsoft JhengHei UI" w:hAnsi="Microsoft JhengHei UI"/>
          <w:b/>
          <w:sz w:val="28"/>
          <w:szCs w:val="28"/>
          <w:lang w:eastAsia="zh-TW"/>
        </w:rPr>
        <w:t>完成提交</w:t>
      </w:r>
      <w:r w:rsidRPr="00C2467C">
        <w:rPr>
          <w:rFonts w:ascii="Microsoft JhengHei UI" w:eastAsia="Microsoft JhengHei UI" w:hAnsi="Microsoft JhengHei UI" w:hint="eastAsia"/>
          <w:b/>
          <w:sz w:val="28"/>
          <w:szCs w:val="28"/>
          <w:lang w:eastAsia="zh-TW"/>
        </w:rPr>
        <w:t>申請</w:t>
      </w:r>
      <w:r w:rsidRPr="00C2467C">
        <w:rPr>
          <w:rFonts w:ascii="Microsoft JhengHei UI" w:eastAsia="Microsoft JhengHei UI" w:hAnsi="Microsoft JhengHei UI"/>
          <w:b/>
          <w:sz w:val="28"/>
          <w:szCs w:val="28"/>
          <w:lang w:eastAsia="zh-TW"/>
        </w:rPr>
        <w:t>畫面</w:t>
      </w:r>
    </w:p>
    <w:p w14:paraId="5CBCAF7E" w14:textId="359A643A" w:rsidR="00D47377" w:rsidRPr="00AA3F60" w:rsidRDefault="00D47377" w:rsidP="00D47377">
      <w:pPr>
        <w:pStyle w:val="NormalWeb"/>
        <w:spacing w:before="0" w:beforeAutospacing="0" w:after="0" w:afterAutospacing="0"/>
        <w:rPr>
          <w:rFonts w:ascii="Microsoft JhengHei UI" w:eastAsia="Microsoft JhengHei UI" w:hAnsi="Microsoft JhengHei UI"/>
          <w:color w:val="000000"/>
          <w:sz w:val="20"/>
          <w:szCs w:val="20"/>
        </w:rPr>
      </w:pPr>
      <w:r w:rsidRPr="00AA3F60">
        <w:rPr>
          <w:rFonts w:ascii="Microsoft JhengHei UI" w:eastAsia="Microsoft JhengHei UI" w:hAnsi="Microsoft JhengHei UI" w:cs="PingFang TC" w:hint="eastAsia"/>
          <w:color w:val="000000"/>
          <w:sz w:val="20"/>
          <w:szCs w:val="20"/>
        </w:rPr>
        <w:t>感謝您提交</w:t>
      </w:r>
      <w:r w:rsidRPr="00AA3F60">
        <w:rPr>
          <w:rFonts w:ascii="Microsoft JhengHei UI" w:eastAsia="Microsoft JhengHei UI" w:hAnsi="Microsoft JhengHei UI"/>
          <w:color w:val="000000"/>
          <w:sz w:val="20"/>
          <w:szCs w:val="20"/>
        </w:rPr>
        <w:t xml:space="preserve"> ACC </w:t>
      </w:r>
      <w:r w:rsidRPr="00AA3F60">
        <w:rPr>
          <w:rFonts w:ascii="Microsoft JhengHei UI" w:eastAsia="Microsoft JhengHei UI" w:hAnsi="Microsoft JhengHei UI" w:cs="PingFang TC" w:hint="eastAsia"/>
          <w:color w:val="000000"/>
          <w:sz w:val="20"/>
          <w:szCs w:val="20"/>
        </w:rPr>
        <w:t>獎助計劃申請！</w:t>
      </w:r>
    </w:p>
    <w:p w14:paraId="4DA5665D" w14:textId="77777777" w:rsidR="00D47377" w:rsidRPr="00AA3F60" w:rsidRDefault="00D47377" w:rsidP="00D47377">
      <w:pPr>
        <w:pStyle w:val="NormalWeb"/>
        <w:spacing w:before="0" w:beforeAutospacing="0" w:after="0" w:afterAutospacing="0"/>
        <w:rPr>
          <w:rFonts w:ascii="Microsoft JhengHei UI" w:eastAsia="Microsoft JhengHei UI" w:hAnsi="Microsoft JhengHei UI" w:cs="PingFang TC"/>
          <w:color w:val="000000"/>
          <w:sz w:val="20"/>
          <w:szCs w:val="20"/>
          <w:lang w:val="en-US"/>
        </w:rPr>
      </w:pPr>
    </w:p>
    <w:p w14:paraId="5D54E5B6" w14:textId="77777777" w:rsidR="00D47377" w:rsidRPr="00AA3F60" w:rsidRDefault="00D47377" w:rsidP="00D47377">
      <w:pPr>
        <w:pStyle w:val="NormalWeb"/>
        <w:spacing w:before="0" w:beforeAutospacing="0" w:after="0" w:afterAutospacing="0"/>
        <w:rPr>
          <w:rFonts w:ascii="Microsoft JhengHei UI" w:eastAsia="Microsoft JhengHei UI" w:hAnsi="Microsoft JhengHei UI"/>
          <w:color w:val="000000"/>
          <w:sz w:val="20"/>
          <w:szCs w:val="20"/>
        </w:rPr>
      </w:pPr>
      <w:r w:rsidRPr="00AA3F60">
        <w:rPr>
          <w:rFonts w:ascii="Microsoft JhengHei UI" w:eastAsia="Microsoft JhengHei UI" w:hAnsi="Microsoft JhengHei UI" w:cs="PingFang TC" w:hint="eastAsia"/>
          <w:color w:val="000000"/>
          <w:sz w:val="20"/>
          <w:szCs w:val="20"/>
        </w:rPr>
        <w:t>您很快會收到一封確認申請的電郵。您亦可點擊上方功能表項目中的「</w:t>
      </w:r>
      <w:r w:rsidRPr="00AA3F60">
        <w:rPr>
          <w:rFonts w:ascii="Microsoft JhengHei UI" w:eastAsia="Microsoft JhengHei UI" w:hAnsi="Microsoft JhengHei UI" w:cs="PingFang TC"/>
          <w:color w:val="000000"/>
          <w:sz w:val="20"/>
          <w:szCs w:val="20"/>
          <w:lang w:val="en-US"/>
        </w:rPr>
        <w:t>Submitted (</w:t>
      </w:r>
      <w:r w:rsidRPr="00AA3F60">
        <w:rPr>
          <w:rFonts w:ascii="Microsoft JhengHei UI" w:eastAsia="Microsoft JhengHei UI" w:hAnsi="Microsoft JhengHei UI" w:cs="PingFang TC" w:hint="eastAsia"/>
          <w:color w:val="000000"/>
          <w:sz w:val="20"/>
          <w:szCs w:val="20"/>
        </w:rPr>
        <w:t>已提交</w:t>
      </w:r>
      <w:r w:rsidRPr="00AA3F60">
        <w:rPr>
          <w:rFonts w:ascii="Microsoft JhengHei UI" w:eastAsia="Microsoft JhengHei UI" w:hAnsi="Microsoft JhengHei UI" w:cs="PingFang TC"/>
          <w:color w:val="000000"/>
          <w:sz w:val="20"/>
          <w:szCs w:val="20"/>
          <w:lang w:val="en-US"/>
        </w:rPr>
        <w:t>)</w:t>
      </w:r>
      <w:r w:rsidRPr="00AA3F60">
        <w:rPr>
          <w:rFonts w:ascii="Microsoft JhengHei UI" w:eastAsia="Microsoft JhengHei UI" w:hAnsi="Microsoft JhengHei UI" w:cs="PingFang TC" w:hint="eastAsia"/>
          <w:color w:val="000000"/>
          <w:sz w:val="20"/>
          <w:szCs w:val="20"/>
        </w:rPr>
        <w:t>」，以確認您的申請已被系統接收（「</w:t>
      </w:r>
      <w:r w:rsidRPr="00AA3F60">
        <w:rPr>
          <w:rFonts w:ascii="Microsoft JhengHei UI" w:eastAsia="Microsoft JhengHei UI" w:hAnsi="Microsoft JhengHei UI" w:cs="PingFang TC"/>
          <w:color w:val="000000"/>
          <w:sz w:val="20"/>
          <w:szCs w:val="20"/>
          <w:lang w:val="en-US"/>
        </w:rPr>
        <w:t>Current Phase Status (</w:t>
      </w:r>
      <w:r w:rsidRPr="00AA3F60">
        <w:rPr>
          <w:rFonts w:ascii="Microsoft JhengHei UI" w:eastAsia="Microsoft JhengHei UI" w:hAnsi="Microsoft JhengHei UI" w:cs="PingFang TC" w:hint="eastAsia"/>
          <w:color w:val="000000"/>
          <w:sz w:val="20"/>
          <w:szCs w:val="20"/>
        </w:rPr>
        <w:t>當前階段狀態</w:t>
      </w:r>
      <w:r w:rsidRPr="00AA3F60">
        <w:rPr>
          <w:rFonts w:ascii="Microsoft JhengHei UI" w:eastAsia="Microsoft JhengHei UI" w:hAnsi="Microsoft JhengHei UI" w:cs="PingFang TC"/>
          <w:color w:val="000000"/>
          <w:sz w:val="20"/>
          <w:szCs w:val="20"/>
          <w:lang w:val="en-US"/>
        </w:rPr>
        <w:t>)</w:t>
      </w:r>
      <w:r w:rsidRPr="00AA3F60">
        <w:rPr>
          <w:rFonts w:ascii="Microsoft JhengHei UI" w:eastAsia="Microsoft JhengHei UI" w:hAnsi="Microsoft JhengHei UI" w:cs="PingFang TC" w:hint="eastAsia"/>
          <w:color w:val="000000"/>
          <w:sz w:val="20"/>
          <w:szCs w:val="20"/>
        </w:rPr>
        <w:t>」應顯示為「</w:t>
      </w:r>
      <w:r w:rsidRPr="00AA3F60">
        <w:rPr>
          <w:rFonts w:ascii="Microsoft JhengHei UI" w:eastAsia="Microsoft JhengHei UI" w:hAnsi="Microsoft JhengHei UI" w:cs="PingFang TC"/>
          <w:color w:val="000000"/>
          <w:sz w:val="20"/>
          <w:szCs w:val="20"/>
          <w:lang w:val="en-US"/>
        </w:rPr>
        <w:t>Submitted (</w:t>
      </w:r>
      <w:r w:rsidRPr="00AA3F60">
        <w:rPr>
          <w:rFonts w:ascii="Microsoft JhengHei UI" w:eastAsia="Microsoft JhengHei UI" w:hAnsi="Microsoft JhengHei UI" w:cs="PingFang TC" w:hint="eastAsia"/>
          <w:color w:val="000000"/>
          <w:sz w:val="20"/>
          <w:szCs w:val="20"/>
        </w:rPr>
        <w:t>已提交</w:t>
      </w:r>
      <w:r w:rsidRPr="00AA3F60">
        <w:rPr>
          <w:rFonts w:ascii="Microsoft JhengHei UI" w:eastAsia="Microsoft JhengHei UI" w:hAnsi="Microsoft JhengHei UI" w:cs="PingFang TC"/>
          <w:color w:val="000000"/>
          <w:sz w:val="20"/>
          <w:szCs w:val="20"/>
          <w:lang w:val="en-US"/>
        </w:rPr>
        <w:t>)</w:t>
      </w:r>
      <w:r w:rsidRPr="00AA3F60">
        <w:rPr>
          <w:rFonts w:ascii="Microsoft JhengHei UI" w:eastAsia="Microsoft JhengHei UI" w:hAnsi="Microsoft JhengHei UI" w:cs="PingFang TC" w:hint="eastAsia"/>
          <w:color w:val="000000"/>
          <w:sz w:val="20"/>
          <w:szCs w:val="20"/>
        </w:rPr>
        <w:t>」），並可下載已提交申請表之</w:t>
      </w:r>
      <w:r w:rsidRPr="00AA3F60">
        <w:rPr>
          <w:rFonts w:ascii="Microsoft JhengHei UI" w:eastAsia="Microsoft JhengHei UI" w:hAnsi="Microsoft JhengHei UI"/>
          <w:color w:val="000000"/>
          <w:sz w:val="20"/>
          <w:szCs w:val="20"/>
        </w:rPr>
        <w:t xml:space="preserve"> PDF </w:t>
      </w:r>
      <w:r w:rsidRPr="00AA3F60">
        <w:rPr>
          <w:rFonts w:ascii="Microsoft JhengHei UI" w:eastAsia="Microsoft JhengHei UI" w:hAnsi="Microsoft JhengHei UI" w:cs="PingFang TC" w:hint="eastAsia"/>
          <w:color w:val="000000"/>
          <w:sz w:val="20"/>
          <w:szCs w:val="20"/>
        </w:rPr>
        <w:t>副本。</w:t>
      </w:r>
    </w:p>
    <w:p w14:paraId="1CFD4E7C" w14:textId="77777777" w:rsidR="00D47377" w:rsidRPr="00AA3F60" w:rsidRDefault="00D47377" w:rsidP="00D47377">
      <w:pPr>
        <w:spacing w:after="0"/>
        <w:rPr>
          <w:rFonts w:ascii="Microsoft JhengHei UI" w:eastAsia="Microsoft JhengHei UI" w:hAnsi="Microsoft JhengHei UI"/>
          <w:color w:val="000000"/>
          <w:sz w:val="20"/>
          <w:szCs w:val="20"/>
          <w:lang w:eastAsia="zh-TW"/>
        </w:rPr>
      </w:pPr>
    </w:p>
    <w:p w14:paraId="0E516C58" w14:textId="3778E77C" w:rsidR="001067FD" w:rsidRPr="00AA3F60" w:rsidRDefault="00D47377" w:rsidP="00732880">
      <w:pPr>
        <w:pStyle w:val="NormalWeb"/>
        <w:spacing w:before="0" w:beforeAutospacing="0" w:after="0" w:afterAutospacing="0"/>
        <w:rPr>
          <w:rFonts w:ascii="Microsoft JhengHei UI" w:eastAsia="Microsoft JhengHei UI" w:hAnsi="Microsoft JhengHei UI"/>
          <w:color w:val="000000"/>
          <w:sz w:val="20"/>
          <w:szCs w:val="20"/>
          <w:lang w:val="en-US"/>
        </w:rPr>
      </w:pPr>
      <w:r w:rsidRPr="00AA3F60">
        <w:rPr>
          <w:rFonts w:ascii="Microsoft JhengHei UI" w:eastAsia="Microsoft JhengHei UI" w:hAnsi="Microsoft JhengHei UI" w:cs="PingFang TC" w:hint="eastAsia"/>
          <w:b/>
          <w:bCs/>
          <w:color w:val="000000"/>
          <w:sz w:val="20"/>
          <w:szCs w:val="20"/>
        </w:rPr>
        <w:t>請注意：您的推薦人很快會收到來自</w:t>
      </w:r>
      <w:r w:rsidRPr="00AA3F60">
        <w:rPr>
          <w:rFonts w:ascii="Microsoft JhengHei UI" w:eastAsia="Microsoft JhengHei UI" w:hAnsi="Microsoft JhengHei UI"/>
          <w:b/>
          <w:bCs/>
          <w:color w:val="000000"/>
          <w:sz w:val="20"/>
          <w:szCs w:val="20"/>
        </w:rPr>
        <w:t xml:space="preserve"> GoApply </w:t>
      </w:r>
      <w:r w:rsidRPr="00AA3F60">
        <w:rPr>
          <w:rFonts w:ascii="Microsoft JhengHei UI" w:eastAsia="Microsoft JhengHei UI" w:hAnsi="Microsoft JhengHei UI" w:cs="PingFang TC" w:hint="eastAsia"/>
          <w:b/>
          <w:bCs/>
          <w:color w:val="000000"/>
          <w:sz w:val="20"/>
          <w:szCs w:val="20"/>
        </w:rPr>
        <w:t>的電郵，當中包含一個上傳連結。為了讓您的申請被視為完整，您的推薦人必須在</w:t>
      </w:r>
      <w:r w:rsidRPr="00AA3F60">
        <w:rPr>
          <w:rStyle w:val="apple-converted-space"/>
          <w:rFonts w:ascii="Microsoft JhengHei UI" w:eastAsia="Microsoft JhengHei UI" w:hAnsi="Microsoft JhengHei UI"/>
          <w:b/>
          <w:bCs/>
          <w:color w:val="000000"/>
          <w:sz w:val="20"/>
          <w:szCs w:val="20"/>
        </w:rPr>
        <w:t> </w:t>
      </w:r>
      <w:r w:rsidRPr="00AA3F60">
        <w:rPr>
          <w:rFonts w:ascii="Microsoft JhengHei UI" w:eastAsia="Microsoft JhengHei UI" w:hAnsi="Microsoft JhengHei UI"/>
          <w:b/>
          <w:bCs/>
          <w:color w:val="000000"/>
          <w:sz w:val="20"/>
          <w:szCs w:val="20"/>
        </w:rPr>
        <w:t>2026</w:t>
      </w:r>
      <w:r w:rsidRPr="00AA3F60">
        <w:rPr>
          <w:rFonts w:ascii="Microsoft JhengHei UI" w:eastAsia="Microsoft JhengHei UI" w:hAnsi="Microsoft JhengHei UI" w:cs="PingFang TC" w:hint="eastAsia"/>
          <w:b/>
          <w:bCs/>
          <w:color w:val="000000"/>
          <w:sz w:val="20"/>
          <w:szCs w:val="20"/>
        </w:rPr>
        <w:t>年</w:t>
      </w:r>
      <w:r w:rsidRPr="00AA3F60">
        <w:rPr>
          <w:rFonts w:ascii="Microsoft JhengHei UI" w:eastAsia="Microsoft JhengHei UI" w:hAnsi="Microsoft JhengHei UI"/>
          <w:b/>
          <w:bCs/>
          <w:color w:val="000000"/>
          <w:sz w:val="20"/>
          <w:szCs w:val="20"/>
        </w:rPr>
        <w:t>11</w:t>
      </w:r>
      <w:r w:rsidRPr="00AA3F60">
        <w:rPr>
          <w:rFonts w:ascii="Microsoft JhengHei UI" w:eastAsia="Microsoft JhengHei UI" w:hAnsi="Microsoft JhengHei UI" w:cs="PingFang TC" w:hint="eastAsia"/>
          <w:b/>
          <w:bCs/>
          <w:color w:val="000000"/>
          <w:sz w:val="20"/>
          <w:szCs w:val="20"/>
        </w:rPr>
        <w:t>月</w:t>
      </w:r>
      <w:r w:rsidRPr="00AA3F60">
        <w:rPr>
          <w:rFonts w:ascii="Microsoft JhengHei UI" w:eastAsia="Microsoft JhengHei UI" w:hAnsi="Microsoft JhengHei UI"/>
          <w:b/>
          <w:bCs/>
          <w:color w:val="000000"/>
          <w:sz w:val="20"/>
          <w:szCs w:val="20"/>
        </w:rPr>
        <w:t>1</w:t>
      </w:r>
      <w:r w:rsidR="00293A53" w:rsidRPr="00AA3F60">
        <w:rPr>
          <w:rFonts w:ascii="Microsoft JhengHei UI" w:eastAsia="Microsoft JhengHei UI" w:hAnsi="Microsoft JhengHei UI"/>
          <w:b/>
          <w:bCs/>
          <w:color w:val="000000"/>
          <w:sz w:val="20"/>
          <w:szCs w:val="20"/>
        </w:rPr>
        <w:t>6</w:t>
      </w:r>
      <w:r w:rsidRPr="00AA3F60">
        <w:rPr>
          <w:rFonts w:ascii="Microsoft JhengHei UI" w:eastAsia="Microsoft JhengHei UI" w:hAnsi="Microsoft JhengHei UI" w:cs="PingFang TC" w:hint="eastAsia"/>
          <w:b/>
          <w:bCs/>
          <w:color w:val="000000"/>
          <w:sz w:val="20"/>
          <w:szCs w:val="20"/>
        </w:rPr>
        <w:t>日</w:t>
      </w:r>
      <w:r w:rsidRPr="00AA3F60">
        <w:rPr>
          <w:rFonts w:ascii="Microsoft JhengHei UI" w:eastAsia="Microsoft JhengHei UI" w:hAnsi="Microsoft JhengHei UI" w:cs="PingFang TC"/>
          <w:b/>
          <w:bCs/>
          <w:color w:val="000000"/>
          <w:sz w:val="20"/>
          <w:szCs w:val="20"/>
          <w:lang w:eastAsia="zh-HK"/>
        </w:rPr>
        <w:t>，</w:t>
      </w:r>
      <w:r w:rsidR="00293A53" w:rsidRPr="00AA3F60">
        <w:rPr>
          <w:rFonts w:ascii="Microsoft JhengHei UI" w:eastAsia="Microsoft JhengHei UI" w:hAnsi="Microsoft JhengHei UI" w:cs="AppleExternalUIFontHongKongChin" w:hint="eastAsia"/>
          <w:b/>
          <w:bCs/>
          <w:sz w:val="20"/>
          <w:szCs w:val="20"/>
          <w:lang w:val="en-GB"/>
        </w:rPr>
        <w:t>美國東岸時間上午</w:t>
      </w:r>
      <w:r w:rsidR="00293A53" w:rsidRPr="00AA3F60">
        <w:rPr>
          <w:rFonts w:ascii="Microsoft JhengHei UI" w:eastAsia="Microsoft JhengHei UI" w:hAnsi="Microsoft JhengHei UI" w:cs="AppleSystemUIFontBold"/>
          <w:b/>
          <w:bCs/>
          <w:sz w:val="20"/>
          <w:szCs w:val="20"/>
          <w:lang w:val="en-GB"/>
        </w:rPr>
        <w:t>9:59</w:t>
      </w:r>
      <w:r w:rsidR="00293A53" w:rsidRPr="00AA3F60">
        <w:rPr>
          <w:rFonts w:ascii="Microsoft JhengHei UI" w:eastAsia="Microsoft JhengHei UI" w:hAnsi="Microsoft JhengHei UI" w:cs="AppleExternalUIFontHongKongChin" w:hint="eastAsia"/>
          <w:b/>
          <w:bCs/>
          <w:sz w:val="20"/>
          <w:szCs w:val="20"/>
          <w:lang w:val="en-GB"/>
        </w:rPr>
        <w:t>（香港時間晚上</w:t>
      </w:r>
      <w:r w:rsidR="00293A53" w:rsidRPr="00AA3F60">
        <w:rPr>
          <w:rFonts w:ascii="Microsoft JhengHei UI" w:eastAsia="Microsoft JhengHei UI" w:hAnsi="Microsoft JhengHei UI" w:cs="AppleSystemUIFontBold"/>
          <w:b/>
          <w:bCs/>
          <w:sz w:val="20"/>
          <w:szCs w:val="20"/>
          <w:lang w:val="en-GB"/>
        </w:rPr>
        <w:t>10:59</w:t>
      </w:r>
      <w:r w:rsidR="00293A53" w:rsidRPr="00AA3F60">
        <w:rPr>
          <w:rFonts w:ascii="Microsoft JhengHei UI" w:eastAsia="Microsoft JhengHei UI" w:hAnsi="Microsoft JhengHei UI" w:cs="AppleExternalUIFontHongKongChin" w:hint="eastAsia"/>
          <w:b/>
          <w:bCs/>
          <w:sz w:val="20"/>
          <w:szCs w:val="20"/>
          <w:lang w:val="en-GB"/>
        </w:rPr>
        <w:t>）</w:t>
      </w:r>
      <w:r w:rsidRPr="00AA3F60">
        <w:rPr>
          <w:rFonts w:ascii="Microsoft JhengHei UI" w:eastAsia="Microsoft JhengHei UI" w:hAnsi="Microsoft JhengHei UI" w:cs="PingFang TC" w:hint="eastAsia"/>
          <w:b/>
          <w:bCs/>
          <w:color w:val="000000"/>
          <w:sz w:val="20"/>
          <w:szCs w:val="20"/>
        </w:rPr>
        <w:t>之前將他們的推薦信上傳至</w:t>
      </w:r>
      <w:r w:rsidRPr="00AA3F60">
        <w:rPr>
          <w:rFonts w:ascii="Microsoft JhengHei UI" w:eastAsia="Microsoft JhengHei UI" w:hAnsi="Microsoft JhengHei UI"/>
          <w:b/>
          <w:bCs/>
          <w:color w:val="000000"/>
          <w:sz w:val="20"/>
          <w:szCs w:val="20"/>
        </w:rPr>
        <w:t xml:space="preserve"> GoApply</w:t>
      </w:r>
      <w:r w:rsidRPr="00AA3F60">
        <w:rPr>
          <w:rFonts w:ascii="Microsoft JhengHei UI" w:eastAsia="Microsoft JhengHei UI" w:hAnsi="Microsoft JhengHei UI" w:cs="PingFang TC" w:hint="eastAsia"/>
          <w:b/>
          <w:bCs/>
          <w:color w:val="000000"/>
          <w:sz w:val="20"/>
          <w:szCs w:val="20"/>
        </w:rPr>
        <w:t>。</w:t>
      </w:r>
      <w:r w:rsidRPr="00AA3F60">
        <w:rPr>
          <w:rFonts w:ascii="Microsoft JhengHei UI" w:eastAsia="Microsoft JhengHei UI" w:hAnsi="Microsoft JhengHei UI" w:cs="PingFang TC" w:hint="eastAsia"/>
          <w:color w:val="000000"/>
          <w:sz w:val="20"/>
          <w:szCs w:val="20"/>
        </w:rPr>
        <w:t>請與您的推薦人核實他們是否已收到來自</w:t>
      </w:r>
      <w:r w:rsidRPr="00AA3F60">
        <w:rPr>
          <w:rFonts w:ascii="Microsoft JhengHei UI" w:eastAsia="Microsoft JhengHei UI" w:hAnsi="Microsoft JhengHei UI"/>
          <w:color w:val="000000"/>
          <w:sz w:val="20"/>
          <w:szCs w:val="20"/>
        </w:rPr>
        <w:t xml:space="preserve"> GoApply </w:t>
      </w:r>
      <w:r w:rsidRPr="00AA3F60">
        <w:rPr>
          <w:rFonts w:ascii="Microsoft JhengHei UI" w:eastAsia="Microsoft JhengHei UI" w:hAnsi="Microsoft JhengHei UI" w:cs="PingFang TC" w:hint="eastAsia"/>
          <w:color w:val="000000"/>
          <w:sz w:val="20"/>
          <w:szCs w:val="20"/>
        </w:rPr>
        <w:t>的電郵，並確保他們在上述截止日期前上傳推薦信。</w:t>
      </w:r>
    </w:p>
    <w:sectPr w:rsidR="001067FD" w:rsidRPr="00AA3F60" w:rsidSect="00534694">
      <w:headerReference w:type="even" r:id="rId17"/>
      <w:headerReference w:type="default" r:id="rId18"/>
      <w:footerReference w:type="even" r:id="rId19"/>
      <w:footerReference w:type="default" r:id="rId20"/>
      <w:headerReference w:type="first" r:id="rId21"/>
      <w:footerReference w:type="first" r:id="rId22"/>
      <w:pgSz w:w="11906" w:h="16838" w:code="9"/>
      <w:pgMar w:top="994" w:right="1440" w:bottom="113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62ABC" w14:textId="77777777" w:rsidR="001F2E85" w:rsidRDefault="001F2E85" w:rsidP="00900C87">
      <w:pPr>
        <w:spacing w:after="0" w:line="240" w:lineRule="auto"/>
      </w:pPr>
      <w:r>
        <w:separator/>
      </w:r>
    </w:p>
  </w:endnote>
  <w:endnote w:type="continuationSeparator" w:id="0">
    <w:p w14:paraId="534425C3" w14:textId="77777777" w:rsidR="001F2E85" w:rsidRDefault="001F2E85" w:rsidP="00900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ourier">
    <w:panose1 w:val="02070409020205020404"/>
    <w:charset w:val="00"/>
    <w:family w:val="modern"/>
    <w:pitch w:val="fixed"/>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ingFang TC">
    <w:altName w:val="Microsoft JhengHei"/>
    <w:charset w:val="88"/>
    <w:family w:val="swiss"/>
    <w:pitch w:val="variable"/>
    <w:sig w:usb0="A00002FF" w:usb1="7ACFFDFB" w:usb2="00000017" w:usb3="00000000" w:csb0="00100001" w:csb1="00000000"/>
  </w:font>
  <w:font w:name="AppleExternalUIFontHongKongChin">
    <w:altName w:val="Microsoft JhengHei"/>
    <w:charset w:val="88"/>
    <w:family w:val="auto"/>
    <w:pitch w:val="default"/>
    <w:sig w:usb0="00000001" w:usb1="08080000" w:usb2="00000010" w:usb3="00000000" w:csb0="00100000" w:csb1="00000000"/>
  </w:font>
  <w:font w:name="AppleSystemUIFontBold">
    <w:altName w:val="Calibri"/>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AEBD" w14:textId="77777777" w:rsidR="00900C87" w:rsidRDefault="00900C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2F9C0" w14:textId="77777777" w:rsidR="00900C87" w:rsidRPr="00900C87" w:rsidRDefault="00900C87" w:rsidP="00900C87">
    <w:pPr>
      <w:pBdr>
        <w:top w:val="nil"/>
        <w:left w:val="nil"/>
        <w:bottom w:val="nil"/>
        <w:right w:val="nil"/>
        <w:between w:val="nil"/>
      </w:pBdr>
      <w:tabs>
        <w:tab w:val="center" w:pos="4680"/>
        <w:tab w:val="right" w:pos="9360"/>
      </w:tabs>
      <w:spacing w:after="0" w:line="240" w:lineRule="auto"/>
      <w:rPr>
        <w:rFonts w:ascii="Aptos" w:eastAsia="Aptos" w:hAnsi="Aptos" w:cs="Aptos"/>
        <w:color w:val="BFBFBF"/>
        <w:sz w:val="16"/>
        <w:szCs w:val="16"/>
        <w:lang w:eastAsia="zh-TW"/>
      </w:rPr>
    </w:pPr>
  </w:p>
  <w:p w14:paraId="481C0E3A" w14:textId="77777777" w:rsidR="00900C87" w:rsidRDefault="00900C87" w:rsidP="00900C87">
    <w:pPr>
      <w:spacing w:after="0" w:line="180" w:lineRule="auto"/>
      <w:jc w:val="center"/>
      <w:rPr>
        <w:rFonts w:ascii="Aptos" w:eastAsia="Aptos" w:hAnsi="Aptos" w:cs="Aptos"/>
        <w:color w:val="BFBFBF"/>
        <w:sz w:val="16"/>
        <w:szCs w:val="16"/>
        <w:lang w:eastAsia="zh-TW"/>
      </w:rPr>
    </w:pPr>
  </w:p>
  <w:p w14:paraId="5C44443E" w14:textId="0C8E3F38" w:rsidR="00900C87" w:rsidRPr="00900C87" w:rsidRDefault="00900C87" w:rsidP="00900C87">
    <w:pPr>
      <w:spacing w:after="0" w:line="180" w:lineRule="auto"/>
      <w:jc w:val="center"/>
      <w:rPr>
        <w:rFonts w:ascii="Aptos" w:eastAsia="Aptos" w:hAnsi="Aptos" w:cs="Aptos"/>
        <w:color w:val="BFBFBF"/>
        <w:sz w:val="16"/>
        <w:szCs w:val="16"/>
        <w:lang w:eastAsia="zh-TW"/>
      </w:rPr>
    </w:pPr>
    <w:r w:rsidRPr="00900C87">
      <w:rPr>
        <w:rFonts w:ascii="Aptos" w:eastAsia="Aptos" w:hAnsi="Aptos" w:cs="Aptos"/>
        <w:color w:val="BFBFBF"/>
        <w:sz w:val="16"/>
        <w:szCs w:val="16"/>
        <w:lang w:eastAsia="zh-TW"/>
      </w:rPr>
      <w:t>Traditional Chinese (HK) ACC 202</w:t>
    </w:r>
    <w:r>
      <w:rPr>
        <w:rFonts w:ascii="Aptos" w:eastAsia="Aptos" w:hAnsi="Aptos" w:cs="Aptos"/>
        <w:color w:val="BFBFBF"/>
        <w:sz w:val="16"/>
        <w:szCs w:val="16"/>
        <w:lang w:eastAsia="zh-TW"/>
      </w:rPr>
      <w:t>7</w:t>
    </w:r>
    <w:r w:rsidRPr="00900C87">
      <w:rPr>
        <w:rFonts w:ascii="Aptos" w:eastAsia="Aptos" w:hAnsi="Aptos" w:cs="Aptos"/>
        <w:color w:val="BFBFBF"/>
        <w:sz w:val="16"/>
        <w:szCs w:val="16"/>
        <w:lang w:eastAsia="zh-TW"/>
      </w:rPr>
      <w:t xml:space="preserve"> Grant Cycle</w:t>
    </w:r>
  </w:p>
  <w:p w14:paraId="41FAE45A" w14:textId="77777777" w:rsidR="00900C87" w:rsidRPr="00900C87" w:rsidRDefault="00900C87" w:rsidP="00900C87">
    <w:pPr>
      <w:spacing w:after="0" w:line="180" w:lineRule="auto"/>
      <w:jc w:val="center"/>
      <w:rPr>
        <w:rFonts w:ascii="Aptos" w:eastAsia="Aptos" w:hAnsi="Aptos" w:cs="Aptos"/>
        <w:color w:val="BFBFBF"/>
        <w:sz w:val="16"/>
        <w:szCs w:val="16"/>
        <w:lang w:eastAsia="zh-TW"/>
      </w:rPr>
    </w:pPr>
    <w:r w:rsidRPr="00900C87">
      <w:rPr>
        <w:rFonts w:ascii="Aptos" w:eastAsia="Aptos" w:hAnsi="Aptos" w:cs="Aptos"/>
        <w:color w:val="BFBFBF"/>
        <w:sz w:val="16"/>
        <w:szCs w:val="16"/>
        <w:lang w:eastAsia="zh-TW"/>
      </w:rPr>
      <w:t>Graduate Fellowship Application</w:t>
    </w:r>
  </w:p>
  <w:p w14:paraId="511724C4" w14:textId="77777777" w:rsidR="00900C87" w:rsidRPr="00900C87" w:rsidRDefault="00900C87" w:rsidP="00900C87">
    <w:pPr>
      <w:pBdr>
        <w:top w:val="nil"/>
        <w:left w:val="nil"/>
        <w:bottom w:val="nil"/>
        <w:right w:val="nil"/>
        <w:between w:val="nil"/>
      </w:pBdr>
      <w:tabs>
        <w:tab w:val="center" w:pos="4680"/>
        <w:tab w:val="right" w:pos="9360"/>
      </w:tabs>
      <w:spacing w:after="0" w:line="240" w:lineRule="auto"/>
      <w:jc w:val="center"/>
      <w:rPr>
        <w:rFonts w:ascii="Aptos" w:eastAsia="Aptos" w:hAnsi="Aptos" w:cs="Aptos"/>
        <w:color w:val="BFBFBF"/>
        <w:sz w:val="16"/>
        <w:szCs w:val="16"/>
        <w:lang w:eastAsia="zh-TW"/>
      </w:rPr>
    </w:pPr>
  </w:p>
  <w:p w14:paraId="336DC6B8" w14:textId="5B55691D" w:rsidR="00900C87" w:rsidRPr="00900C87" w:rsidRDefault="00900C87" w:rsidP="00900C87">
    <w:pPr>
      <w:pBdr>
        <w:top w:val="nil"/>
        <w:left w:val="nil"/>
        <w:bottom w:val="nil"/>
        <w:right w:val="nil"/>
        <w:between w:val="nil"/>
      </w:pBdr>
      <w:tabs>
        <w:tab w:val="center" w:pos="4680"/>
        <w:tab w:val="right" w:pos="9360"/>
      </w:tabs>
      <w:spacing w:after="0" w:line="240" w:lineRule="auto"/>
      <w:jc w:val="center"/>
      <w:rPr>
        <w:rFonts w:ascii="Aptos" w:eastAsia="Aptos" w:hAnsi="Aptos" w:cs="Aptos"/>
        <w:color w:val="BFBFBF"/>
        <w:sz w:val="16"/>
        <w:szCs w:val="16"/>
        <w:lang w:eastAsia="zh-TW"/>
      </w:rPr>
    </w:pPr>
    <w:r w:rsidRPr="00900C87">
      <w:rPr>
        <w:rFonts w:ascii="Aptos" w:eastAsia="Aptos" w:hAnsi="Aptos" w:cs="Aptos"/>
        <w:color w:val="BFBFBF"/>
        <w:sz w:val="16"/>
        <w:szCs w:val="16"/>
        <w:lang w:eastAsia="zh-TW"/>
      </w:rPr>
      <w:t xml:space="preserve">Page </w:t>
    </w:r>
    <w:r w:rsidRPr="00900C87">
      <w:rPr>
        <w:rFonts w:ascii="Aptos" w:eastAsia="Aptos" w:hAnsi="Aptos" w:cs="Aptos"/>
        <w:noProof/>
        <w:color w:val="BFBFBF"/>
        <w:sz w:val="16"/>
        <w:szCs w:val="16"/>
        <w:lang w:eastAsia="zh-TW"/>
      </w:rPr>
      <w:fldChar w:fldCharType="begin"/>
    </w:r>
    <w:r w:rsidRPr="00900C87">
      <w:rPr>
        <w:rFonts w:ascii="Garamond" w:eastAsia="Garamond" w:hAnsi="Garamond" w:cs="Garamond"/>
        <w:color w:val="000000"/>
        <w:sz w:val="16"/>
        <w:szCs w:val="16"/>
        <w:lang w:eastAsia="zh-TW"/>
      </w:rPr>
      <w:instrText>PAGE</w:instrText>
    </w:r>
    <w:r w:rsidRPr="00900C87">
      <w:rPr>
        <w:rFonts w:ascii="Garamond" w:eastAsia="Garamond" w:hAnsi="Garamond" w:cs="Garamond"/>
        <w:color w:val="000000"/>
        <w:sz w:val="16"/>
        <w:szCs w:val="16"/>
        <w:lang w:eastAsia="zh-TW"/>
      </w:rPr>
      <w:fldChar w:fldCharType="separate"/>
    </w:r>
    <w:r w:rsidRPr="00900C87">
      <w:rPr>
        <w:rFonts w:ascii="Garamond" w:eastAsia="Garamond" w:hAnsi="Garamond" w:cs="Garamond"/>
        <w:color w:val="000000"/>
        <w:sz w:val="16"/>
        <w:szCs w:val="16"/>
        <w:lang w:eastAsia="zh-TW"/>
      </w:rPr>
      <w:t>1</w:t>
    </w:r>
    <w:r w:rsidRPr="00900C87">
      <w:rPr>
        <w:rFonts w:ascii="Aptos" w:eastAsia="Aptos" w:hAnsi="Aptos" w:cs="Aptos"/>
        <w:noProof/>
        <w:color w:val="BFBFBF"/>
        <w:sz w:val="16"/>
        <w:szCs w:val="16"/>
        <w:lang w:eastAsia="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3696" w14:textId="77777777" w:rsidR="00900C87" w:rsidRDefault="00900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B9865" w14:textId="77777777" w:rsidR="001F2E85" w:rsidRDefault="001F2E85" w:rsidP="00900C87">
      <w:pPr>
        <w:spacing w:after="0" w:line="240" w:lineRule="auto"/>
      </w:pPr>
      <w:r>
        <w:separator/>
      </w:r>
    </w:p>
  </w:footnote>
  <w:footnote w:type="continuationSeparator" w:id="0">
    <w:p w14:paraId="5E88A614" w14:textId="77777777" w:rsidR="001F2E85" w:rsidRDefault="001F2E85" w:rsidP="00900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1DDE" w14:textId="77777777" w:rsidR="00900C87" w:rsidRDefault="00900C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CA3F" w14:textId="77777777" w:rsidR="00900C87" w:rsidRDefault="00900C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D2D2" w14:textId="77777777" w:rsidR="00900C87" w:rsidRDefault="00900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14567364"/>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9C5AEB"/>
    <w:multiLevelType w:val="multilevel"/>
    <w:tmpl w:val="9A0683CA"/>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ED2A4B"/>
    <w:multiLevelType w:val="multilevel"/>
    <w:tmpl w:val="19D2DCC0"/>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BE1554"/>
    <w:multiLevelType w:val="hybridMultilevel"/>
    <w:tmpl w:val="B5D2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0481F"/>
    <w:multiLevelType w:val="hybridMultilevel"/>
    <w:tmpl w:val="17766D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5C8327F"/>
    <w:multiLevelType w:val="multilevel"/>
    <w:tmpl w:val="D5AE29C8"/>
    <w:lvl w:ilvl="0">
      <w:start w:val="1"/>
      <w:numFmt w:val="bullet"/>
      <w:lvlText w:val=""/>
      <w:lvlJc w:val="left"/>
      <w:pPr>
        <w:tabs>
          <w:tab w:val="num" w:pos="558"/>
        </w:tabs>
        <w:ind w:left="558" w:hanging="360"/>
      </w:pPr>
      <w:rPr>
        <w:rFonts w:ascii="Symbol" w:hAnsi="Symbol" w:hint="default"/>
        <w:sz w:val="20"/>
      </w:rPr>
    </w:lvl>
    <w:lvl w:ilvl="1" w:tentative="1">
      <w:start w:val="1"/>
      <w:numFmt w:val="bullet"/>
      <w:lvlText w:val="o"/>
      <w:lvlJc w:val="left"/>
      <w:pPr>
        <w:tabs>
          <w:tab w:val="num" w:pos="1278"/>
        </w:tabs>
        <w:ind w:left="1278" w:hanging="360"/>
      </w:pPr>
      <w:rPr>
        <w:rFonts w:ascii="Courier New" w:hAnsi="Courier New" w:hint="default"/>
        <w:sz w:val="20"/>
      </w:rPr>
    </w:lvl>
    <w:lvl w:ilvl="2" w:tentative="1">
      <w:start w:val="1"/>
      <w:numFmt w:val="bullet"/>
      <w:lvlText w:val=""/>
      <w:lvlJc w:val="left"/>
      <w:pPr>
        <w:tabs>
          <w:tab w:val="num" w:pos="1998"/>
        </w:tabs>
        <w:ind w:left="1998" w:hanging="360"/>
      </w:pPr>
      <w:rPr>
        <w:rFonts w:ascii="Wingdings" w:hAnsi="Wingdings" w:hint="default"/>
        <w:sz w:val="20"/>
      </w:rPr>
    </w:lvl>
    <w:lvl w:ilvl="3" w:tentative="1">
      <w:start w:val="1"/>
      <w:numFmt w:val="bullet"/>
      <w:lvlText w:val=""/>
      <w:lvlJc w:val="left"/>
      <w:pPr>
        <w:tabs>
          <w:tab w:val="num" w:pos="2718"/>
        </w:tabs>
        <w:ind w:left="2718" w:hanging="360"/>
      </w:pPr>
      <w:rPr>
        <w:rFonts w:ascii="Wingdings" w:hAnsi="Wingdings" w:hint="default"/>
        <w:sz w:val="20"/>
      </w:rPr>
    </w:lvl>
    <w:lvl w:ilvl="4" w:tentative="1">
      <w:start w:val="1"/>
      <w:numFmt w:val="bullet"/>
      <w:lvlText w:val=""/>
      <w:lvlJc w:val="left"/>
      <w:pPr>
        <w:tabs>
          <w:tab w:val="num" w:pos="3438"/>
        </w:tabs>
        <w:ind w:left="3438" w:hanging="360"/>
      </w:pPr>
      <w:rPr>
        <w:rFonts w:ascii="Wingdings" w:hAnsi="Wingdings" w:hint="default"/>
        <w:sz w:val="20"/>
      </w:rPr>
    </w:lvl>
    <w:lvl w:ilvl="5" w:tentative="1">
      <w:start w:val="1"/>
      <w:numFmt w:val="bullet"/>
      <w:lvlText w:val=""/>
      <w:lvlJc w:val="left"/>
      <w:pPr>
        <w:tabs>
          <w:tab w:val="num" w:pos="4158"/>
        </w:tabs>
        <w:ind w:left="4158" w:hanging="360"/>
      </w:pPr>
      <w:rPr>
        <w:rFonts w:ascii="Wingdings" w:hAnsi="Wingdings" w:hint="default"/>
        <w:sz w:val="20"/>
      </w:rPr>
    </w:lvl>
    <w:lvl w:ilvl="6" w:tentative="1">
      <w:start w:val="1"/>
      <w:numFmt w:val="bullet"/>
      <w:lvlText w:val=""/>
      <w:lvlJc w:val="left"/>
      <w:pPr>
        <w:tabs>
          <w:tab w:val="num" w:pos="4878"/>
        </w:tabs>
        <w:ind w:left="4878" w:hanging="360"/>
      </w:pPr>
      <w:rPr>
        <w:rFonts w:ascii="Wingdings" w:hAnsi="Wingdings" w:hint="default"/>
        <w:sz w:val="20"/>
      </w:rPr>
    </w:lvl>
    <w:lvl w:ilvl="7" w:tentative="1">
      <w:start w:val="1"/>
      <w:numFmt w:val="bullet"/>
      <w:lvlText w:val=""/>
      <w:lvlJc w:val="left"/>
      <w:pPr>
        <w:tabs>
          <w:tab w:val="num" w:pos="5598"/>
        </w:tabs>
        <w:ind w:left="5598" w:hanging="360"/>
      </w:pPr>
      <w:rPr>
        <w:rFonts w:ascii="Wingdings" w:hAnsi="Wingdings" w:hint="default"/>
        <w:sz w:val="20"/>
      </w:rPr>
    </w:lvl>
    <w:lvl w:ilvl="8" w:tentative="1">
      <w:start w:val="1"/>
      <w:numFmt w:val="bullet"/>
      <w:lvlText w:val=""/>
      <w:lvlJc w:val="left"/>
      <w:pPr>
        <w:tabs>
          <w:tab w:val="num" w:pos="6318"/>
        </w:tabs>
        <w:ind w:left="6318" w:hanging="360"/>
      </w:pPr>
      <w:rPr>
        <w:rFonts w:ascii="Wingdings" w:hAnsi="Wingdings" w:hint="default"/>
        <w:sz w:val="20"/>
      </w:rPr>
    </w:lvl>
  </w:abstractNum>
  <w:abstractNum w:abstractNumId="11" w15:restartNumberingAfterBreak="0">
    <w:nsid w:val="38264B7F"/>
    <w:multiLevelType w:val="hybridMultilevel"/>
    <w:tmpl w:val="CDB2D7D4"/>
    <w:lvl w:ilvl="0" w:tplc="6C2C302A">
      <w:start w:val="1"/>
      <w:numFmt w:val="upperRoman"/>
      <w:pStyle w:val="Heading1"/>
      <w:lvlText w:val="%1."/>
      <w:lvlJc w:val="left"/>
      <w:pPr>
        <w:ind w:left="720" w:hanging="720"/>
      </w:pPr>
      <w:rPr>
        <w:rFonts w:ascii="Meiryo" w:eastAsia="Meiryo" w:hAnsi="Meiryo"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04E2A0F"/>
    <w:multiLevelType w:val="hybridMultilevel"/>
    <w:tmpl w:val="859C34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2A85C42"/>
    <w:multiLevelType w:val="hybridMultilevel"/>
    <w:tmpl w:val="1D14D1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8FD65E2"/>
    <w:multiLevelType w:val="multilevel"/>
    <w:tmpl w:val="C770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77D934"/>
    <w:multiLevelType w:val="hybridMultilevel"/>
    <w:tmpl w:val="E49CB3A6"/>
    <w:lvl w:ilvl="0" w:tplc="740E9FA6">
      <w:start w:val="1"/>
      <w:numFmt w:val="bullet"/>
      <w:lvlText w:val=""/>
      <w:lvlJc w:val="left"/>
      <w:pPr>
        <w:ind w:left="720" w:hanging="360"/>
      </w:pPr>
      <w:rPr>
        <w:rFonts w:ascii="Symbol" w:hAnsi="Symbol" w:hint="default"/>
      </w:rPr>
    </w:lvl>
    <w:lvl w:ilvl="1" w:tplc="2DB0FE92">
      <w:start w:val="1"/>
      <w:numFmt w:val="bullet"/>
      <w:lvlText w:val="o"/>
      <w:lvlJc w:val="left"/>
      <w:pPr>
        <w:ind w:left="1440" w:hanging="360"/>
      </w:pPr>
      <w:rPr>
        <w:rFonts w:ascii="Courier New" w:hAnsi="Courier New" w:hint="default"/>
      </w:rPr>
    </w:lvl>
    <w:lvl w:ilvl="2" w:tplc="CE5C550A">
      <w:start w:val="1"/>
      <w:numFmt w:val="bullet"/>
      <w:lvlText w:val=""/>
      <w:lvlJc w:val="left"/>
      <w:pPr>
        <w:ind w:left="2160" w:hanging="360"/>
      </w:pPr>
      <w:rPr>
        <w:rFonts w:ascii="Wingdings" w:hAnsi="Wingdings" w:hint="default"/>
      </w:rPr>
    </w:lvl>
    <w:lvl w:ilvl="3" w:tplc="C65421EC">
      <w:start w:val="1"/>
      <w:numFmt w:val="bullet"/>
      <w:lvlText w:val=""/>
      <w:lvlJc w:val="left"/>
      <w:pPr>
        <w:ind w:left="2880" w:hanging="360"/>
      </w:pPr>
      <w:rPr>
        <w:rFonts w:ascii="Symbol" w:hAnsi="Symbol" w:hint="default"/>
      </w:rPr>
    </w:lvl>
    <w:lvl w:ilvl="4" w:tplc="C2BC21C4">
      <w:start w:val="1"/>
      <w:numFmt w:val="bullet"/>
      <w:lvlText w:val="o"/>
      <w:lvlJc w:val="left"/>
      <w:pPr>
        <w:ind w:left="3600" w:hanging="360"/>
      </w:pPr>
      <w:rPr>
        <w:rFonts w:ascii="Courier New" w:hAnsi="Courier New" w:hint="default"/>
      </w:rPr>
    </w:lvl>
    <w:lvl w:ilvl="5" w:tplc="DEA64530">
      <w:start w:val="1"/>
      <w:numFmt w:val="bullet"/>
      <w:lvlText w:val=""/>
      <w:lvlJc w:val="left"/>
      <w:pPr>
        <w:ind w:left="4320" w:hanging="360"/>
      </w:pPr>
      <w:rPr>
        <w:rFonts w:ascii="Wingdings" w:hAnsi="Wingdings" w:hint="default"/>
      </w:rPr>
    </w:lvl>
    <w:lvl w:ilvl="6" w:tplc="B0E4B9FC">
      <w:start w:val="1"/>
      <w:numFmt w:val="bullet"/>
      <w:lvlText w:val=""/>
      <w:lvlJc w:val="left"/>
      <w:pPr>
        <w:ind w:left="5040" w:hanging="360"/>
      </w:pPr>
      <w:rPr>
        <w:rFonts w:ascii="Symbol" w:hAnsi="Symbol" w:hint="default"/>
      </w:rPr>
    </w:lvl>
    <w:lvl w:ilvl="7" w:tplc="73560572">
      <w:start w:val="1"/>
      <w:numFmt w:val="bullet"/>
      <w:lvlText w:val="o"/>
      <w:lvlJc w:val="left"/>
      <w:pPr>
        <w:ind w:left="5760" w:hanging="360"/>
      </w:pPr>
      <w:rPr>
        <w:rFonts w:ascii="Courier New" w:hAnsi="Courier New" w:hint="default"/>
      </w:rPr>
    </w:lvl>
    <w:lvl w:ilvl="8" w:tplc="5BFC59D6">
      <w:start w:val="1"/>
      <w:numFmt w:val="bullet"/>
      <w:lvlText w:val=""/>
      <w:lvlJc w:val="left"/>
      <w:pPr>
        <w:ind w:left="6480" w:hanging="360"/>
      </w:pPr>
      <w:rPr>
        <w:rFonts w:ascii="Wingdings" w:hAnsi="Wingdings" w:hint="default"/>
      </w:rPr>
    </w:lvl>
  </w:abstractNum>
  <w:abstractNum w:abstractNumId="16" w15:restartNumberingAfterBreak="0">
    <w:nsid w:val="4E1711ED"/>
    <w:multiLevelType w:val="multilevel"/>
    <w:tmpl w:val="BD86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062C51"/>
    <w:multiLevelType w:val="hybridMultilevel"/>
    <w:tmpl w:val="B9489540"/>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630F7F3A"/>
    <w:multiLevelType w:val="multilevel"/>
    <w:tmpl w:val="1F729C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1E78AA"/>
    <w:multiLevelType w:val="hybridMultilevel"/>
    <w:tmpl w:val="DA58EF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58A1353"/>
    <w:multiLevelType w:val="hybridMultilevel"/>
    <w:tmpl w:val="845C61E0"/>
    <w:lvl w:ilvl="0" w:tplc="58307FD2">
      <w:start w:val="3"/>
      <w:numFmt w:val="upperRoman"/>
      <w:lvlText w:val="%1."/>
      <w:lvlJc w:val="left"/>
      <w:pPr>
        <w:ind w:left="720" w:hanging="720"/>
      </w:pPr>
      <w:rPr>
        <w:rFonts w:ascii="Meiryo" w:eastAsia="Meiryo" w:hAnsi="Meiryo"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D102046"/>
    <w:multiLevelType w:val="hybridMultilevel"/>
    <w:tmpl w:val="9DD22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2002204">
    <w:abstractNumId w:val="5"/>
  </w:num>
  <w:num w:numId="2" w16cid:durableId="2146963829">
    <w:abstractNumId w:val="3"/>
  </w:num>
  <w:num w:numId="3" w16cid:durableId="179438257">
    <w:abstractNumId w:val="2"/>
  </w:num>
  <w:num w:numId="4" w16cid:durableId="940916988">
    <w:abstractNumId w:val="4"/>
  </w:num>
  <w:num w:numId="5" w16cid:durableId="1838425688">
    <w:abstractNumId w:val="1"/>
  </w:num>
  <w:num w:numId="6" w16cid:durableId="303509644">
    <w:abstractNumId w:val="0"/>
  </w:num>
  <w:num w:numId="7" w16cid:durableId="1872183231">
    <w:abstractNumId w:val="12"/>
  </w:num>
  <w:num w:numId="8" w16cid:durableId="1903909945">
    <w:abstractNumId w:val="13"/>
  </w:num>
  <w:num w:numId="9" w16cid:durableId="1261177588">
    <w:abstractNumId w:val="19"/>
  </w:num>
  <w:num w:numId="10" w16cid:durableId="413599490">
    <w:abstractNumId w:val="9"/>
  </w:num>
  <w:num w:numId="11" w16cid:durableId="1637374154">
    <w:abstractNumId w:val="8"/>
  </w:num>
  <w:num w:numId="12" w16cid:durableId="72506229">
    <w:abstractNumId w:val="7"/>
  </w:num>
  <w:num w:numId="13" w16cid:durableId="2015524288">
    <w:abstractNumId w:val="14"/>
  </w:num>
  <w:num w:numId="14" w16cid:durableId="1376999194">
    <w:abstractNumId w:val="16"/>
  </w:num>
  <w:num w:numId="15" w16cid:durableId="578829681">
    <w:abstractNumId w:val="18"/>
  </w:num>
  <w:num w:numId="16" w16cid:durableId="706223864">
    <w:abstractNumId w:val="10"/>
  </w:num>
  <w:num w:numId="17" w16cid:durableId="322009751">
    <w:abstractNumId w:val="15"/>
  </w:num>
  <w:num w:numId="18" w16cid:durableId="894314104">
    <w:abstractNumId w:val="21"/>
  </w:num>
  <w:num w:numId="19" w16cid:durableId="931550180">
    <w:abstractNumId w:val="20"/>
  </w:num>
  <w:num w:numId="20" w16cid:durableId="1585720628">
    <w:abstractNumId w:val="11"/>
  </w:num>
  <w:num w:numId="21" w16cid:durableId="823009680">
    <w:abstractNumId w:val="6"/>
  </w:num>
  <w:num w:numId="22" w16cid:durableId="580070231">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B/eObbL8PAE87+Cv5upLB9yUBE2Mr4YItK5dsvFJF0IKHRikANOmdbNeG+hkCAoekf5luPqeIsAM7Tv6+zplhw==" w:salt="oB4X45gioKZVX22tJbLXh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282"/>
    <w:rsid w:val="000135AE"/>
    <w:rsid w:val="000261DA"/>
    <w:rsid w:val="00034616"/>
    <w:rsid w:val="0005672C"/>
    <w:rsid w:val="0006056D"/>
    <w:rsid w:val="0006063C"/>
    <w:rsid w:val="000711E5"/>
    <w:rsid w:val="00082DEC"/>
    <w:rsid w:val="00086DAF"/>
    <w:rsid w:val="00094622"/>
    <w:rsid w:val="000A08A7"/>
    <w:rsid w:val="000C4644"/>
    <w:rsid w:val="000E35DA"/>
    <w:rsid w:val="000F565E"/>
    <w:rsid w:val="001050BE"/>
    <w:rsid w:val="001067FD"/>
    <w:rsid w:val="00147418"/>
    <w:rsid w:val="0015074B"/>
    <w:rsid w:val="00153BBD"/>
    <w:rsid w:val="00162C6C"/>
    <w:rsid w:val="001709CF"/>
    <w:rsid w:val="00171CFB"/>
    <w:rsid w:val="001A4891"/>
    <w:rsid w:val="001B26E3"/>
    <w:rsid w:val="001B4B63"/>
    <w:rsid w:val="001D319B"/>
    <w:rsid w:val="001D391A"/>
    <w:rsid w:val="001E5FD6"/>
    <w:rsid w:val="001F2E85"/>
    <w:rsid w:val="00206296"/>
    <w:rsid w:val="00223EBF"/>
    <w:rsid w:val="0024504B"/>
    <w:rsid w:val="00246C43"/>
    <w:rsid w:val="002508E3"/>
    <w:rsid w:val="0027505D"/>
    <w:rsid w:val="00293A53"/>
    <w:rsid w:val="0029639D"/>
    <w:rsid w:val="002A7A6E"/>
    <w:rsid w:val="002B1663"/>
    <w:rsid w:val="002B6850"/>
    <w:rsid w:val="002C4EF1"/>
    <w:rsid w:val="002D2CF0"/>
    <w:rsid w:val="002E167B"/>
    <w:rsid w:val="003038ED"/>
    <w:rsid w:val="00311A58"/>
    <w:rsid w:val="00326F90"/>
    <w:rsid w:val="00343FB3"/>
    <w:rsid w:val="00344BA7"/>
    <w:rsid w:val="003871A9"/>
    <w:rsid w:val="003A2FD0"/>
    <w:rsid w:val="003C141D"/>
    <w:rsid w:val="003C46C3"/>
    <w:rsid w:val="003E539D"/>
    <w:rsid w:val="0041652E"/>
    <w:rsid w:val="004229A5"/>
    <w:rsid w:val="00427BEB"/>
    <w:rsid w:val="00437B9E"/>
    <w:rsid w:val="00470B53"/>
    <w:rsid w:val="004967B7"/>
    <w:rsid w:val="004B4405"/>
    <w:rsid w:val="004E0035"/>
    <w:rsid w:val="004E079E"/>
    <w:rsid w:val="005104F8"/>
    <w:rsid w:val="005245F9"/>
    <w:rsid w:val="00534694"/>
    <w:rsid w:val="005356D0"/>
    <w:rsid w:val="00556965"/>
    <w:rsid w:val="00556D97"/>
    <w:rsid w:val="005B49E9"/>
    <w:rsid w:val="005C3072"/>
    <w:rsid w:val="005E108B"/>
    <w:rsid w:val="005F5405"/>
    <w:rsid w:val="005F7C90"/>
    <w:rsid w:val="006026E8"/>
    <w:rsid w:val="00611361"/>
    <w:rsid w:val="006153BB"/>
    <w:rsid w:val="006267F5"/>
    <w:rsid w:val="006432DA"/>
    <w:rsid w:val="0066502B"/>
    <w:rsid w:val="00667D0F"/>
    <w:rsid w:val="00671733"/>
    <w:rsid w:val="006A4010"/>
    <w:rsid w:val="006A7794"/>
    <w:rsid w:val="006F41C0"/>
    <w:rsid w:val="006F77E2"/>
    <w:rsid w:val="00732880"/>
    <w:rsid w:val="00747521"/>
    <w:rsid w:val="00761250"/>
    <w:rsid w:val="0076326C"/>
    <w:rsid w:val="007659D6"/>
    <w:rsid w:val="007732D2"/>
    <w:rsid w:val="00774D6E"/>
    <w:rsid w:val="00775EC7"/>
    <w:rsid w:val="00794C4F"/>
    <w:rsid w:val="007B1263"/>
    <w:rsid w:val="007D2DFF"/>
    <w:rsid w:val="007E56B4"/>
    <w:rsid w:val="007F4459"/>
    <w:rsid w:val="007F6E8B"/>
    <w:rsid w:val="00822EC7"/>
    <w:rsid w:val="00862D94"/>
    <w:rsid w:val="008A00A1"/>
    <w:rsid w:val="008E69DD"/>
    <w:rsid w:val="00900BEE"/>
    <w:rsid w:val="00900C87"/>
    <w:rsid w:val="009236E0"/>
    <w:rsid w:val="0093047B"/>
    <w:rsid w:val="00973BEB"/>
    <w:rsid w:val="009900DD"/>
    <w:rsid w:val="00991E36"/>
    <w:rsid w:val="009C1FEC"/>
    <w:rsid w:val="009C3488"/>
    <w:rsid w:val="009F3919"/>
    <w:rsid w:val="009F5C3C"/>
    <w:rsid w:val="00A033F8"/>
    <w:rsid w:val="00A04D72"/>
    <w:rsid w:val="00A12C1B"/>
    <w:rsid w:val="00A14ED2"/>
    <w:rsid w:val="00A17847"/>
    <w:rsid w:val="00A50AE5"/>
    <w:rsid w:val="00A56BC9"/>
    <w:rsid w:val="00AA1D8D"/>
    <w:rsid w:val="00AA3F60"/>
    <w:rsid w:val="00AA4AF8"/>
    <w:rsid w:val="00AA779E"/>
    <w:rsid w:val="00AB32D4"/>
    <w:rsid w:val="00AF4983"/>
    <w:rsid w:val="00B04AD8"/>
    <w:rsid w:val="00B209CA"/>
    <w:rsid w:val="00B47730"/>
    <w:rsid w:val="00B7371E"/>
    <w:rsid w:val="00B82C8B"/>
    <w:rsid w:val="00BA52AA"/>
    <w:rsid w:val="00BB2E00"/>
    <w:rsid w:val="00BC1551"/>
    <w:rsid w:val="00BE1DCD"/>
    <w:rsid w:val="00BE7628"/>
    <w:rsid w:val="00BF0C8D"/>
    <w:rsid w:val="00C017B5"/>
    <w:rsid w:val="00C2467C"/>
    <w:rsid w:val="00C80163"/>
    <w:rsid w:val="00CB0664"/>
    <w:rsid w:val="00CB1DD4"/>
    <w:rsid w:val="00CB435D"/>
    <w:rsid w:val="00CC3622"/>
    <w:rsid w:val="00CF0A57"/>
    <w:rsid w:val="00D07F2A"/>
    <w:rsid w:val="00D2011A"/>
    <w:rsid w:val="00D47377"/>
    <w:rsid w:val="00D5083C"/>
    <w:rsid w:val="00D60D51"/>
    <w:rsid w:val="00D8533C"/>
    <w:rsid w:val="00DA295A"/>
    <w:rsid w:val="00E03A80"/>
    <w:rsid w:val="00E219C4"/>
    <w:rsid w:val="00E33923"/>
    <w:rsid w:val="00E4204C"/>
    <w:rsid w:val="00E427DD"/>
    <w:rsid w:val="00E44D1C"/>
    <w:rsid w:val="00E83432"/>
    <w:rsid w:val="00EE0385"/>
    <w:rsid w:val="00EF46D2"/>
    <w:rsid w:val="00EF5C23"/>
    <w:rsid w:val="00F476B6"/>
    <w:rsid w:val="00F6361F"/>
    <w:rsid w:val="00F71D87"/>
    <w:rsid w:val="00FC693F"/>
    <w:rsid w:val="00FD0C15"/>
    <w:rsid w:val="00FF21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AF9AA0"/>
  <w14:defaultImageDpi w14:val="330"/>
  <w15:docId w15:val="{C22AEBF2-C7BE-A146-A04D-7475C998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ListParagraph"/>
    <w:next w:val="Normal"/>
    <w:link w:val="Heading1Char"/>
    <w:uiPriority w:val="9"/>
    <w:qFormat/>
    <w:rsid w:val="00C017B5"/>
    <w:pPr>
      <w:keepNext/>
      <w:numPr>
        <w:numId w:val="20"/>
      </w:numPr>
      <w:outlineLvl w:val="0"/>
    </w:pPr>
    <w:rPr>
      <w:rFonts w:ascii="Microsoft JhengHei UI" w:eastAsia="Microsoft JhengHei UI" w:hAnsi="Microsoft JhengHei UI"/>
      <w:b/>
      <w:sz w:val="28"/>
      <w:szCs w:val="28"/>
      <w:lang w:eastAsia="zh-TW"/>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017B5"/>
    <w:rPr>
      <w:rFonts w:ascii="Microsoft JhengHei UI" w:eastAsia="Microsoft JhengHei UI" w:hAnsi="Microsoft JhengHei UI"/>
      <w:b/>
      <w:sz w:val="28"/>
      <w:szCs w:val="28"/>
      <w:lang w:eastAsia="zh-TW"/>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C017B5"/>
    <w:pPr>
      <w:spacing w:after="0" w:line="240" w:lineRule="auto"/>
      <w:jc w:val="center"/>
    </w:pPr>
    <w:rPr>
      <w:rFonts w:ascii="Microsoft JhengHei" w:eastAsia="Microsoft JhengHei" w:hAnsi="Microsoft JhengHei" w:cs="Calibri"/>
      <w:b/>
      <w:bCs/>
      <w:sz w:val="32"/>
      <w:szCs w:val="32"/>
      <w:lang w:eastAsia="zh-TW"/>
    </w:rPr>
  </w:style>
  <w:style w:type="character" w:customStyle="1" w:styleId="TitleChar">
    <w:name w:val="Title Char"/>
    <w:basedOn w:val="DefaultParagraphFont"/>
    <w:link w:val="Title"/>
    <w:uiPriority w:val="10"/>
    <w:rsid w:val="00C017B5"/>
    <w:rPr>
      <w:rFonts w:ascii="Microsoft JhengHei" w:eastAsia="Microsoft JhengHei" w:hAnsi="Microsoft JhengHei" w:cs="Calibri"/>
      <w:b/>
      <w:bCs/>
      <w:sz w:val="32"/>
      <w:szCs w:val="32"/>
      <w:lang w:eastAsia="zh-TW"/>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709CF"/>
    <w:rPr>
      <w:color w:val="0000FF" w:themeColor="hyperlink"/>
      <w:u w:val="single"/>
    </w:rPr>
  </w:style>
  <w:style w:type="character" w:styleId="UnresolvedMention">
    <w:name w:val="Unresolved Mention"/>
    <w:basedOn w:val="DefaultParagraphFont"/>
    <w:uiPriority w:val="99"/>
    <w:semiHidden/>
    <w:unhideWhenUsed/>
    <w:rsid w:val="001709CF"/>
    <w:rPr>
      <w:color w:val="605E5C"/>
      <w:shd w:val="clear" w:color="auto" w:fill="E1DFDD"/>
    </w:rPr>
  </w:style>
  <w:style w:type="paragraph" w:styleId="NormalWeb">
    <w:name w:val="Normal (Web)"/>
    <w:basedOn w:val="Normal"/>
    <w:uiPriority w:val="99"/>
    <w:unhideWhenUsed/>
    <w:rsid w:val="00F71D87"/>
    <w:pPr>
      <w:spacing w:before="100" w:beforeAutospacing="1" w:after="100" w:afterAutospacing="1" w:line="240" w:lineRule="auto"/>
    </w:pPr>
    <w:rPr>
      <w:rFonts w:ascii="Times New Roman" w:eastAsia="Times New Roman" w:hAnsi="Times New Roman" w:cs="Times New Roman"/>
      <w:sz w:val="24"/>
      <w:szCs w:val="24"/>
      <w:lang w:val="en-HK" w:eastAsia="zh-TW"/>
    </w:rPr>
  </w:style>
  <w:style w:type="character" w:customStyle="1" w:styleId="source-title">
    <w:name w:val="source-title"/>
    <w:basedOn w:val="DefaultParagraphFont"/>
    <w:rsid w:val="00F71D87"/>
  </w:style>
  <w:style w:type="character" w:customStyle="1" w:styleId="source-count">
    <w:name w:val="source-count"/>
    <w:basedOn w:val="DefaultParagraphFont"/>
    <w:rsid w:val="00246C43"/>
  </w:style>
  <w:style w:type="character" w:styleId="HTMLCode">
    <w:name w:val="HTML Code"/>
    <w:basedOn w:val="DefaultParagraphFont"/>
    <w:uiPriority w:val="99"/>
    <w:semiHidden/>
    <w:unhideWhenUsed/>
    <w:rsid w:val="00246C43"/>
    <w:rPr>
      <w:rFonts w:ascii="Courier New" w:eastAsia="Times New Roman" w:hAnsi="Courier New" w:cs="Courier New"/>
      <w:sz w:val="20"/>
      <w:szCs w:val="20"/>
    </w:rPr>
  </w:style>
  <w:style w:type="character" w:customStyle="1" w:styleId="apple-converted-space">
    <w:name w:val="apple-converted-space"/>
    <w:basedOn w:val="DefaultParagraphFont"/>
    <w:rsid w:val="00246C43"/>
  </w:style>
  <w:style w:type="character" w:styleId="FollowedHyperlink">
    <w:name w:val="FollowedHyperlink"/>
    <w:basedOn w:val="DefaultParagraphFont"/>
    <w:uiPriority w:val="99"/>
    <w:semiHidden/>
    <w:unhideWhenUsed/>
    <w:rsid w:val="00004282"/>
    <w:rPr>
      <w:color w:val="800080" w:themeColor="followedHyperlink"/>
      <w:u w:val="single"/>
    </w:rPr>
  </w:style>
  <w:style w:type="character" w:customStyle="1" w:styleId="normaltextrun">
    <w:name w:val="normaltextrun"/>
    <w:basedOn w:val="DefaultParagraphFont"/>
    <w:rsid w:val="006A4010"/>
  </w:style>
  <w:style w:type="table" w:customStyle="1" w:styleId="TableGrid1">
    <w:name w:val="Table Grid1"/>
    <w:basedOn w:val="TableNormal"/>
    <w:next w:val="TableGrid"/>
    <w:uiPriority w:val="59"/>
    <w:rsid w:val="007732D2"/>
    <w:pPr>
      <w:spacing w:after="0" w:line="240" w:lineRule="auto"/>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038ED"/>
    <w:pPr>
      <w:spacing w:after="0" w:line="240" w:lineRule="auto"/>
    </w:pPr>
    <w:rPr>
      <w:rFonts w:ascii="Arial" w:hAnsi="Arial"/>
      <w:sz w:val="21"/>
    </w:rPr>
  </w:style>
  <w:style w:type="character" w:styleId="PlaceholderText">
    <w:name w:val="Placeholder Text"/>
    <w:basedOn w:val="DefaultParagraphFont"/>
    <w:uiPriority w:val="99"/>
    <w:semiHidden/>
    <w:rsid w:val="00E44D1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044439">
      <w:bodyDiv w:val="1"/>
      <w:marLeft w:val="0"/>
      <w:marRight w:val="0"/>
      <w:marTop w:val="0"/>
      <w:marBottom w:val="0"/>
      <w:divBdr>
        <w:top w:val="none" w:sz="0" w:space="0" w:color="auto"/>
        <w:left w:val="none" w:sz="0" w:space="0" w:color="auto"/>
        <w:bottom w:val="none" w:sz="0" w:space="0" w:color="auto"/>
        <w:right w:val="none" w:sz="0" w:space="0" w:color="auto"/>
      </w:divBdr>
      <w:divsChild>
        <w:div w:id="210046378">
          <w:marLeft w:val="0"/>
          <w:marRight w:val="0"/>
          <w:marTop w:val="0"/>
          <w:marBottom w:val="0"/>
          <w:divBdr>
            <w:top w:val="none" w:sz="0" w:space="0" w:color="auto"/>
            <w:left w:val="none" w:sz="0" w:space="0" w:color="auto"/>
            <w:bottom w:val="none" w:sz="0" w:space="0" w:color="auto"/>
            <w:right w:val="none" w:sz="0" w:space="0" w:color="auto"/>
          </w:divBdr>
          <w:divsChild>
            <w:div w:id="610018814">
              <w:marLeft w:val="0"/>
              <w:marRight w:val="0"/>
              <w:marTop w:val="0"/>
              <w:marBottom w:val="0"/>
              <w:divBdr>
                <w:top w:val="none" w:sz="0" w:space="0" w:color="auto"/>
                <w:left w:val="none" w:sz="0" w:space="0" w:color="auto"/>
                <w:bottom w:val="none" w:sz="0" w:space="0" w:color="auto"/>
                <w:right w:val="none" w:sz="0" w:space="0" w:color="auto"/>
              </w:divBdr>
            </w:div>
          </w:divsChild>
        </w:div>
        <w:div w:id="1285312214">
          <w:marLeft w:val="0"/>
          <w:marRight w:val="0"/>
          <w:marTop w:val="0"/>
          <w:marBottom w:val="0"/>
          <w:divBdr>
            <w:top w:val="none" w:sz="0" w:space="0" w:color="auto"/>
            <w:left w:val="none" w:sz="0" w:space="0" w:color="auto"/>
            <w:bottom w:val="none" w:sz="0" w:space="0" w:color="auto"/>
            <w:right w:val="none" w:sz="0" w:space="0" w:color="auto"/>
          </w:divBdr>
          <w:divsChild>
            <w:div w:id="1017073331">
              <w:marLeft w:val="0"/>
              <w:marRight w:val="0"/>
              <w:marTop w:val="0"/>
              <w:marBottom w:val="0"/>
              <w:divBdr>
                <w:top w:val="none" w:sz="0" w:space="0" w:color="auto"/>
                <w:left w:val="none" w:sz="0" w:space="0" w:color="auto"/>
                <w:bottom w:val="none" w:sz="0" w:space="0" w:color="auto"/>
                <w:right w:val="none" w:sz="0" w:space="0" w:color="auto"/>
              </w:divBdr>
            </w:div>
          </w:divsChild>
        </w:div>
        <w:div w:id="917010394">
          <w:marLeft w:val="0"/>
          <w:marRight w:val="0"/>
          <w:marTop w:val="0"/>
          <w:marBottom w:val="0"/>
          <w:divBdr>
            <w:top w:val="none" w:sz="0" w:space="0" w:color="auto"/>
            <w:left w:val="none" w:sz="0" w:space="0" w:color="auto"/>
            <w:bottom w:val="none" w:sz="0" w:space="0" w:color="auto"/>
            <w:right w:val="none" w:sz="0" w:space="0" w:color="auto"/>
          </w:divBdr>
          <w:divsChild>
            <w:div w:id="326445327">
              <w:marLeft w:val="0"/>
              <w:marRight w:val="0"/>
              <w:marTop w:val="0"/>
              <w:marBottom w:val="0"/>
              <w:divBdr>
                <w:top w:val="none" w:sz="0" w:space="0" w:color="auto"/>
                <w:left w:val="none" w:sz="0" w:space="0" w:color="auto"/>
                <w:bottom w:val="none" w:sz="0" w:space="0" w:color="auto"/>
                <w:right w:val="none" w:sz="0" w:space="0" w:color="auto"/>
              </w:divBdr>
            </w:div>
          </w:divsChild>
        </w:div>
        <w:div w:id="30687638">
          <w:marLeft w:val="0"/>
          <w:marRight w:val="0"/>
          <w:marTop w:val="0"/>
          <w:marBottom w:val="0"/>
          <w:divBdr>
            <w:top w:val="none" w:sz="0" w:space="0" w:color="auto"/>
            <w:left w:val="none" w:sz="0" w:space="0" w:color="auto"/>
            <w:bottom w:val="none" w:sz="0" w:space="0" w:color="auto"/>
            <w:right w:val="none" w:sz="0" w:space="0" w:color="auto"/>
          </w:divBdr>
          <w:divsChild>
            <w:div w:id="56257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535">
      <w:bodyDiv w:val="1"/>
      <w:marLeft w:val="0"/>
      <w:marRight w:val="0"/>
      <w:marTop w:val="0"/>
      <w:marBottom w:val="0"/>
      <w:divBdr>
        <w:top w:val="none" w:sz="0" w:space="0" w:color="auto"/>
        <w:left w:val="none" w:sz="0" w:space="0" w:color="auto"/>
        <w:bottom w:val="none" w:sz="0" w:space="0" w:color="auto"/>
        <w:right w:val="none" w:sz="0" w:space="0" w:color="auto"/>
      </w:divBdr>
      <w:divsChild>
        <w:div w:id="1869560173">
          <w:marLeft w:val="0"/>
          <w:marRight w:val="0"/>
          <w:marTop w:val="0"/>
          <w:marBottom w:val="0"/>
          <w:divBdr>
            <w:top w:val="none" w:sz="0" w:space="0" w:color="auto"/>
            <w:left w:val="none" w:sz="0" w:space="0" w:color="auto"/>
            <w:bottom w:val="none" w:sz="0" w:space="0" w:color="auto"/>
            <w:right w:val="none" w:sz="0" w:space="0" w:color="auto"/>
          </w:divBdr>
          <w:divsChild>
            <w:div w:id="474950899">
              <w:marLeft w:val="0"/>
              <w:marRight w:val="0"/>
              <w:marTop w:val="0"/>
              <w:marBottom w:val="0"/>
              <w:divBdr>
                <w:top w:val="none" w:sz="0" w:space="0" w:color="auto"/>
                <w:left w:val="none" w:sz="0" w:space="0" w:color="auto"/>
                <w:bottom w:val="none" w:sz="0" w:space="0" w:color="auto"/>
                <w:right w:val="none" w:sz="0" w:space="0" w:color="auto"/>
              </w:divBdr>
            </w:div>
          </w:divsChild>
        </w:div>
        <w:div w:id="1065034891">
          <w:marLeft w:val="0"/>
          <w:marRight w:val="0"/>
          <w:marTop w:val="0"/>
          <w:marBottom w:val="0"/>
          <w:divBdr>
            <w:top w:val="none" w:sz="0" w:space="0" w:color="auto"/>
            <w:left w:val="none" w:sz="0" w:space="0" w:color="auto"/>
            <w:bottom w:val="none" w:sz="0" w:space="0" w:color="auto"/>
            <w:right w:val="none" w:sz="0" w:space="0" w:color="auto"/>
          </w:divBdr>
          <w:divsChild>
            <w:div w:id="316998761">
              <w:marLeft w:val="0"/>
              <w:marRight w:val="0"/>
              <w:marTop w:val="0"/>
              <w:marBottom w:val="0"/>
              <w:divBdr>
                <w:top w:val="none" w:sz="0" w:space="0" w:color="auto"/>
                <w:left w:val="none" w:sz="0" w:space="0" w:color="auto"/>
                <w:bottom w:val="none" w:sz="0" w:space="0" w:color="auto"/>
                <w:right w:val="none" w:sz="0" w:space="0" w:color="auto"/>
              </w:divBdr>
            </w:div>
          </w:divsChild>
        </w:div>
        <w:div w:id="2131391997">
          <w:marLeft w:val="0"/>
          <w:marRight w:val="0"/>
          <w:marTop w:val="0"/>
          <w:marBottom w:val="0"/>
          <w:divBdr>
            <w:top w:val="none" w:sz="0" w:space="0" w:color="auto"/>
            <w:left w:val="none" w:sz="0" w:space="0" w:color="auto"/>
            <w:bottom w:val="none" w:sz="0" w:space="0" w:color="auto"/>
            <w:right w:val="none" w:sz="0" w:space="0" w:color="auto"/>
          </w:divBdr>
          <w:divsChild>
            <w:div w:id="1876771861">
              <w:marLeft w:val="0"/>
              <w:marRight w:val="0"/>
              <w:marTop w:val="0"/>
              <w:marBottom w:val="0"/>
              <w:divBdr>
                <w:top w:val="none" w:sz="0" w:space="0" w:color="auto"/>
                <w:left w:val="none" w:sz="0" w:space="0" w:color="auto"/>
                <w:bottom w:val="none" w:sz="0" w:space="0" w:color="auto"/>
                <w:right w:val="none" w:sz="0" w:space="0" w:color="auto"/>
              </w:divBdr>
            </w:div>
          </w:divsChild>
        </w:div>
        <w:div w:id="826409129">
          <w:marLeft w:val="0"/>
          <w:marRight w:val="0"/>
          <w:marTop w:val="0"/>
          <w:marBottom w:val="0"/>
          <w:divBdr>
            <w:top w:val="none" w:sz="0" w:space="0" w:color="auto"/>
            <w:left w:val="none" w:sz="0" w:space="0" w:color="auto"/>
            <w:bottom w:val="none" w:sz="0" w:space="0" w:color="auto"/>
            <w:right w:val="none" w:sz="0" w:space="0" w:color="auto"/>
          </w:divBdr>
          <w:divsChild>
            <w:div w:id="254484327">
              <w:marLeft w:val="0"/>
              <w:marRight w:val="0"/>
              <w:marTop w:val="0"/>
              <w:marBottom w:val="0"/>
              <w:divBdr>
                <w:top w:val="none" w:sz="0" w:space="0" w:color="auto"/>
                <w:left w:val="none" w:sz="0" w:space="0" w:color="auto"/>
                <w:bottom w:val="none" w:sz="0" w:space="0" w:color="auto"/>
                <w:right w:val="none" w:sz="0" w:space="0" w:color="auto"/>
              </w:divBdr>
            </w:div>
          </w:divsChild>
        </w:div>
        <w:div w:id="1169491574">
          <w:marLeft w:val="0"/>
          <w:marRight w:val="0"/>
          <w:marTop w:val="0"/>
          <w:marBottom w:val="0"/>
          <w:divBdr>
            <w:top w:val="none" w:sz="0" w:space="0" w:color="auto"/>
            <w:left w:val="none" w:sz="0" w:space="0" w:color="auto"/>
            <w:bottom w:val="none" w:sz="0" w:space="0" w:color="auto"/>
            <w:right w:val="none" w:sz="0" w:space="0" w:color="auto"/>
          </w:divBdr>
          <w:divsChild>
            <w:div w:id="1697196370">
              <w:marLeft w:val="0"/>
              <w:marRight w:val="0"/>
              <w:marTop w:val="0"/>
              <w:marBottom w:val="0"/>
              <w:divBdr>
                <w:top w:val="none" w:sz="0" w:space="0" w:color="auto"/>
                <w:left w:val="none" w:sz="0" w:space="0" w:color="auto"/>
                <w:bottom w:val="none" w:sz="0" w:space="0" w:color="auto"/>
                <w:right w:val="none" w:sz="0" w:space="0" w:color="auto"/>
              </w:divBdr>
            </w:div>
          </w:divsChild>
        </w:div>
        <w:div w:id="348290811">
          <w:marLeft w:val="0"/>
          <w:marRight w:val="0"/>
          <w:marTop w:val="0"/>
          <w:marBottom w:val="0"/>
          <w:divBdr>
            <w:top w:val="none" w:sz="0" w:space="0" w:color="auto"/>
            <w:left w:val="none" w:sz="0" w:space="0" w:color="auto"/>
            <w:bottom w:val="none" w:sz="0" w:space="0" w:color="auto"/>
            <w:right w:val="none" w:sz="0" w:space="0" w:color="auto"/>
          </w:divBdr>
          <w:divsChild>
            <w:div w:id="1900439620">
              <w:marLeft w:val="0"/>
              <w:marRight w:val="0"/>
              <w:marTop w:val="0"/>
              <w:marBottom w:val="0"/>
              <w:divBdr>
                <w:top w:val="none" w:sz="0" w:space="0" w:color="auto"/>
                <w:left w:val="none" w:sz="0" w:space="0" w:color="auto"/>
                <w:bottom w:val="none" w:sz="0" w:space="0" w:color="auto"/>
                <w:right w:val="none" w:sz="0" w:space="0" w:color="auto"/>
              </w:divBdr>
            </w:div>
          </w:divsChild>
        </w:div>
        <w:div w:id="808866423">
          <w:marLeft w:val="0"/>
          <w:marRight w:val="0"/>
          <w:marTop w:val="0"/>
          <w:marBottom w:val="0"/>
          <w:divBdr>
            <w:top w:val="none" w:sz="0" w:space="0" w:color="auto"/>
            <w:left w:val="none" w:sz="0" w:space="0" w:color="auto"/>
            <w:bottom w:val="none" w:sz="0" w:space="0" w:color="auto"/>
            <w:right w:val="none" w:sz="0" w:space="0" w:color="auto"/>
          </w:divBdr>
          <w:divsChild>
            <w:div w:id="1764105029">
              <w:marLeft w:val="0"/>
              <w:marRight w:val="0"/>
              <w:marTop w:val="0"/>
              <w:marBottom w:val="0"/>
              <w:divBdr>
                <w:top w:val="none" w:sz="0" w:space="0" w:color="auto"/>
                <w:left w:val="none" w:sz="0" w:space="0" w:color="auto"/>
                <w:bottom w:val="none" w:sz="0" w:space="0" w:color="auto"/>
                <w:right w:val="none" w:sz="0" w:space="0" w:color="auto"/>
              </w:divBdr>
            </w:div>
          </w:divsChild>
        </w:div>
        <w:div w:id="455569157">
          <w:marLeft w:val="0"/>
          <w:marRight w:val="0"/>
          <w:marTop w:val="0"/>
          <w:marBottom w:val="0"/>
          <w:divBdr>
            <w:top w:val="none" w:sz="0" w:space="0" w:color="auto"/>
            <w:left w:val="none" w:sz="0" w:space="0" w:color="auto"/>
            <w:bottom w:val="none" w:sz="0" w:space="0" w:color="auto"/>
            <w:right w:val="none" w:sz="0" w:space="0" w:color="auto"/>
          </w:divBdr>
          <w:divsChild>
            <w:div w:id="1344668229">
              <w:marLeft w:val="0"/>
              <w:marRight w:val="0"/>
              <w:marTop w:val="0"/>
              <w:marBottom w:val="0"/>
              <w:divBdr>
                <w:top w:val="none" w:sz="0" w:space="0" w:color="auto"/>
                <w:left w:val="none" w:sz="0" w:space="0" w:color="auto"/>
                <w:bottom w:val="none" w:sz="0" w:space="0" w:color="auto"/>
                <w:right w:val="none" w:sz="0" w:space="0" w:color="auto"/>
              </w:divBdr>
            </w:div>
          </w:divsChild>
        </w:div>
        <w:div w:id="1573662730">
          <w:marLeft w:val="0"/>
          <w:marRight w:val="0"/>
          <w:marTop w:val="0"/>
          <w:marBottom w:val="0"/>
          <w:divBdr>
            <w:top w:val="none" w:sz="0" w:space="0" w:color="auto"/>
            <w:left w:val="none" w:sz="0" w:space="0" w:color="auto"/>
            <w:bottom w:val="none" w:sz="0" w:space="0" w:color="auto"/>
            <w:right w:val="none" w:sz="0" w:space="0" w:color="auto"/>
          </w:divBdr>
          <w:divsChild>
            <w:div w:id="830565339">
              <w:marLeft w:val="0"/>
              <w:marRight w:val="0"/>
              <w:marTop w:val="0"/>
              <w:marBottom w:val="0"/>
              <w:divBdr>
                <w:top w:val="none" w:sz="0" w:space="0" w:color="auto"/>
                <w:left w:val="none" w:sz="0" w:space="0" w:color="auto"/>
                <w:bottom w:val="none" w:sz="0" w:space="0" w:color="auto"/>
                <w:right w:val="none" w:sz="0" w:space="0" w:color="auto"/>
              </w:divBdr>
            </w:div>
          </w:divsChild>
        </w:div>
        <w:div w:id="1577780037">
          <w:marLeft w:val="0"/>
          <w:marRight w:val="0"/>
          <w:marTop w:val="0"/>
          <w:marBottom w:val="0"/>
          <w:divBdr>
            <w:top w:val="none" w:sz="0" w:space="0" w:color="auto"/>
            <w:left w:val="none" w:sz="0" w:space="0" w:color="auto"/>
            <w:bottom w:val="none" w:sz="0" w:space="0" w:color="auto"/>
            <w:right w:val="none" w:sz="0" w:space="0" w:color="auto"/>
          </w:divBdr>
          <w:divsChild>
            <w:div w:id="1940331417">
              <w:marLeft w:val="0"/>
              <w:marRight w:val="0"/>
              <w:marTop w:val="0"/>
              <w:marBottom w:val="0"/>
              <w:divBdr>
                <w:top w:val="none" w:sz="0" w:space="0" w:color="auto"/>
                <w:left w:val="none" w:sz="0" w:space="0" w:color="auto"/>
                <w:bottom w:val="none" w:sz="0" w:space="0" w:color="auto"/>
                <w:right w:val="none" w:sz="0" w:space="0" w:color="auto"/>
              </w:divBdr>
            </w:div>
          </w:divsChild>
        </w:div>
        <w:div w:id="324747321">
          <w:marLeft w:val="0"/>
          <w:marRight w:val="0"/>
          <w:marTop w:val="0"/>
          <w:marBottom w:val="0"/>
          <w:divBdr>
            <w:top w:val="none" w:sz="0" w:space="0" w:color="auto"/>
            <w:left w:val="none" w:sz="0" w:space="0" w:color="auto"/>
            <w:bottom w:val="none" w:sz="0" w:space="0" w:color="auto"/>
            <w:right w:val="none" w:sz="0" w:space="0" w:color="auto"/>
          </w:divBdr>
          <w:divsChild>
            <w:div w:id="143132883">
              <w:marLeft w:val="0"/>
              <w:marRight w:val="0"/>
              <w:marTop w:val="0"/>
              <w:marBottom w:val="0"/>
              <w:divBdr>
                <w:top w:val="none" w:sz="0" w:space="0" w:color="auto"/>
                <w:left w:val="none" w:sz="0" w:space="0" w:color="auto"/>
                <w:bottom w:val="none" w:sz="0" w:space="0" w:color="auto"/>
                <w:right w:val="none" w:sz="0" w:space="0" w:color="auto"/>
              </w:divBdr>
            </w:div>
          </w:divsChild>
        </w:div>
        <w:div w:id="1253003488">
          <w:marLeft w:val="0"/>
          <w:marRight w:val="0"/>
          <w:marTop w:val="0"/>
          <w:marBottom w:val="0"/>
          <w:divBdr>
            <w:top w:val="none" w:sz="0" w:space="0" w:color="auto"/>
            <w:left w:val="none" w:sz="0" w:space="0" w:color="auto"/>
            <w:bottom w:val="none" w:sz="0" w:space="0" w:color="auto"/>
            <w:right w:val="none" w:sz="0" w:space="0" w:color="auto"/>
          </w:divBdr>
          <w:divsChild>
            <w:div w:id="1917393513">
              <w:marLeft w:val="0"/>
              <w:marRight w:val="0"/>
              <w:marTop w:val="0"/>
              <w:marBottom w:val="0"/>
              <w:divBdr>
                <w:top w:val="none" w:sz="0" w:space="0" w:color="auto"/>
                <w:left w:val="none" w:sz="0" w:space="0" w:color="auto"/>
                <w:bottom w:val="none" w:sz="0" w:space="0" w:color="auto"/>
                <w:right w:val="none" w:sz="0" w:space="0" w:color="auto"/>
              </w:divBdr>
            </w:div>
          </w:divsChild>
        </w:div>
        <w:div w:id="1132485188">
          <w:marLeft w:val="0"/>
          <w:marRight w:val="0"/>
          <w:marTop w:val="0"/>
          <w:marBottom w:val="0"/>
          <w:divBdr>
            <w:top w:val="none" w:sz="0" w:space="0" w:color="auto"/>
            <w:left w:val="none" w:sz="0" w:space="0" w:color="auto"/>
            <w:bottom w:val="none" w:sz="0" w:space="0" w:color="auto"/>
            <w:right w:val="none" w:sz="0" w:space="0" w:color="auto"/>
          </w:divBdr>
          <w:divsChild>
            <w:div w:id="669478961">
              <w:marLeft w:val="0"/>
              <w:marRight w:val="0"/>
              <w:marTop w:val="0"/>
              <w:marBottom w:val="0"/>
              <w:divBdr>
                <w:top w:val="none" w:sz="0" w:space="0" w:color="auto"/>
                <w:left w:val="none" w:sz="0" w:space="0" w:color="auto"/>
                <w:bottom w:val="none" w:sz="0" w:space="0" w:color="auto"/>
                <w:right w:val="none" w:sz="0" w:space="0" w:color="auto"/>
              </w:divBdr>
            </w:div>
          </w:divsChild>
        </w:div>
        <w:div w:id="87190918">
          <w:marLeft w:val="0"/>
          <w:marRight w:val="0"/>
          <w:marTop w:val="0"/>
          <w:marBottom w:val="0"/>
          <w:divBdr>
            <w:top w:val="none" w:sz="0" w:space="0" w:color="auto"/>
            <w:left w:val="none" w:sz="0" w:space="0" w:color="auto"/>
            <w:bottom w:val="none" w:sz="0" w:space="0" w:color="auto"/>
            <w:right w:val="none" w:sz="0" w:space="0" w:color="auto"/>
          </w:divBdr>
          <w:divsChild>
            <w:div w:id="1963264241">
              <w:marLeft w:val="0"/>
              <w:marRight w:val="0"/>
              <w:marTop w:val="0"/>
              <w:marBottom w:val="0"/>
              <w:divBdr>
                <w:top w:val="none" w:sz="0" w:space="0" w:color="auto"/>
                <w:left w:val="none" w:sz="0" w:space="0" w:color="auto"/>
                <w:bottom w:val="none" w:sz="0" w:space="0" w:color="auto"/>
                <w:right w:val="none" w:sz="0" w:space="0" w:color="auto"/>
              </w:divBdr>
            </w:div>
          </w:divsChild>
        </w:div>
        <w:div w:id="886839678">
          <w:marLeft w:val="0"/>
          <w:marRight w:val="0"/>
          <w:marTop w:val="0"/>
          <w:marBottom w:val="0"/>
          <w:divBdr>
            <w:top w:val="none" w:sz="0" w:space="0" w:color="auto"/>
            <w:left w:val="none" w:sz="0" w:space="0" w:color="auto"/>
            <w:bottom w:val="none" w:sz="0" w:space="0" w:color="auto"/>
            <w:right w:val="none" w:sz="0" w:space="0" w:color="auto"/>
          </w:divBdr>
          <w:divsChild>
            <w:div w:id="1250505813">
              <w:marLeft w:val="0"/>
              <w:marRight w:val="0"/>
              <w:marTop w:val="0"/>
              <w:marBottom w:val="0"/>
              <w:divBdr>
                <w:top w:val="none" w:sz="0" w:space="0" w:color="auto"/>
                <w:left w:val="none" w:sz="0" w:space="0" w:color="auto"/>
                <w:bottom w:val="none" w:sz="0" w:space="0" w:color="auto"/>
                <w:right w:val="none" w:sz="0" w:space="0" w:color="auto"/>
              </w:divBdr>
            </w:div>
          </w:divsChild>
        </w:div>
        <w:div w:id="410783165">
          <w:marLeft w:val="0"/>
          <w:marRight w:val="0"/>
          <w:marTop w:val="0"/>
          <w:marBottom w:val="0"/>
          <w:divBdr>
            <w:top w:val="none" w:sz="0" w:space="0" w:color="auto"/>
            <w:left w:val="none" w:sz="0" w:space="0" w:color="auto"/>
            <w:bottom w:val="none" w:sz="0" w:space="0" w:color="auto"/>
            <w:right w:val="none" w:sz="0" w:space="0" w:color="auto"/>
          </w:divBdr>
          <w:divsChild>
            <w:div w:id="290214561">
              <w:marLeft w:val="0"/>
              <w:marRight w:val="0"/>
              <w:marTop w:val="0"/>
              <w:marBottom w:val="0"/>
              <w:divBdr>
                <w:top w:val="none" w:sz="0" w:space="0" w:color="auto"/>
                <w:left w:val="none" w:sz="0" w:space="0" w:color="auto"/>
                <w:bottom w:val="none" w:sz="0" w:space="0" w:color="auto"/>
                <w:right w:val="none" w:sz="0" w:space="0" w:color="auto"/>
              </w:divBdr>
            </w:div>
          </w:divsChild>
        </w:div>
        <w:div w:id="702173672">
          <w:marLeft w:val="0"/>
          <w:marRight w:val="0"/>
          <w:marTop w:val="0"/>
          <w:marBottom w:val="0"/>
          <w:divBdr>
            <w:top w:val="none" w:sz="0" w:space="0" w:color="auto"/>
            <w:left w:val="none" w:sz="0" w:space="0" w:color="auto"/>
            <w:bottom w:val="none" w:sz="0" w:space="0" w:color="auto"/>
            <w:right w:val="none" w:sz="0" w:space="0" w:color="auto"/>
          </w:divBdr>
          <w:divsChild>
            <w:div w:id="982585920">
              <w:marLeft w:val="0"/>
              <w:marRight w:val="0"/>
              <w:marTop w:val="0"/>
              <w:marBottom w:val="0"/>
              <w:divBdr>
                <w:top w:val="none" w:sz="0" w:space="0" w:color="auto"/>
                <w:left w:val="none" w:sz="0" w:space="0" w:color="auto"/>
                <w:bottom w:val="none" w:sz="0" w:space="0" w:color="auto"/>
                <w:right w:val="none" w:sz="0" w:space="0" w:color="auto"/>
              </w:divBdr>
            </w:div>
          </w:divsChild>
        </w:div>
        <w:div w:id="165291911">
          <w:marLeft w:val="0"/>
          <w:marRight w:val="0"/>
          <w:marTop w:val="0"/>
          <w:marBottom w:val="0"/>
          <w:divBdr>
            <w:top w:val="none" w:sz="0" w:space="0" w:color="auto"/>
            <w:left w:val="none" w:sz="0" w:space="0" w:color="auto"/>
            <w:bottom w:val="none" w:sz="0" w:space="0" w:color="auto"/>
            <w:right w:val="none" w:sz="0" w:space="0" w:color="auto"/>
          </w:divBdr>
          <w:divsChild>
            <w:div w:id="1331251983">
              <w:marLeft w:val="0"/>
              <w:marRight w:val="0"/>
              <w:marTop w:val="0"/>
              <w:marBottom w:val="0"/>
              <w:divBdr>
                <w:top w:val="none" w:sz="0" w:space="0" w:color="auto"/>
                <w:left w:val="none" w:sz="0" w:space="0" w:color="auto"/>
                <w:bottom w:val="none" w:sz="0" w:space="0" w:color="auto"/>
                <w:right w:val="none" w:sz="0" w:space="0" w:color="auto"/>
              </w:divBdr>
            </w:div>
          </w:divsChild>
        </w:div>
        <w:div w:id="1563566508">
          <w:marLeft w:val="0"/>
          <w:marRight w:val="0"/>
          <w:marTop w:val="0"/>
          <w:marBottom w:val="0"/>
          <w:divBdr>
            <w:top w:val="none" w:sz="0" w:space="0" w:color="auto"/>
            <w:left w:val="none" w:sz="0" w:space="0" w:color="auto"/>
            <w:bottom w:val="none" w:sz="0" w:space="0" w:color="auto"/>
            <w:right w:val="none" w:sz="0" w:space="0" w:color="auto"/>
          </w:divBdr>
          <w:divsChild>
            <w:div w:id="2038844157">
              <w:marLeft w:val="0"/>
              <w:marRight w:val="0"/>
              <w:marTop w:val="0"/>
              <w:marBottom w:val="0"/>
              <w:divBdr>
                <w:top w:val="none" w:sz="0" w:space="0" w:color="auto"/>
                <w:left w:val="none" w:sz="0" w:space="0" w:color="auto"/>
                <w:bottom w:val="none" w:sz="0" w:space="0" w:color="auto"/>
                <w:right w:val="none" w:sz="0" w:space="0" w:color="auto"/>
              </w:divBdr>
            </w:div>
          </w:divsChild>
        </w:div>
        <w:div w:id="320936120">
          <w:marLeft w:val="0"/>
          <w:marRight w:val="0"/>
          <w:marTop w:val="0"/>
          <w:marBottom w:val="0"/>
          <w:divBdr>
            <w:top w:val="none" w:sz="0" w:space="0" w:color="auto"/>
            <w:left w:val="none" w:sz="0" w:space="0" w:color="auto"/>
            <w:bottom w:val="none" w:sz="0" w:space="0" w:color="auto"/>
            <w:right w:val="none" w:sz="0" w:space="0" w:color="auto"/>
          </w:divBdr>
          <w:divsChild>
            <w:div w:id="1744376010">
              <w:marLeft w:val="0"/>
              <w:marRight w:val="0"/>
              <w:marTop w:val="0"/>
              <w:marBottom w:val="0"/>
              <w:divBdr>
                <w:top w:val="none" w:sz="0" w:space="0" w:color="auto"/>
                <w:left w:val="none" w:sz="0" w:space="0" w:color="auto"/>
                <w:bottom w:val="none" w:sz="0" w:space="0" w:color="auto"/>
                <w:right w:val="none" w:sz="0" w:space="0" w:color="auto"/>
              </w:divBdr>
            </w:div>
          </w:divsChild>
        </w:div>
        <w:div w:id="463274969">
          <w:marLeft w:val="0"/>
          <w:marRight w:val="0"/>
          <w:marTop w:val="0"/>
          <w:marBottom w:val="0"/>
          <w:divBdr>
            <w:top w:val="none" w:sz="0" w:space="0" w:color="auto"/>
            <w:left w:val="none" w:sz="0" w:space="0" w:color="auto"/>
            <w:bottom w:val="none" w:sz="0" w:space="0" w:color="auto"/>
            <w:right w:val="none" w:sz="0" w:space="0" w:color="auto"/>
          </w:divBdr>
          <w:divsChild>
            <w:div w:id="981695017">
              <w:marLeft w:val="0"/>
              <w:marRight w:val="0"/>
              <w:marTop w:val="0"/>
              <w:marBottom w:val="0"/>
              <w:divBdr>
                <w:top w:val="none" w:sz="0" w:space="0" w:color="auto"/>
                <w:left w:val="none" w:sz="0" w:space="0" w:color="auto"/>
                <w:bottom w:val="none" w:sz="0" w:space="0" w:color="auto"/>
                <w:right w:val="none" w:sz="0" w:space="0" w:color="auto"/>
              </w:divBdr>
            </w:div>
          </w:divsChild>
        </w:div>
        <w:div w:id="662583679">
          <w:marLeft w:val="0"/>
          <w:marRight w:val="0"/>
          <w:marTop w:val="0"/>
          <w:marBottom w:val="0"/>
          <w:divBdr>
            <w:top w:val="none" w:sz="0" w:space="0" w:color="auto"/>
            <w:left w:val="none" w:sz="0" w:space="0" w:color="auto"/>
            <w:bottom w:val="none" w:sz="0" w:space="0" w:color="auto"/>
            <w:right w:val="none" w:sz="0" w:space="0" w:color="auto"/>
          </w:divBdr>
          <w:divsChild>
            <w:div w:id="715273598">
              <w:marLeft w:val="0"/>
              <w:marRight w:val="0"/>
              <w:marTop w:val="0"/>
              <w:marBottom w:val="0"/>
              <w:divBdr>
                <w:top w:val="none" w:sz="0" w:space="0" w:color="auto"/>
                <w:left w:val="none" w:sz="0" w:space="0" w:color="auto"/>
                <w:bottom w:val="none" w:sz="0" w:space="0" w:color="auto"/>
                <w:right w:val="none" w:sz="0" w:space="0" w:color="auto"/>
              </w:divBdr>
            </w:div>
          </w:divsChild>
        </w:div>
        <w:div w:id="252587521">
          <w:marLeft w:val="0"/>
          <w:marRight w:val="0"/>
          <w:marTop w:val="0"/>
          <w:marBottom w:val="0"/>
          <w:divBdr>
            <w:top w:val="none" w:sz="0" w:space="0" w:color="auto"/>
            <w:left w:val="none" w:sz="0" w:space="0" w:color="auto"/>
            <w:bottom w:val="none" w:sz="0" w:space="0" w:color="auto"/>
            <w:right w:val="none" w:sz="0" w:space="0" w:color="auto"/>
          </w:divBdr>
          <w:divsChild>
            <w:div w:id="6492291">
              <w:marLeft w:val="0"/>
              <w:marRight w:val="0"/>
              <w:marTop w:val="0"/>
              <w:marBottom w:val="0"/>
              <w:divBdr>
                <w:top w:val="none" w:sz="0" w:space="0" w:color="auto"/>
                <w:left w:val="none" w:sz="0" w:space="0" w:color="auto"/>
                <w:bottom w:val="none" w:sz="0" w:space="0" w:color="auto"/>
                <w:right w:val="none" w:sz="0" w:space="0" w:color="auto"/>
              </w:divBdr>
            </w:div>
          </w:divsChild>
        </w:div>
        <w:div w:id="552275124">
          <w:marLeft w:val="0"/>
          <w:marRight w:val="0"/>
          <w:marTop w:val="0"/>
          <w:marBottom w:val="0"/>
          <w:divBdr>
            <w:top w:val="none" w:sz="0" w:space="0" w:color="auto"/>
            <w:left w:val="none" w:sz="0" w:space="0" w:color="auto"/>
            <w:bottom w:val="none" w:sz="0" w:space="0" w:color="auto"/>
            <w:right w:val="none" w:sz="0" w:space="0" w:color="auto"/>
          </w:divBdr>
          <w:divsChild>
            <w:div w:id="147744282">
              <w:marLeft w:val="0"/>
              <w:marRight w:val="0"/>
              <w:marTop w:val="0"/>
              <w:marBottom w:val="0"/>
              <w:divBdr>
                <w:top w:val="none" w:sz="0" w:space="0" w:color="auto"/>
                <w:left w:val="none" w:sz="0" w:space="0" w:color="auto"/>
                <w:bottom w:val="none" w:sz="0" w:space="0" w:color="auto"/>
                <w:right w:val="none" w:sz="0" w:space="0" w:color="auto"/>
              </w:divBdr>
            </w:div>
          </w:divsChild>
        </w:div>
        <w:div w:id="646663862">
          <w:marLeft w:val="0"/>
          <w:marRight w:val="0"/>
          <w:marTop w:val="0"/>
          <w:marBottom w:val="0"/>
          <w:divBdr>
            <w:top w:val="none" w:sz="0" w:space="0" w:color="auto"/>
            <w:left w:val="none" w:sz="0" w:space="0" w:color="auto"/>
            <w:bottom w:val="none" w:sz="0" w:space="0" w:color="auto"/>
            <w:right w:val="none" w:sz="0" w:space="0" w:color="auto"/>
          </w:divBdr>
          <w:divsChild>
            <w:div w:id="1572078143">
              <w:marLeft w:val="0"/>
              <w:marRight w:val="0"/>
              <w:marTop w:val="0"/>
              <w:marBottom w:val="0"/>
              <w:divBdr>
                <w:top w:val="none" w:sz="0" w:space="0" w:color="auto"/>
                <w:left w:val="none" w:sz="0" w:space="0" w:color="auto"/>
                <w:bottom w:val="none" w:sz="0" w:space="0" w:color="auto"/>
                <w:right w:val="none" w:sz="0" w:space="0" w:color="auto"/>
              </w:divBdr>
            </w:div>
          </w:divsChild>
        </w:div>
        <w:div w:id="377557495">
          <w:marLeft w:val="0"/>
          <w:marRight w:val="0"/>
          <w:marTop w:val="0"/>
          <w:marBottom w:val="0"/>
          <w:divBdr>
            <w:top w:val="none" w:sz="0" w:space="0" w:color="auto"/>
            <w:left w:val="none" w:sz="0" w:space="0" w:color="auto"/>
            <w:bottom w:val="none" w:sz="0" w:space="0" w:color="auto"/>
            <w:right w:val="none" w:sz="0" w:space="0" w:color="auto"/>
          </w:divBdr>
          <w:divsChild>
            <w:div w:id="1863130278">
              <w:marLeft w:val="0"/>
              <w:marRight w:val="0"/>
              <w:marTop w:val="0"/>
              <w:marBottom w:val="0"/>
              <w:divBdr>
                <w:top w:val="none" w:sz="0" w:space="0" w:color="auto"/>
                <w:left w:val="none" w:sz="0" w:space="0" w:color="auto"/>
                <w:bottom w:val="none" w:sz="0" w:space="0" w:color="auto"/>
                <w:right w:val="none" w:sz="0" w:space="0" w:color="auto"/>
              </w:divBdr>
            </w:div>
          </w:divsChild>
        </w:div>
        <w:div w:id="2096394893">
          <w:marLeft w:val="0"/>
          <w:marRight w:val="0"/>
          <w:marTop w:val="0"/>
          <w:marBottom w:val="0"/>
          <w:divBdr>
            <w:top w:val="none" w:sz="0" w:space="0" w:color="auto"/>
            <w:left w:val="none" w:sz="0" w:space="0" w:color="auto"/>
            <w:bottom w:val="none" w:sz="0" w:space="0" w:color="auto"/>
            <w:right w:val="none" w:sz="0" w:space="0" w:color="auto"/>
          </w:divBdr>
          <w:divsChild>
            <w:div w:id="1068460623">
              <w:marLeft w:val="0"/>
              <w:marRight w:val="0"/>
              <w:marTop w:val="0"/>
              <w:marBottom w:val="0"/>
              <w:divBdr>
                <w:top w:val="none" w:sz="0" w:space="0" w:color="auto"/>
                <w:left w:val="none" w:sz="0" w:space="0" w:color="auto"/>
                <w:bottom w:val="none" w:sz="0" w:space="0" w:color="auto"/>
                <w:right w:val="none" w:sz="0" w:space="0" w:color="auto"/>
              </w:divBdr>
            </w:div>
          </w:divsChild>
        </w:div>
        <w:div w:id="1702903172">
          <w:marLeft w:val="0"/>
          <w:marRight w:val="0"/>
          <w:marTop w:val="0"/>
          <w:marBottom w:val="0"/>
          <w:divBdr>
            <w:top w:val="none" w:sz="0" w:space="0" w:color="auto"/>
            <w:left w:val="none" w:sz="0" w:space="0" w:color="auto"/>
            <w:bottom w:val="none" w:sz="0" w:space="0" w:color="auto"/>
            <w:right w:val="none" w:sz="0" w:space="0" w:color="auto"/>
          </w:divBdr>
          <w:divsChild>
            <w:div w:id="1137452347">
              <w:marLeft w:val="0"/>
              <w:marRight w:val="0"/>
              <w:marTop w:val="0"/>
              <w:marBottom w:val="0"/>
              <w:divBdr>
                <w:top w:val="none" w:sz="0" w:space="0" w:color="auto"/>
                <w:left w:val="none" w:sz="0" w:space="0" w:color="auto"/>
                <w:bottom w:val="none" w:sz="0" w:space="0" w:color="auto"/>
                <w:right w:val="none" w:sz="0" w:space="0" w:color="auto"/>
              </w:divBdr>
            </w:div>
          </w:divsChild>
        </w:div>
        <w:div w:id="112284602">
          <w:marLeft w:val="0"/>
          <w:marRight w:val="0"/>
          <w:marTop w:val="0"/>
          <w:marBottom w:val="0"/>
          <w:divBdr>
            <w:top w:val="none" w:sz="0" w:space="0" w:color="auto"/>
            <w:left w:val="none" w:sz="0" w:space="0" w:color="auto"/>
            <w:bottom w:val="none" w:sz="0" w:space="0" w:color="auto"/>
            <w:right w:val="none" w:sz="0" w:space="0" w:color="auto"/>
          </w:divBdr>
          <w:divsChild>
            <w:div w:id="1544247536">
              <w:marLeft w:val="0"/>
              <w:marRight w:val="0"/>
              <w:marTop w:val="0"/>
              <w:marBottom w:val="0"/>
              <w:divBdr>
                <w:top w:val="none" w:sz="0" w:space="0" w:color="auto"/>
                <w:left w:val="none" w:sz="0" w:space="0" w:color="auto"/>
                <w:bottom w:val="none" w:sz="0" w:space="0" w:color="auto"/>
                <w:right w:val="none" w:sz="0" w:space="0" w:color="auto"/>
              </w:divBdr>
            </w:div>
          </w:divsChild>
        </w:div>
        <w:div w:id="801969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531433">
      <w:bodyDiv w:val="1"/>
      <w:marLeft w:val="0"/>
      <w:marRight w:val="0"/>
      <w:marTop w:val="0"/>
      <w:marBottom w:val="0"/>
      <w:divBdr>
        <w:top w:val="none" w:sz="0" w:space="0" w:color="auto"/>
        <w:left w:val="none" w:sz="0" w:space="0" w:color="auto"/>
        <w:bottom w:val="none" w:sz="0" w:space="0" w:color="auto"/>
        <w:right w:val="none" w:sz="0" w:space="0" w:color="auto"/>
      </w:divBdr>
      <w:divsChild>
        <w:div w:id="1149009189">
          <w:marLeft w:val="0"/>
          <w:marRight w:val="0"/>
          <w:marTop w:val="0"/>
          <w:marBottom w:val="0"/>
          <w:divBdr>
            <w:top w:val="none" w:sz="0" w:space="0" w:color="auto"/>
            <w:left w:val="none" w:sz="0" w:space="0" w:color="auto"/>
            <w:bottom w:val="none" w:sz="0" w:space="0" w:color="auto"/>
            <w:right w:val="none" w:sz="0" w:space="0" w:color="auto"/>
          </w:divBdr>
          <w:divsChild>
            <w:div w:id="934749248">
              <w:marLeft w:val="0"/>
              <w:marRight w:val="0"/>
              <w:marTop w:val="0"/>
              <w:marBottom w:val="0"/>
              <w:divBdr>
                <w:top w:val="none" w:sz="0" w:space="0" w:color="auto"/>
                <w:left w:val="none" w:sz="0" w:space="0" w:color="auto"/>
                <w:bottom w:val="none" w:sz="0" w:space="0" w:color="auto"/>
                <w:right w:val="none" w:sz="0" w:space="0" w:color="auto"/>
              </w:divBdr>
            </w:div>
          </w:divsChild>
        </w:div>
        <w:div w:id="2084713719">
          <w:marLeft w:val="0"/>
          <w:marRight w:val="0"/>
          <w:marTop w:val="0"/>
          <w:marBottom w:val="0"/>
          <w:divBdr>
            <w:top w:val="none" w:sz="0" w:space="0" w:color="auto"/>
            <w:left w:val="none" w:sz="0" w:space="0" w:color="auto"/>
            <w:bottom w:val="none" w:sz="0" w:space="0" w:color="auto"/>
            <w:right w:val="none" w:sz="0" w:space="0" w:color="auto"/>
          </w:divBdr>
          <w:divsChild>
            <w:div w:id="548758692">
              <w:marLeft w:val="0"/>
              <w:marRight w:val="0"/>
              <w:marTop w:val="0"/>
              <w:marBottom w:val="0"/>
              <w:divBdr>
                <w:top w:val="none" w:sz="0" w:space="0" w:color="auto"/>
                <w:left w:val="none" w:sz="0" w:space="0" w:color="auto"/>
                <w:bottom w:val="none" w:sz="0" w:space="0" w:color="auto"/>
                <w:right w:val="none" w:sz="0" w:space="0" w:color="auto"/>
              </w:divBdr>
            </w:div>
          </w:divsChild>
        </w:div>
        <w:div w:id="81529337">
          <w:marLeft w:val="0"/>
          <w:marRight w:val="0"/>
          <w:marTop w:val="0"/>
          <w:marBottom w:val="0"/>
          <w:divBdr>
            <w:top w:val="none" w:sz="0" w:space="0" w:color="auto"/>
            <w:left w:val="none" w:sz="0" w:space="0" w:color="auto"/>
            <w:bottom w:val="none" w:sz="0" w:space="0" w:color="auto"/>
            <w:right w:val="none" w:sz="0" w:space="0" w:color="auto"/>
          </w:divBdr>
          <w:divsChild>
            <w:div w:id="2000620995">
              <w:marLeft w:val="0"/>
              <w:marRight w:val="0"/>
              <w:marTop w:val="0"/>
              <w:marBottom w:val="0"/>
              <w:divBdr>
                <w:top w:val="none" w:sz="0" w:space="0" w:color="auto"/>
                <w:left w:val="none" w:sz="0" w:space="0" w:color="auto"/>
                <w:bottom w:val="none" w:sz="0" w:space="0" w:color="auto"/>
                <w:right w:val="none" w:sz="0" w:space="0" w:color="auto"/>
              </w:divBdr>
            </w:div>
          </w:divsChild>
        </w:div>
        <w:div w:id="1697265099">
          <w:marLeft w:val="0"/>
          <w:marRight w:val="0"/>
          <w:marTop w:val="0"/>
          <w:marBottom w:val="0"/>
          <w:divBdr>
            <w:top w:val="none" w:sz="0" w:space="0" w:color="auto"/>
            <w:left w:val="none" w:sz="0" w:space="0" w:color="auto"/>
            <w:bottom w:val="none" w:sz="0" w:space="0" w:color="auto"/>
            <w:right w:val="none" w:sz="0" w:space="0" w:color="auto"/>
          </w:divBdr>
          <w:divsChild>
            <w:div w:id="41112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96508">
      <w:bodyDiv w:val="1"/>
      <w:marLeft w:val="0"/>
      <w:marRight w:val="0"/>
      <w:marTop w:val="0"/>
      <w:marBottom w:val="0"/>
      <w:divBdr>
        <w:top w:val="none" w:sz="0" w:space="0" w:color="auto"/>
        <w:left w:val="none" w:sz="0" w:space="0" w:color="auto"/>
        <w:bottom w:val="none" w:sz="0" w:space="0" w:color="auto"/>
        <w:right w:val="none" w:sz="0" w:space="0" w:color="auto"/>
      </w:divBdr>
    </w:div>
    <w:div w:id="1939216792">
      <w:bodyDiv w:val="1"/>
      <w:marLeft w:val="0"/>
      <w:marRight w:val="0"/>
      <w:marTop w:val="0"/>
      <w:marBottom w:val="0"/>
      <w:divBdr>
        <w:top w:val="none" w:sz="0" w:space="0" w:color="auto"/>
        <w:left w:val="none" w:sz="0" w:space="0" w:color="auto"/>
        <w:bottom w:val="none" w:sz="0" w:space="0" w:color="auto"/>
        <w:right w:val="none" w:sz="0" w:space="0" w:color="auto"/>
      </w:divBdr>
      <w:divsChild>
        <w:div w:id="1859734007">
          <w:marLeft w:val="0"/>
          <w:marRight w:val="0"/>
          <w:marTop w:val="0"/>
          <w:marBottom w:val="0"/>
          <w:divBdr>
            <w:top w:val="none" w:sz="0" w:space="0" w:color="auto"/>
            <w:left w:val="none" w:sz="0" w:space="0" w:color="auto"/>
            <w:bottom w:val="none" w:sz="0" w:space="0" w:color="auto"/>
            <w:right w:val="none" w:sz="0" w:space="0" w:color="auto"/>
          </w:divBdr>
          <w:divsChild>
            <w:div w:id="372003712">
              <w:marLeft w:val="0"/>
              <w:marRight w:val="0"/>
              <w:marTop w:val="0"/>
              <w:marBottom w:val="0"/>
              <w:divBdr>
                <w:top w:val="none" w:sz="0" w:space="0" w:color="auto"/>
                <w:left w:val="none" w:sz="0" w:space="0" w:color="auto"/>
                <w:bottom w:val="none" w:sz="0" w:space="0" w:color="auto"/>
                <w:right w:val="none" w:sz="0" w:space="0" w:color="auto"/>
              </w:divBdr>
            </w:div>
          </w:divsChild>
        </w:div>
        <w:div w:id="1957131993">
          <w:marLeft w:val="0"/>
          <w:marRight w:val="0"/>
          <w:marTop w:val="0"/>
          <w:marBottom w:val="0"/>
          <w:divBdr>
            <w:top w:val="none" w:sz="0" w:space="0" w:color="auto"/>
            <w:left w:val="none" w:sz="0" w:space="0" w:color="auto"/>
            <w:bottom w:val="none" w:sz="0" w:space="0" w:color="auto"/>
            <w:right w:val="none" w:sz="0" w:space="0" w:color="auto"/>
          </w:divBdr>
          <w:divsChild>
            <w:div w:id="634796196">
              <w:marLeft w:val="0"/>
              <w:marRight w:val="0"/>
              <w:marTop w:val="0"/>
              <w:marBottom w:val="0"/>
              <w:divBdr>
                <w:top w:val="none" w:sz="0" w:space="0" w:color="auto"/>
                <w:left w:val="none" w:sz="0" w:space="0" w:color="auto"/>
                <w:bottom w:val="none" w:sz="0" w:space="0" w:color="auto"/>
                <w:right w:val="none" w:sz="0" w:space="0" w:color="auto"/>
              </w:divBdr>
            </w:div>
          </w:divsChild>
        </w:div>
        <w:div w:id="491874948">
          <w:marLeft w:val="0"/>
          <w:marRight w:val="0"/>
          <w:marTop w:val="0"/>
          <w:marBottom w:val="0"/>
          <w:divBdr>
            <w:top w:val="none" w:sz="0" w:space="0" w:color="auto"/>
            <w:left w:val="none" w:sz="0" w:space="0" w:color="auto"/>
            <w:bottom w:val="none" w:sz="0" w:space="0" w:color="auto"/>
            <w:right w:val="none" w:sz="0" w:space="0" w:color="auto"/>
          </w:divBdr>
          <w:divsChild>
            <w:div w:id="82191977">
              <w:marLeft w:val="0"/>
              <w:marRight w:val="0"/>
              <w:marTop w:val="0"/>
              <w:marBottom w:val="0"/>
              <w:divBdr>
                <w:top w:val="none" w:sz="0" w:space="0" w:color="auto"/>
                <w:left w:val="none" w:sz="0" w:space="0" w:color="auto"/>
                <w:bottom w:val="none" w:sz="0" w:space="0" w:color="auto"/>
                <w:right w:val="none" w:sz="0" w:space="0" w:color="auto"/>
              </w:divBdr>
            </w:div>
          </w:divsChild>
        </w:div>
        <w:div w:id="54281394">
          <w:marLeft w:val="0"/>
          <w:marRight w:val="0"/>
          <w:marTop w:val="0"/>
          <w:marBottom w:val="0"/>
          <w:divBdr>
            <w:top w:val="none" w:sz="0" w:space="0" w:color="auto"/>
            <w:left w:val="none" w:sz="0" w:space="0" w:color="auto"/>
            <w:bottom w:val="none" w:sz="0" w:space="0" w:color="auto"/>
            <w:right w:val="none" w:sz="0" w:space="0" w:color="auto"/>
          </w:divBdr>
          <w:divsChild>
            <w:div w:id="169064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25548">
      <w:bodyDiv w:val="1"/>
      <w:marLeft w:val="0"/>
      <w:marRight w:val="0"/>
      <w:marTop w:val="0"/>
      <w:marBottom w:val="0"/>
      <w:divBdr>
        <w:top w:val="none" w:sz="0" w:space="0" w:color="auto"/>
        <w:left w:val="none" w:sz="0" w:space="0" w:color="auto"/>
        <w:bottom w:val="none" w:sz="0" w:space="0" w:color="auto"/>
        <w:right w:val="none" w:sz="0" w:space="0" w:color="auto"/>
      </w:divBdr>
      <w:divsChild>
        <w:div w:id="72044779">
          <w:marLeft w:val="0"/>
          <w:marRight w:val="0"/>
          <w:marTop w:val="0"/>
          <w:marBottom w:val="0"/>
          <w:divBdr>
            <w:top w:val="none" w:sz="0" w:space="0" w:color="auto"/>
            <w:left w:val="none" w:sz="0" w:space="0" w:color="auto"/>
            <w:bottom w:val="none" w:sz="0" w:space="0" w:color="auto"/>
            <w:right w:val="none" w:sz="0" w:space="0" w:color="auto"/>
          </w:divBdr>
          <w:divsChild>
            <w:div w:id="1450776791">
              <w:marLeft w:val="0"/>
              <w:marRight w:val="0"/>
              <w:marTop w:val="0"/>
              <w:marBottom w:val="0"/>
              <w:divBdr>
                <w:top w:val="none" w:sz="0" w:space="0" w:color="auto"/>
                <w:left w:val="none" w:sz="0" w:space="0" w:color="auto"/>
                <w:bottom w:val="none" w:sz="0" w:space="0" w:color="auto"/>
                <w:right w:val="none" w:sz="0" w:space="0" w:color="auto"/>
              </w:divBdr>
            </w:div>
          </w:divsChild>
        </w:div>
        <w:div w:id="2059821768">
          <w:marLeft w:val="0"/>
          <w:marRight w:val="0"/>
          <w:marTop w:val="0"/>
          <w:marBottom w:val="0"/>
          <w:divBdr>
            <w:top w:val="none" w:sz="0" w:space="0" w:color="auto"/>
            <w:left w:val="none" w:sz="0" w:space="0" w:color="auto"/>
            <w:bottom w:val="none" w:sz="0" w:space="0" w:color="auto"/>
            <w:right w:val="none" w:sz="0" w:space="0" w:color="auto"/>
          </w:divBdr>
          <w:divsChild>
            <w:div w:id="395518708">
              <w:marLeft w:val="0"/>
              <w:marRight w:val="0"/>
              <w:marTop w:val="0"/>
              <w:marBottom w:val="0"/>
              <w:divBdr>
                <w:top w:val="none" w:sz="0" w:space="0" w:color="auto"/>
                <w:left w:val="none" w:sz="0" w:space="0" w:color="auto"/>
                <w:bottom w:val="none" w:sz="0" w:space="0" w:color="auto"/>
                <w:right w:val="none" w:sz="0" w:space="0" w:color="auto"/>
              </w:divBdr>
            </w:div>
          </w:divsChild>
        </w:div>
        <w:div w:id="161094350">
          <w:marLeft w:val="0"/>
          <w:marRight w:val="0"/>
          <w:marTop w:val="0"/>
          <w:marBottom w:val="0"/>
          <w:divBdr>
            <w:top w:val="none" w:sz="0" w:space="0" w:color="auto"/>
            <w:left w:val="none" w:sz="0" w:space="0" w:color="auto"/>
            <w:bottom w:val="none" w:sz="0" w:space="0" w:color="auto"/>
            <w:right w:val="none" w:sz="0" w:space="0" w:color="auto"/>
          </w:divBdr>
          <w:divsChild>
            <w:div w:id="734277659">
              <w:marLeft w:val="0"/>
              <w:marRight w:val="0"/>
              <w:marTop w:val="0"/>
              <w:marBottom w:val="0"/>
              <w:divBdr>
                <w:top w:val="none" w:sz="0" w:space="0" w:color="auto"/>
                <w:left w:val="none" w:sz="0" w:space="0" w:color="auto"/>
                <w:bottom w:val="none" w:sz="0" w:space="0" w:color="auto"/>
                <w:right w:val="none" w:sz="0" w:space="0" w:color="auto"/>
              </w:divBdr>
            </w:div>
          </w:divsChild>
        </w:div>
        <w:div w:id="360280495">
          <w:marLeft w:val="0"/>
          <w:marRight w:val="0"/>
          <w:marTop w:val="0"/>
          <w:marBottom w:val="0"/>
          <w:divBdr>
            <w:top w:val="none" w:sz="0" w:space="0" w:color="auto"/>
            <w:left w:val="none" w:sz="0" w:space="0" w:color="auto"/>
            <w:bottom w:val="none" w:sz="0" w:space="0" w:color="auto"/>
            <w:right w:val="none" w:sz="0" w:space="0" w:color="auto"/>
          </w:divBdr>
          <w:divsChild>
            <w:div w:id="1742368963">
              <w:marLeft w:val="0"/>
              <w:marRight w:val="0"/>
              <w:marTop w:val="0"/>
              <w:marBottom w:val="0"/>
              <w:divBdr>
                <w:top w:val="none" w:sz="0" w:space="0" w:color="auto"/>
                <w:left w:val="none" w:sz="0" w:space="0" w:color="auto"/>
                <w:bottom w:val="none" w:sz="0" w:space="0" w:color="auto"/>
                <w:right w:val="none" w:sz="0" w:space="0" w:color="auto"/>
              </w:divBdr>
            </w:div>
          </w:divsChild>
        </w:div>
        <w:div w:id="624895797">
          <w:marLeft w:val="0"/>
          <w:marRight w:val="0"/>
          <w:marTop w:val="0"/>
          <w:marBottom w:val="0"/>
          <w:divBdr>
            <w:top w:val="none" w:sz="0" w:space="0" w:color="auto"/>
            <w:left w:val="none" w:sz="0" w:space="0" w:color="auto"/>
            <w:bottom w:val="none" w:sz="0" w:space="0" w:color="auto"/>
            <w:right w:val="none" w:sz="0" w:space="0" w:color="auto"/>
          </w:divBdr>
          <w:divsChild>
            <w:div w:id="1974368018">
              <w:marLeft w:val="0"/>
              <w:marRight w:val="0"/>
              <w:marTop w:val="0"/>
              <w:marBottom w:val="0"/>
              <w:divBdr>
                <w:top w:val="none" w:sz="0" w:space="0" w:color="auto"/>
                <w:left w:val="none" w:sz="0" w:space="0" w:color="auto"/>
                <w:bottom w:val="none" w:sz="0" w:space="0" w:color="auto"/>
                <w:right w:val="none" w:sz="0" w:space="0" w:color="auto"/>
              </w:divBdr>
            </w:div>
          </w:divsChild>
        </w:div>
        <w:div w:id="541287311">
          <w:marLeft w:val="0"/>
          <w:marRight w:val="0"/>
          <w:marTop w:val="0"/>
          <w:marBottom w:val="0"/>
          <w:divBdr>
            <w:top w:val="none" w:sz="0" w:space="0" w:color="auto"/>
            <w:left w:val="none" w:sz="0" w:space="0" w:color="auto"/>
            <w:bottom w:val="none" w:sz="0" w:space="0" w:color="auto"/>
            <w:right w:val="none" w:sz="0" w:space="0" w:color="auto"/>
          </w:divBdr>
          <w:divsChild>
            <w:div w:id="966281158">
              <w:marLeft w:val="0"/>
              <w:marRight w:val="0"/>
              <w:marTop w:val="0"/>
              <w:marBottom w:val="0"/>
              <w:divBdr>
                <w:top w:val="none" w:sz="0" w:space="0" w:color="auto"/>
                <w:left w:val="none" w:sz="0" w:space="0" w:color="auto"/>
                <w:bottom w:val="none" w:sz="0" w:space="0" w:color="auto"/>
                <w:right w:val="none" w:sz="0" w:space="0" w:color="auto"/>
              </w:divBdr>
            </w:div>
          </w:divsChild>
        </w:div>
        <w:div w:id="1228031524">
          <w:marLeft w:val="0"/>
          <w:marRight w:val="0"/>
          <w:marTop w:val="0"/>
          <w:marBottom w:val="0"/>
          <w:divBdr>
            <w:top w:val="none" w:sz="0" w:space="0" w:color="auto"/>
            <w:left w:val="none" w:sz="0" w:space="0" w:color="auto"/>
            <w:bottom w:val="none" w:sz="0" w:space="0" w:color="auto"/>
            <w:right w:val="none" w:sz="0" w:space="0" w:color="auto"/>
          </w:divBdr>
          <w:divsChild>
            <w:div w:id="463740325">
              <w:marLeft w:val="0"/>
              <w:marRight w:val="0"/>
              <w:marTop w:val="0"/>
              <w:marBottom w:val="0"/>
              <w:divBdr>
                <w:top w:val="none" w:sz="0" w:space="0" w:color="auto"/>
                <w:left w:val="none" w:sz="0" w:space="0" w:color="auto"/>
                <w:bottom w:val="none" w:sz="0" w:space="0" w:color="auto"/>
                <w:right w:val="none" w:sz="0" w:space="0" w:color="auto"/>
              </w:divBdr>
            </w:div>
          </w:divsChild>
        </w:div>
        <w:div w:id="1122260935">
          <w:marLeft w:val="0"/>
          <w:marRight w:val="0"/>
          <w:marTop w:val="0"/>
          <w:marBottom w:val="0"/>
          <w:divBdr>
            <w:top w:val="none" w:sz="0" w:space="0" w:color="auto"/>
            <w:left w:val="none" w:sz="0" w:space="0" w:color="auto"/>
            <w:bottom w:val="none" w:sz="0" w:space="0" w:color="auto"/>
            <w:right w:val="none" w:sz="0" w:space="0" w:color="auto"/>
          </w:divBdr>
          <w:divsChild>
            <w:div w:id="2099011109">
              <w:marLeft w:val="0"/>
              <w:marRight w:val="0"/>
              <w:marTop w:val="0"/>
              <w:marBottom w:val="0"/>
              <w:divBdr>
                <w:top w:val="none" w:sz="0" w:space="0" w:color="auto"/>
                <w:left w:val="none" w:sz="0" w:space="0" w:color="auto"/>
                <w:bottom w:val="none" w:sz="0" w:space="0" w:color="auto"/>
                <w:right w:val="none" w:sz="0" w:space="0" w:color="auto"/>
              </w:divBdr>
            </w:div>
          </w:divsChild>
        </w:div>
        <w:div w:id="1525092714">
          <w:marLeft w:val="0"/>
          <w:marRight w:val="0"/>
          <w:marTop w:val="0"/>
          <w:marBottom w:val="0"/>
          <w:divBdr>
            <w:top w:val="none" w:sz="0" w:space="0" w:color="auto"/>
            <w:left w:val="none" w:sz="0" w:space="0" w:color="auto"/>
            <w:bottom w:val="none" w:sz="0" w:space="0" w:color="auto"/>
            <w:right w:val="none" w:sz="0" w:space="0" w:color="auto"/>
          </w:divBdr>
          <w:divsChild>
            <w:div w:id="1055878">
              <w:marLeft w:val="0"/>
              <w:marRight w:val="0"/>
              <w:marTop w:val="0"/>
              <w:marBottom w:val="0"/>
              <w:divBdr>
                <w:top w:val="none" w:sz="0" w:space="0" w:color="auto"/>
                <w:left w:val="none" w:sz="0" w:space="0" w:color="auto"/>
                <w:bottom w:val="none" w:sz="0" w:space="0" w:color="auto"/>
                <w:right w:val="none" w:sz="0" w:space="0" w:color="auto"/>
              </w:divBdr>
            </w:div>
          </w:divsChild>
        </w:div>
        <w:div w:id="1266956941">
          <w:marLeft w:val="0"/>
          <w:marRight w:val="0"/>
          <w:marTop w:val="0"/>
          <w:marBottom w:val="0"/>
          <w:divBdr>
            <w:top w:val="none" w:sz="0" w:space="0" w:color="auto"/>
            <w:left w:val="none" w:sz="0" w:space="0" w:color="auto"/>
            <w:bottom w:val="none" w:sz="0" w:space="0" w:color="auto"/>
            <w:right w:val="none" w:sz="0" w:space="0" w:color="auto"/>
          </w:divBdr>
          <w:divsChild>
            <w:div w:id="776683797">
              <w:marLeft w:val="0"/>
              <w:marRight w:val="0"/>
              <w:marTop w:val="0"/>
              <w:marBottom w:val="0"/>
              <w:divBdr>
                <w:top w:val="none" w:sz="0" w:space="0" w:color="auto"/>
                <w:left w:val="none" w:sz="0" w:space="0" w:color="auto"/>
                <w:bottom w:val="none" w:sz="0" w:space="0" w:color="auto"/>
                <w:right w:val="none" w:sz="0" w:space="0" w:color="auto"/>
              </w:divBdr>
            </w:div>
          </w:divsChild>
        </w:div>
        <w:div w:id="294289121">
          <w:marLeft w:val="0"/>
          <w:marRight w:val="0"/>
          <w:marTop w:val="0"/>
          <w:marBottom w:val="0"/>
          <w:divBdr>
            <w:top w:val="none" w:sz="0" w:space="0" w:color="auto"/>
            <w:left w:val="none" w:sz="0" w:space="0" w:color="auto"/>
            <w:bottom w:val="none" w:sz="0" w:space="0" w:color="auto"/>
            <w:right w:val="none" w:sz="0" w:space="0" w:color="auto"/>
          </w:divBdr>
          <w:divsChild>
            <w:div w:id="1562017745">
              <w:marLeft w:val="0"/>
              <w:marRight w:val="0"/>
              <w:marTop w:val="0"/>
              <w:marBottom w:val="0"/>
              <w:divBdr>
                <w:top w:val="none" w:sz="0" w:space="0" w:color="auto"/>
                <w:left w:val="none" w:sz="0" w:space="0" w:color="auto"/>
                <w:bottom w:val="none" w:sz="0" w:space="0" w:color="auto"/>
                <w:right w:val="none" w:sz="0" w:space="0" w:color="auto"/>
              </w:divBdr>
            </w:div>
          </w:divsChild>
        </w:div>
        <w:div w:id="2106806051">
          <w:marLeft w:val="0"/>
          <w:marRight w:val="0"/>
          <w:marTop w:val="0"/>
          <w:marBottom w:val="0"/>
          <w:divBdr>
            <w:top w:val="none" w:sz="0" w:space="0" w:color="auto"/>
            <w:left w:val="none" w:sz="0" w:space="0" w:color="auto"/>
            <w:bottom w:val="none" w:sz="0" w:space="0" w:color="auto"/>
            <w:right w:val="none" w:sz="0" w:space="0" w:color="auto"/>
          </w:divBdr>
          <w:divsChild>
            <w:div w:id="1694918686">
              <w:marLeft w:val="0"/>
              <w:marRight w:val="0"/>
              <w:marTop w:val="0"/>
              <w:marBottom w:val="0"/>
              <w:divBdr>
                <w:top w:val="none" w:sz="0" w:space="0" w:color="auto"/>
                <w:left w:val="none" w:sz="0" w:space="0" w:color="auto"/>
                <w:bottom w:val="none" w:sz="0" w:space="0" w:color="auto"/>
                <w:right w:val="none" w:sz="0" w:space="0" w:color="auto"/>
              </w:divBdr>
            </w:div>
          </w:divsChild>
        </w:div>
        <w:div w:id="863253632">
          <w:marLeft w:val="0"/>
          <w:marRight w:val="0"/>
          <w:marTop w:val="0"/>
          <w:marBottom w:val="0"/>
          <w:divBdr>
            <w:top w:val="none" w:sz="0" w:space="0" w:color="auto"/>
            <w:left w:val="none" w:sz="0" w:space="0" w:color="auto"/>
            <w:bottom w:val="none" w:sz="0" w:space="0" w:color="auto"/>
            <w:right w:val="none" w:sz="0" w:space="0" w:color="auto"/>
          </w:divBdr>
          <w:divsChild>
            <w:div w:id="1756198067">
              <w:marLeft w:val="0"/>
              <w:marRight w:val="0"/>
              <w:marTop w:val="0"/>
              <w:marBottom w:val="0"/>
              <w:divBdr>
                <w:top w:val="none" w:sz="0" w:space="0" w:color="auto"/>
                <w:left w:val="none" w:sz="0" w:space="0" w:color="auto"/>
                <w:bottom w:val="none" w:sz="0" w:space="0" w:color="auto"/>
                <w:right w:val="none" w:sz="0" w:space="0" w:color="auto"/>
              </w:divBdr>
            </w:div>
          </w:divsChild>
        </w:div>
        <w:div w:id="1533811325">
          <w:marLeft w:val="0"/>
          <w:marRight w:val="0"/>
          <w:marTop w:val="0"/>
          <w:marBottom w:val="0"/>
          <w:divBdr>
            <w:top w:val="none" w:sz="0" w:space="0" w:color="auto"/>
            <w:left w:val="none" w:sz="0" w:space="0" w:color="auto"/>
            <w:bottom w:val="none" w:sz="0" w:space="0" w:color="auto"/>
            <w:right w:val="none" w:sz="0" w:space="0" w:color="auto"/>
          </w:divBdr>
          <w:divsChild>
            <w:div w:id="706566009">
              <w:marLeft w:val="0"/>
              <w:marRight w:val="0"/>
              <w:marTop w:val="0"/>
              <w:marBottom w:val="0"/>
              <w:divBdr>
                <w:top w:val="none" w:sz="0" w:space="0" w:color="auto"/>
                <w:left w:val="none" w:sz="0" w:space="0" w:color="auto"/>
                <w:bottom w:val="none" w:sz="0" w:space="0" w:color="auto"/>
                <w:right w:val="none" w:sz="0" w:space="0" w:color="auto"/>
              </w:divBdr>
            </w:div>
          </w:divsChild>
        </w:div>
        <w:div w:id="543635333">
          <w:marLeft w:val="0"/>
          <w:marRight w:val="0"/>
          <w:marTop w:val="0"/>
          <w:marBottom w:val="0"/>
          <w:divBdr>
            <w:top w:val="none" w:sz="0" w:space="0" w:color="auto"/>
            <w:left w:val="none" w:sz="0" w:space="0" w:color="auto"/>
            <w:bottom w:val="none" w:sz="0" w:space="0" w:color="auto"/>
            <w:right w:val="none" w:sz="0" w:space="0" w:color="auto"/>
          </w:divBdr>
          <w:divsChild>
            <w:div w:id="1237787111">
              <w:marLeft w:val="0"/>
              <w:marRight w:val="0"/>
              <w:marTop w:val="0"/>
              <w:marBottom w:val="0"/>
              <w:divBdr>
                <w:top w:val="none" w:sz="0" w:space="0" w:color="auto"/>
                <w:left w:val="none" w:sz="0" w:space="0" w:color="auto"/>
                <w:bottom w:val="none" w:sz="0" w:space="0" w:color="auto"/>
                <w:right w:val="none" w:sz="0" w:space="0" w:color="auto"/>
              </w:divBdr>
            </w:div>
          </w:divsChild>
        </w:div>
        <w:div w:id="993797746">
          <w:marLeft w:val="0"/>
          <w:marRight w:val="0"/>
          <w:marTop w:val="0"/>
          <w:marBottom w:val="0"/>
          <w:divBdr>
            <w:top w:val="none" w:sz="0" w:space="0" w:color="auto"/>
            <w:left w:val="none" w:sz="0" w:space="0" w:color="auto"/>
            <w:bottom w:val="none" w:sz="0" w:space="0" w:color="auto"/>
            <w:right w:val="none" w:sz="0" w:space="0" w:color="auto"/>
          </w:divBdr>
          <w:divsChild>
            <w:div w:id="1976713989">
              <w:marLeft w:val="0"/>
              <w:marRight w:val="0"/>
              <w:marTop w:val="0"/>
              <w:marBottom w:val="0"/>
              <w:divBdr>
                <w:top w:val="none" w:sz="0" w:space="0" w:color="auto"/>
                <w:left w:val="none" w:sz="0" w:space="0" w:color="auto"/>
                <w:bottom w:val="none" w:sz="0" w:space="0" w:color="auto"/>
                <w:right w:val="none" w:sz="0" w:space="0" w:color="auto"/>
              </w:divBdr>
            </w:div>
          </w:divsChild>
        </w:div>
        <w:div w:id="837695126">
          <w:marLeft w:val="0"/>
          <w:marRight w:val="0"/>
          <w:marTop w:val="0"/>
          <w:marBottom w:val="0"/>
          <w:divBdr>
            <w:top w:val="none" w:sz="0" w:space="0" w:color="auto"/>
            <w:left w:val="none" w:sz="0" w:space="0" w:color="auto"/>
            <w:bottom w:val="none" w:sz="0" w:space="0" w:color="auto"/>
            <w:right w:val="none" w:sz="0" w:space="0" w:color="auto"/>
          </w:divBdr>
          <w:divsChild>
            <w:div w:id="455687330">
              <w:marLeft w:val="0"/>
              <w:marRight w:val="0"/>
              <w:marTop w:val="0"/>
              <w:marBottom w:val="0"/>
              <w:divBdr>
                <w:top w:val="none" w:sz="0" w:space="0" w:color="auto"/>
                <w:left w:val="none" w:sz="0" w:space="0" w:color="auto"/>
                <w:bottom w:val="none" w:sz="0" w:space="0" w:color="auto"/>
                <w:right w:val="none" w:sz="0" w:space="0" w:color="auto"/>
              </w:divBdr>
            </w:div>
          </w:divsChild>
        </w:div>
        <w:div w:id="1448744226">
          <w:marLeft w:val="0"/>
          <w:marRight w:val="0"/>
          <w:marTop w:val="0"/>
          <w:marBottom w:val="0"/>
          <w:divBdr>
            <w:top w:val="none" w:sz="0" w:space="0" w:color="auto"/>
            <w:left w:val="none" w:sz="0" w:space="0" w:color="auto"/>
            <w:bottom w:val="none" w:sz="0" w:space="0" w:color="auto"/>
            <w:right w:val="none" w:sz="0" w:space="0" w:color="auto"/>
          </w:divBdr>
          <w:divsChild>
            <w:div w:id="112721985">
              <w:marLeft w:val="0"/>
              <w:marRight w:val="0"/>
              <w:marTop w:val="0"/>
              <w:marBottom w:val="0"/>
              <w:divBdr>
                <w:top w:val="none" w:sz="0" w:space="0" w:color="auto"/>
                <w:left w:val="none" w:sz="0" w:space="0" w:color="auto"/>
                <w:bottom w:val="none" w:sz="0" w:space="0" w:color="auto"/>
                <w:right w:val="none" w:sz="0" w:space="0" w:color="auto"/>
              </w:divBdr>
            </w:div>
          </w:divsChild>
        </w:div>
        <w:div w:id="1552305625">
          <w:marLeft w:val="0"/>
          <w:marRight w:val="0"/>
          <w:marTop w:val="0"/>
          <w:marBottom w:val="0"/>
          <w:divBdr>
            <w:top w:val="none" w:sz="0" w:space="0" w:color="auto"/>
            <w:left w:val="none" w:sz="0" w:space="0" w:color="auto"/>
            <w:bottom w:val="none" w:sz="0" w:space="0" w:color="auto"/>
            <w:right w:val="none" w:sz="0" w:space="0" w:color="auto"/>
          </w:divBdr>
          <w:divsChild>
            <w:div w:id="1207060190">
              <w:marLeft w:val="0"/>
              <w:marRight w:val="0"/>
              <w:marTop w:val="0"/>
              <w:marBottom w:val="0"/>
              <w:divBdr>
                <w:top w:val="none" w:sz="0" w:space="0" w:color="auto"/>
                <w:left w:val="none" w:sz="0" w:space="0" w:color="auto"/>
                <w:bottom w:val="none" w:sz="0" w:space="0" w:color="auto"/>
                <w:right w:val="none" w:sz="0" w:space="0" w:color="auto"/>
              </w:divBdr>
            </w:div>
          </w:divsChild>
        </w:div>
        <w:div w:id="1616516740">
          <w:marLeft w:val="0"/>
          <w:marRight w:val="0"/>
          <w:marTop w:val="0"/>
          <w:marBottom w:val="0"/>
          <w:divBdr>
            <w:top w:val="none" w:sz="0" w:space="0" w:color="auto"/>
            <w:left w:val="none" w:sz="0" w:space="0" w:color="auto"/>
            <w:bottom w:val="none" w:sz="0" w:space="0" w:color="auto"/>
            <w:right w:val="none" w:sz="0" w:space="0" w:color="auto"/>
          </w:divBdr>
          <w:divsChild>
            <w:div w:id="308563179">
              <w:marLeft w:val="0"/>
              <w:marRight w:val="0"/>
              <w:marTop w:val="0"/>
              <w:marBottom w:val="0"/>
              <w:divBdr>
                <w:top w:val="none" w:sz="0" w:space="0" w:color="auto"/>
                <w:left w:val="none" w:sz="0" w:space="0" w:color="auto"/>
                <w:bottom w:val="none" w:sz="0" w:space="0" w:color="auto"/>
                <w:right w:val="none" w:sz="0" w:space="0" w:color="auto"/>
              </w:divBdr>
            </w:div>
          </w:divsChild>
        </w:div>
        <w:div w:id="678311539">
          <w:marLeft w:val="0"/>
          <w:marRight w:val="0"/>
          <w:marTop w:val="0"/>
          <w:marBottom w:val="0"/>
          <w:divBdr>
            <w:top w:val="none" w:sz="0" w:space="0" w:color="auto"/>
            <w:left w:val="none" w:sz="0" w:space="0" w:color="auto"/>
            <w:bottom w:val="none" w:sz="0" w:space="0" w:color="auto"/>
            <w:right w:val="none" w:sz="0" w:space="0" w:color="auto"/>
          </w:divBdr>
          <w:divsChild>
            <w:div w:id="1798182074">
              <w:marLeft w:val="0"/>
              <w:marRight w:val="0"/>
              <w:marTop w:val="0"/>
              <w:marBottom w:val="0"/>
              <w:divBdr>
                <w:top w:val="none" w:sz="0" w:space="0" w:color="auto"/>
                <w:left w:val="none" w:sz="0" w:space="0" w:color="auto"/>
                <w:bottom w:val="none" w:sz="0" w:space="0" w:color="auto"/>
                <w:right w:val="none" w:sz="0" w:space="0" w:color="auto"/>
              </w:divBdr>
            </w:div>
          </w:divsChild>
        </w:div>
        <w:div w:id="256403507">
          <w:marLeft w:val="0"/>
          <w:marRight w:val="0"/>
          <w:marTop w:val="0"/>
          <w:marBottom w:val="0"/>
          <w:divBdr>
            <w:top w:val="none" w:sz="0" w:space="0" w:color="auto"/>
            <w:left w:val="none" w:sz="0" w:space="0" w:color="auto"/>
            <w:bottom w:val="none" w:sz="0" w:space="0" w:color="auto"/>
            <w:right w:val="none" w:sz="0" w:space="0" w:color="auto"/>
          </w:divBdr>
          <w:divsChild>
            <w:div w:id="1759060871">
              <w:marLeft w:val="0"/>
              <w:marRight w:val="0"/>
              <w:marTop w:val="0"/>
              <w:marBottom w:val="0"/>
              <w:divBdr>
                <w:top w:val="none" w:sz="0" w:space="0" w:color="auto"/>
                <w:left w:val="none" w:sz="0" w:space="0" w:color="auto"/>
                <w:bottom w:val="none" w:sz="0" w:space="0" w:color="auto"/>
                <w:right w:val="none" w:sz="0" w:space="0" w:color="auto"/>
              </w:divBdr>
            </w:div>
          </w:divsChild>
        </w:div>
        <w:div w:id="1353920995">
          <w:marLeft w:val="0"/>
          <w:marRight w:val="0"/>
          <w:marTop w:val="0"/>
          <w:marBottom w:val="0"/>
          <w:divBdr>
            <w:top w:val="none" w:sz="0" w:space="0" w:color="auto"/>
            <w:left w:val="none" w:sz="0" w:space="0" w:color="auto"/>
            <w:bottom w:val="none" w:sz="0" w:space="0" w:color="auto"/>
            <w:right w:val="none" w:sz="0" w:space="0" w:color="auto"/>
          </w:divBdr>
          <w:divsChild>
            <w:div w:id="939531678">
              <w:marLeft w:val="0"/>
              <w:marRight w:val="0"/>
              <w:marTop w:val="0"/>
              <w:marBottom w:val="0"/>
              <w:divBdr>
                <w:top w:val="none" w:sz="0" w:space="0" w:color="auto"/>
                <w:left w:val="none" w:sz="0" w:space="0" w:color="auto"/>
                <w:bottom w:val="none" w:sz="0" w:space="0" w:color="auto"/>
                <w:right w:val="none" w:sz="0" w:space="0" w:color="auto"/>
              </w:divBdr>
            </w:div>
          </w:divsChild>
        </w:div>
        <w:div w:id="1307051324">
          <w:marLeft w:val="0"/>
          <w:marRight w:val="0"/>
          <w:marTop w:val="0"/>
          <w:marBottom w:val="0"/>
          <w:divBdr>
            <w:top w:val="none" w:sz="0" w:space="0" w:color="auto"/>
            <w:left w:val="none" w:sz="0" w:space="0" w:color="auto"/>
            <w:bottom w:val="none" w:sz="0" w:space="0" w:color="auto"/>
            <w:right w:val="none" w:sz="0" w:space="0" w:color="auto"/>
          </w:divBdr>
          <w:divsChild>
            <w:div w:id="962267262">
              <w:marLeft w:val="0"/>
              <w:marRight w:val="0"/>
              <w:marTop w:val="0"/>
              <w:marBottom w:val="0"/>
              <w:divBdr>
                <w:top w:val="none" w:sz="0" w:space="0" w:color="auto"/>
                <w:left w:val="none" w:sz="0" w:space="0" w:color="auto"/>
                <w:bottom w:val="none" w:sz="0" w:space="0" w:color="auto"/>
                <w:right w:val="none" w:sz="0" w:space="0" w:color="auto"/>
              </w:divBdr>
            </w:div>
          </w:divsChild>
        </w:div>
        <w:div w:id="1218516757">
          <w:marLeft w:val="0"/>
          <w:marRight w:val="0"/>
          <w:marTop w:val="0"/>
          <w:marBottom w:val="0"/>
          <w:divBdr>
            <w:top w:val="none" w:sz="0" w:space="0" w:color="auto"/>
            <w:left w:val="none" w:sz="0" w:space="0" w:color="auto"/>
            <w:bottom w:val="none" w:sz="0" w:space="0" w:color="auto"/>
            <w:right w:val="none" w:sz="0" w:space="0" w:color="auto"/>
          </w:divBdr>
          <w:divsChild>
            <w:div w:id="1619527245">
              <w:marLeft w:val="0"/>
              <w:marRight w:val="0"/>
              <w:marTop w:val="0"/>
              <w:marBottom w:val="0"/>
              <w:divBdr>
                <w:top w:val="none" w:sz="0" w:space="0" w:color="auto"/>
                <w:left w:val="none" w:sz="0" w:space="0" w:color="auto"/>
                <w:bottom w:val="none" w:sz="0" w:space="0" w:color="auto"/>
                <w:right w:val="none" w:sz="0" w:space="0" w:color="auto"/>
              </w:divBdr>
            </w:div>
          </w:divsChild>
        </w:div>
        <w:div w:id="892541384">
          <w:marLeft w:val="0"/>
          <w:marRight w:val="0"/>
          <w:marTop w:val="0"/>
          <w:marBottom w:val="0"/>
          <w:divBdr>
            <w:top w:val="none" w:sz="0" w:space="0" w:color="auto"/>
            <w:left w:val="none" w:sz="0" w:space="0" w:color="auto"/>
            <w:bottom w:val="none" w:sz="0" w:space="0" w:color="auto"/>
            <w:right w:val="none" w:sz="0" w:space="0" w:color="auto"/>
          </w:divBdr>
          <w:divsChild>
            <w:div w:id="1217008973">
              <w:marLeft w:val="0"/>
              <w:marRight w:val="0"/>
              <w:marTop w:val="0"/>
              <w:marBottom w:val="0"/>
              <w:divBdr>
                <w:top w:val="none" w:sz="0" w:space="0" w:color="auto"/>
                <w:left w:val="none" w:sz="0" w:space="0" w:color="auto"/>
                <w:bottom w:val="none" w:sz="0" w:space="0" w:color="auto"/>
                <w:right w:val="none" w:sz="0" w:space="0" w:color="auto"/>
              </w:divBdr>
            </w:div>
          </w:divsChild>
        </w:div>
        <w:div w:id="180054638">
          <w:marLeft w:val="0"/>
          <w:marRight w:val="0"/>
          <w:marTop w:val="0"/>
          <w:marBottom w:val="0"/>
          <w:divBdr>
            <w:top w:val="none" w:sz="0" w:space="0" w:color="auto"/>
            <w:left w:val="none" w:sz="0" w:space="0" w:color="auto"/>
            <w:bottom w:val="none" w:sz="0" w:space="0" w:color="auto"/>
            <w:right w:val="none" w:sz="0" w:space="0" w:color="auto"/>
          </w:divBdr>
          <w:divsChild>
            <w:div w:id="258754308">
              <w:marLeft w:val="0"/>
              <w:marRight w:val="0"/>
              <w:marTop w:val="0"/>
              <w:marBottom w:val="0"/>
              <w:divBdr>
                <w:top w:val="none" w:sz="0" w:space="0" w:color="auto"/>
                <w:left w:val="none" w:sz="0" w:space="0" w:color="auto"/>
                <w:bottom w:val="none" w:sz="0" w:space="0" w:color="auto"/>
                <w:right w:val="none" w:sz="0" w:space="0" w:color="auto"/>
              </w:divBdr>
            </w:div>
          </w:divsChild>
        </w:div>
        <w:div w:id="254442329">
          <w:marLeft w:val="0"/>
          <w:marRight w:val="0"/>
          <w:marTop w:val="0"/>
          <w:marBottom w:val="0"/>
          <w:divBdr>
            <w:top w:val="none" w:sz="0" w:space="0" w:color="auto"/>
            <w:left w:val="none" w:sz="0" w:space="0" w:color="auto"/>
            <w:bottom w:val="none" w:sz="0" w:space="0" w:color="auto"/>
            <w:right w:val="none" w:sz="0" w:space="0" w:color="auto"/>
          </w:divBdr>
          <w:divsChild>
            <w:div w:id="952176011">
              <w:marLeft w:val="0"/>
              <w:marRight w:val="0"/>
              <w:marTop w:val="0"/>
              <w:marBottom w:val="0"/>
              <w:divBdr>
                <w:top w:val="none" w:sz="0" w:space="0" w:color="auto"/>
                <w:left w:val="none" w:sz="0" w:space="0" w:color="auto"/>
                <w:bottom w:val="none" w:sz="0" w:space="0" w:color="auto"/>
                <w:right w:val="none" w:sz="0" w:space="0" w:color="auto"/>
              </w:divBdr>
            </w:div>
          </w:divsChild>
        </w:div>
        <w:div w:id="313294681">
          <w:marLeft w:val="0"/>
          <w:marRight w:val="0"/>
          <w:marTop w:val="0"/>
          <w:marBottom w:val="0"/>
          <w:divBdr>
            <w:top w:val="none" w:sz="0" w:space="0" w:color="auto"/>
            <w:left w:val="none" w:sz="0" w:space="0" w:color="auto"/>
            <w:bottom w:val="none" w:sz="0" w:space="0" w:color="auto"/>
            <w:right w:val="none" w:sz="0" w:space="0" w:color="auto"/>
          </w:divBdr>
          <w:divsChild>
            <w:div w:id="471293555">
              <w:marLeft w:val="0"/>
              <w:marRight w:val="0"/>
              <w:marTop w:val="0"/>
              <w:marBottom w:val="0"/>
              <w:divBdr>
                <w:top w:val="none" w:sz="0" w:space="0" w:color="auto"/>
                <w:left w:val="none" w:sz="0" w:space="0" w:color="auto"/>
                <w:bottom w:val="none" w:sz="0" w:space="0" w:color="auto"/>
                <w:right w:val="none" w:sz="0" w:space="0" w:color="auto"/>
              </w:divBdr>
            </w:div>
          </w:divsChild>
        </w:div>
        <w:div w:id="393891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ication@accny.org"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asianculturalcouncil.org/zh-hant/grant-opportuniti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sianculturalcouncil.org/grant-opportunit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sianculturalcouncil.org/2027-global-grant-cycle-files/hk-2027-global-grants-cycle/acc2027-bilingual-recommender-instructions-chi-acchk.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ianculturalcouncil.org/pdf/2025-asia-grant-cycle-documents/examples-of-work-sample.pd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0bc35f3-f016-4317-9f85-945cc33a0c88"/>
    <lcf76f155ced4ddcb4097134ff3c332f xmlns="5523cea7-f3c9-46bc-b795-136005f27a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8060F9B-303C-4BF0-913E-3643A629E989}">
  <ds:schemaRefs>
    <ds:schemaRef ds:uri="http://schemas.microsoft.com/office/2006/metadata/properties"/>
    <ds:schemaRef ds:uri="http://schemas.microsoft.com/office/infopath/2007/PartnerControls"/>
    <ds:schemaRef ds:uri="50bc35f3-f016-4317-9f85-945cc33a0c88"/>
    <ds:schemaRef ds:uri="5523cea7-f3c9-46bc-b795-136005f27a9e"/>
  </ds:schemaRefs>
</ds:datastoreItem>
</file>

<file path=customXml/itemProps3.xml><?xml version="1.0" encoding="utf-8"?>
<ds:datastoreItem xmlns:ds="http://schemas.openxmlformats.org/officeDocument/2006/customXml" ds:itemID="{EC68BDDE-8724-424E-B376-0997BB591637}">
  <ds:schemaRefs>
    <ds:schemaRef ds:uri="http://schemas.microsoft.com/sharepoint/v3/contenttype/forms"/>
  </ds:schemaRefs>
</ds:datastoreItem>
</file>

<file path=customXml/itemProps4.xml><?xml version="1.0" encoding="utf-8"?>
<ds:datastoreItem xmlns:ds="http://schemas.openxmlformats.org/officeDocument/2006/customXml" ds:itemID="{3482F3C6-D312-49EE-8EAF-FAB70AA4E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3cea7-f3c9-46bc-b795-136005f27a9e"/>
    <ds:schemaRef ds:uri="50bc35f3-f016-4317-9f85-945cc33a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12</Pages>
  <Words>1159</Words>
  <Characters>6609</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Munier</cp:lastModifiedBy>
  <cp:revision>83</cp:revision>
  <dcterms:created xsi:type="dcterms:W3CDTF">2026-08-13T14:53:00Z</dcterms:created>
  <dcterms:modified xsi:type="dcterms:W3CDTF">2026-09-15T16:52:00Z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y fmtid="{D5CDD505-2E9C-101B-9397-08002B2CF9AE}" pid="3" name="MediaServiceImageTags">
    <vt:lpwstr/>
  </property>
</Properties>
</file>